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D8B3A" w14:textId="051AF316" w:rsidR="00151075" w:rsidRPr="005D7D80" w:rsidRDefault="007A3F3C">
      <w:pPr>
        <w:jc w:val="center"/>
        <w:rPr>
          <w:lang w:val="nl-NL"/>
        </w:rPr>
      </w:pPr>
      <w:r>
        <w:rPr>
          <w:rFonts w:ascii="Aptos Display" w:eastAsia="Aptos Display" w:hAnsi="Aptos Display"/>
          <w:b/>
          <w:color w:val="1F4E79"/>
          <w:sz w:val="50"/>
          <w:lang w:val="nl-NL"/>
        </w:rPr>
        <w:t>Zorgenvoor</w:t>
      </w:r>
      <w:r w:rsidR="00D76B7D" w:rsidRPr="005D7D80">
        <w:rPr>
          <w:rFonts w:ascii="Aptos Display" w:eastAsia="Aptos Display" w:hAnsi="Aptos Display"/>
          <w:b/>
          <w:color w:val="1F4E79"/>
          <w:sz w:val="50"/>
          <w:lang w:val="nl-NL"/>
        </w:rPr>
        <w:t xml:space="preserve"> DPIA-formulier zorg</w:t>
      </w:r>
    </w:p>
    <w:p w14:paraId="5392EA83" w14:textId="77777777" w:rsidR="00151075" w:rsidRPr="005D7D80" w:rsidRDefault="00D76B7D">
      <w:pPr>
        <w:jc w:val="center"/>
        <w:rPr>
          <w:lang w:val="nl-NL"/>
        </w:rPr>
      </w:pPr>
      <w:r w:rsidRPr="005D7D80">
        <w:rPr>
          <w:color w:val="505050"/>
          <w:sz w:val="23"/>
          <w:lang w:val="nl-NL"/>
        </w:rPr>
        <w:t>Versie 2.0 | AVG, NEN 7510, NEN 7512, NEN 7513, AI en leveranciers</w:t>
      </w:r>
    </w:p>
    <w:tbl>
      <w:tblPr>
        <w:tblStyle w:val="TableGrid"/>
        <w:tblW w:w="0" w:type="auto"/>
        <w:jc w:val="center"/>
        <w:tblLook w:val="04A0" w:firstRow="1" w:lastRow="0" w:firstColumn="1" w:lastColumn="0" w:noHBand="0" w:noVBand="1"/>
      </w:tblPr>
      <w:tblGrid>
        <w:gridCol w:w="10472"/>
      </w:tblGrid>
      <w:tr w:rsidR="00151075" w:rsidRPr="004502CA" w14:paraId="773009A0" w14:textId="77777777">
        <w:trPr>
          <w:tblHeader/>
          <w:jc w:val="center"/>
        </w:trPr>
        <w:tc>
          <w:tcPr>
            <w:tcW w:w="10482" w:type="dxa"/>
            <w:shd w:val="clear" w:color="auto" w:fill="E2F0D9"/>
            <w:tcMar>
              <w:top w:w="80" w:type="dxa"/>
              <w:left w:w="80" w:type="dxa"/>
              <w:bottom w:w="80" w:type="dxa"/>
              <w:right w:w="80" w:type="dxa"/>
            </w:tcMar>
            <w:vAlign w:val="center"/>
          </w:tcPr>
          <w:p w14:paraId="463B9781" w14:textId="77777777" w:rsidR="00151075" w:rsidRPr="005D7D80" w:rsidRDefault="00D76B7D">
            <w:pPr>
              <w:spacing w:after="0"/>
              <w:rPr>
                <w:lang w:val="nl-NL"/>
              </w:rPr>
            </w:pPr>
            <w:r w:rsidRPr="005D7D80">
              <w:rPr>
                <w:color w:val="1F4E79"/>
                <w:sz w:val="17"/>
                <w:lang w:val="nl-NL"/>
              </w:rPr>
              <w:t>Doel: één invulbaar DPIA-formulier dat niet alleen de privacyanalyse ondersteunt, maar ook direct bruikbaar is als auditdossier. Gebruik dit formulier vóór ingebruikname van nieuwe of gewijzigde verwerkingen en actualiseer het bij significante wijzigingen.</w:t>
            </w:r>
          </w:p>
        </w:tc>
      </w:tr>
    </w:tbl>
    <w:p w14:paraId="08EE3032" w14:textId="77777777" w:rsidR="00151075" w:rsidRPr="005D7D80" w:rsidRDefault="00151075">
      <w:pPr>
        <w:rPr>
          <w:lang w:val="nl-NL"/>
        </w:rPr>
      </w:pPr>
    </w:p>
    <w:p w14:paraId="34BBA563" w14:textId="77777777" w:rsidR="00151075" w:rsidRDefault="00D76B7D">
      <w:pPr>
        <w:pStyle w:val="Heading2"/>
      </w:pPr>
      <w:r>
        <w:t>0. Documentsturing en auditspoor</w:t>
      </w:r>
    </w:p>
    <w:tbl>
      <w:tblPr>
        <w:tblStyle w:val="TableGrid"/>
        <w:tblW w:w="0" w:type="auto"/>
        <w:jc w:val="center"/>
        <w:tblLook w:val="04A0" w:firstRow="1" w:lastRow="0" w:firstColumn="1" w:lastColumn="0" w:noHBand="0" w:noVBand="1"/>
      </w:tblPr>
      <w:tblGrid>
        <w:gridCol w:w="2891"/>
        <w:gridCol w:w="6577"/>
      </w:tblGrid>
      <w:tr w:rsidR="00151075" w14:paraId="03332DF2" w14:textId="77777777">
        <w:trPr>
          <w:tblHeader/>
          <w:jc w:val="center"/>
        </w:trPr>
        <w:tc>
          <w:tcPr>
            <w:tcW w:w="2891" w:type="dxa"/>
            <w:shd w:val="clear" w:color="auto" w:fill="1F4E79"/>
            <w:tcMar>
              <w:top w:w="80" w:type="dxa"/>
              <w:left w:w="80" w:type="dxa"/>
              <w:bottom w:w="80" w:type="dxa"/>
              <w:right w:w="80" w:type="dxa"/>
            </w:tcMar>
            <w:vAlign w:val="center"/>
          </w:tcPr>
          <w:p w14:paraId="1DC49BC9" w14:textId="77777777" w:rsidR="00151075" w:rsidRDefault="00D76B7D">
            <w:pPr>
              <w:spacing w:after="0"/>
            </w:pPr>
            <w:r>
              <w:rPr>
                <w:b/>
                <w:color w:val="FFFFFF"/>
                <w:sz w:val="17"/>
              </w:rPr>
              <w:t>Onderdeel</w:t>
            </w:r>
          </w:p>
        </w:tc>
        <w:tc>
          <w:tcPr>
            <w:tcW w:w="6577" w:type="dxa"/>
            <w:shd w:val="clear" w:color="auto" w:fill="1F4E79"/>
            <w:tcMar>
              <w:top w:w="80" w:type="dxa"/>
              <w:left w:w="80" w:type="dxa"/>
              <w:bottom w:w="80" w:type="dxa"/>
              <w:right w:w="80" w:type="dxa"/>
            </w:tcMar>
            <w:vAlign w:val="center"/>
          </w:tcPr>
          <w:p w14:paraId="1A99392D" w14:textId="77777777" w:rsidR="00151075" w:rsidRDefault="00D76B7D">
            <w:pPr>
              <w:spacing w:after="0"/>
            </w:pPr>
            <w:r>
              <w:rPr>
                <w:b/>
                <w:color w:val="FFFFFF"/>
                <w:sz w:val="17"/>
              </w:rPr>
              <w:t>Invullen</w:t>
            </w:r>
          </w:p>
        </w:tc>
      </w:tr>
      <w:tr w:rsidR="00151075" w14:paraId="7707AAF6" w14:textId="77777777">
        <w:trPr>
          <w:jc w:val="center"/>
        </w:trPr>
        <w:tc>
          <w:tcPr>
            <w:tcW w:w="2891" w:type="dxa"/>
            <w:shd w:val="clear" w:color="auto" w:fill="F3F6F8"/>
          </w:tcPr>
          <w:p w14:paraId="5D765209" w14:textId="77777777" w:rsidR="00151075" w:rsidRDefault="00D76B7D">
            <w:pPr>
              <w:spacing w:after="0"/>
            </w:pPr>
            <w:r>
              <w:rPr>
                <w:b/>
                <w:sz w:val="16"/>
              </w:rPr>
              <w:t>Naam DPIA</w:t>
            </w:r>
          </w:p>
        </w:tc>
        <w:tc>
          <w:tcPr>
            <w:tcW w:w="6577" w:type="dxa"/>
          </w:tcPr>
          <w:p w14:paraId="1F361B29" w14:textId="77777777" w:rsidR="00151075" w:rsidRDefault="00000000">
            <w:pPr>
              <w:spacing w:after="0"/>
            </w:pPr>
            <w:sdt>
              <w:sdtPr>
                <w:alias w:val="NAAM_DPIA"/>
                <w:tag w:val="NAAM_DPIA"/>
                <w:id w:val="-210195089"/>
                <w:text/>
              </w:sdtPr>
              <w:sdtContent>
                <w:r w:rsidR="00D76B7D">
                  <w:rPr>
                    <w:color w:val="646464"/>
                    <w:sz w:val="16"/>
                  </w:rPr>
                  <w:t>{{NAAM_DPIA}}</w:t>
                </w:r>
              </w:sdtContent>
            </w:sdt>
          </w:p>
        </w:tc>
      </w:tr>
      <w:tr w:rsidR="00151075" w14:paraId="63479427" w14:textId="77777777">
        <w:trPr>
          <w:jc w:val="center"/>
        </w:trPr>
        <w:tc>
          <w:tcPr>
            <w:tcW w:w="2891" w:type="dxa"/>
            <w:shd w:val="clear" w:color="auto" w:fill="F3F6F8"/>
          </w:tcPr>
          <w:p w14:paraId="7C369FA4" w14:textId="77777777" w:rsidR="00151075" w:rsidRDefault="00D76B7D">
            <w:pPr>
              <w:spacing w:after="0"/>
            </w:pPr>
            <w:r>
              <w:rPr>
                <w:b/>
                <w:sz w:val="16"/>
              </w:rPr>
              <w:t>Project / proces / applicatie</w:t>
            </w:r>
          </w:p>
        </w:tc>
        <w:tc>
          <w:tcPr>
            <w:tcW w:w="6577" w:type="dxa"/>
          </w:tcPr>
          <w:p w14:paraId="56975595" w14:textId="77777777" w:rsidR="00151075" w:rsidRDefault="00000000">
            <w:pPr>
              <w:spacing w:after="0"/>
            </w:pPr>
            <w:sdt>
              <w:sdtPr>
                <w:alias w:val="PROJECT_PROCES_APPLICATIE"/>
                <w:tag w:val="PROJECT_PROCES_APPLICATIE"/>
                <w:id w:val="225878298"/>
                <w:text/>
              </w:sdtPr>
              <w:sdtContent>
                <w:r w:rsidR="00D76B7D">
                  <w:rPr>
                    <w:color w:val="646464"/>
                    <w:sz w:val="16"/>
                  </w:rPr>
                  <w:t>{{PROJECT_PROCES_APPLICATIE}}</w:t>
                </w:r>
              </w:sdtContent>
            </w:sdt>
          </w:p>
        </w:tc>
      </w:tr>
      <w:tr w:rsidR="00151075" w14:paraId="3D40281B" w14:textId="77777777">
        <w:trPr>
          <w:jc w:val="center"/>
        </w:trPr>
        <w:tc>
          <w:tcPr>
            <w:tcW w:w="2891" w:type="dxa"/>
            <w:shd w:val="clear" w:color="auto" w:fill="F3F6F8"/>
          </w:tcPr>
          <w:p w14:paraId="4C0B7A47" w14:textId="77777777" w:rsidR="00151075" w:rsidRDefault="00D76B7D">
            <w:pPr>
              <w:spacing w:after="0"/>
            </w:pPr>
            <w:r>
              <w:rPr>
                <w:b/>
                <w:sz w:val="16"/>
              </w:rPr>
              <w:t>Organisatieonderdeel</w:t>
            </w:r>
          </w:p>
        </w:tc>
        <w:tc>
          <w:tcPr>
            <w:tcW w:w="6577" w:type="dxa"/>
          </w:tcPr>
          <w:p w14:paraId="6F5ED506" w14:textId="77777777" w:rsidR="00151075" w:rsidRDefault="00000000">
            <w:pPr>
              <w:spacing w:after="0"/>
            </w:pPr>
            <w:sdt>
              <w:sdtPr>
                <w:alias w:val="ORGANISATIEONDERDEEL"/>
                <w:tag w:val="ORGANISATIEONDERDEEL"/>
                <w:id w:val="1212071031"/>
                <w:text/>
              </w:sdtPr>
              <w:sdtContent>
                <w:r w:rsidR="00D76B7D">
                  <w:rPr>
                    <w:color w:val="646464"/>
                    <w:sz w:val="16"/>
                  </w:rPr>
                  <w:t>{{ORGANISATIEONDERDEEL}}</w:t>
                </w:r>
              </w:sdtContent>
            </w:sdt>
          </w:p>
        </w:tc>
      </w:tr>
      <w:tr w:rsidR="00151075" w14:paraId="15782B10" w14:textId="77777777">
        <w:trPr>
          <w:jc w:val="center"/>
        </w:trPr>
        <w:tc>
          <w:tcPr>
            <w:tcW w:w="2891" w:type="dxa"/>
            <w:shd w:val="clear" w:color="auto" w:fill="F3F6F8"/>
          </w:tcPr>
          <w:p w14:paraId="614F664E" w14:textId="77777777" w:rsidR="00151075" w:rsidRDefault="00D76B7D">
            <w:pPr>
              <w:spacing w:after="0"/>
            </w:pPr>
            <w:r>
              <w:rPr>
                <w:b/>
                <w:sz w:val="16"/>
              </w:rPr>
              <w:t>Verwerkingsverantwoordelijke</w:t>
            </w:r>
          </w:p>
        </w:tc>
        <w:tc>
          <w:tcPr>
            <w:tcW w:w="6577" w:type="dxa"/>
          </w:tcPr>
          <w:p w14:paraId="3E1497A7" w14:textId="77777777" w:rsidR="00151075" w:rsidRDefault="00000000">
            <w:pPr>
              <w:spacing w:after="0"/>
            </w:pPr>
            <w:sdt>
              <w:sdtPr>
                <w:alias w:val="VERWERKINGSVERANTWOORDELIJKE"/>
                <w:tag w:val="VERWERKINGSVERANTWOORDELIJKE"/>
                <w:id w:val="1846828542"/>
                <w:text/>
              </w:sdtPr>
              <w:sdtContent>
                <w:r w:rsidR="00D76B7D">
                  <w:rPr>
                    <w:color w:val="646464"/>
                    <w:sz w:val="16"/>
                  </w:rPr>
                  <w:t>{{VERWERKINGSVERANTWOORDELIJKE}}</w:t>
                </w:r>
              </w:sdtContent>
            </w:sdt>
          </w:p>
        </w:tc>
      </w:tr>
      <w:tr w:rsidR="00151075" w14:paraId="097F2825" w14:textId="77777777">
        <w:trPr>
          <w:jc w:val="center"/>
        </w:trPr>
        <w:tc>
          <w:tcPr>
            <w:tcW w:w="2891" w:type="dxa"/>
            <w:shd w:val="clear" w:color="auto" w:fill="F3F6F8"/>
          </w:tcPr>
          <w:p w14:paraId="3E18C2DB" w14:textId="77777777" w:rsidR="00151075" w:rsidRDefault="00D76B7D">
            <w:pPr>
              <w:spacing w:after="0"/>
            </w:pPr>
            <w:r>
              <w:rPr>
                <w:b/>
                <w:sz w:val="16"/>
              </w:rPr>
              <w:t>Proceseigenaar</w:t>
            </w:r>
          </w:p>
        </w:tc>
        <w:tc>
          <w:tcPr>
            <w:tcW w:w="6577" w:type="dxa"/>
          </w:tcPr>
          <w:p w14:paraId="56F80E52" w14:textId="77777777" w:rsidR="00151075" w:rsidRDefault="00000000">
            <w:pPr>
              <w:spacing w:after="0"/>
            </w:pPr>
            <w:sdt>
              <w:sdtPr>
                <w:alias w:val="PROCESEIGENAAR"/>
                <w:tag w:val="PROCESEIGENAAR"/>
                <w:id w:val="177476945"/>
                <w:text/>
              </w:sdtPr>
              <w:sdtContent>
                <w:r w:rsidR="00D76B7D">
                  <w:rPr>
                    <w:color w:val="646464"/>
                    <w:sz w:val="16"/>
                  </w:rPr>
                  <w:t>{{PROCESEIGENAAR}}</w:t>
                </w:r>
              </w:sdtContent>
            </w:sdt>
          </w:p>
        </w:tc>
      </w:tr>
      <w:tr w:rsidR="00151075" w14:paraId="66E6B39F" w14:textId="77777777">
        <w:trPr>
          <w:jc w:val="center"/>
        </w:trPr>
        <w:tc>
          <w:tcPr>
            <w:tcW w:w="2891" w:type="dxa"/>
            <w:shd w:val="clear" w:color="auto" w:fill="F3F6F8"/>
          </w:tcPr>
          <w:p w14:paraId="6E33C351" w14:textId="77777777" w:rsidR="00151075" w:rsidRDefault="00D76B7D">
            <w:pPr>
              <w:spacing w:after="0"/>
            </w:pPr>
            <w:r>
              <w:rPr>
                <w:b/>
                <w:sz w:val="16"/>
              </w:rPr>
              <w:t>Functionaris Gegevensbescherming</w:t>
            </w:r>
          </w:p>
        </w:tc>
        <w:tc>
          <w:tcPr>
            <w:tcW w:w="6577" w:type="dxa"/>
          </w:tcPr>
          <w:p w14:paraId="52D8FD40" w14:textId="77777777" w:rsidR="00151075" w:rsidRDefault="00000000">
            <w:pPr>
              <w:spacing w:after="0"/>
            </w:pPr>
            <w:sdt>
              <w:sdtPr>
                <w:alias w:val="FG_NAAM"/>
                <w:tag w:val="FG_NAAM"/>
                <w:id w:val="-756050946"/>
                <w:text/>
              </w:sdtPr>
              <w:sdtContent>
                <w:r w:rsidR="00D76B7D">
                  <w:rPr>
                    <w:color w:val="646464"/>
                    <w:sz w:val="16"/>
                  </w:rPr>
                  <w:t>{{FG_NAAM}}</w:t>
                </w:r>
              </w:sdtContent>
            </w:sdt>
          </w:p>
        </w:tc>
      </w:tr>
      <w:tr w:rsidR="00151075" w14:paraId="27C40086" w14:textId="77777777">
        <w:trPr>
          <w:jc w:val="center"/>
        </w:trPr>
        <w:tc>
          <w:tcPr>
            <w:tcW w:w="2891" w:type="dxa"/>
            <w:shd w:val="clear" w:color="auto" w:fill="F3F6F8"/>
          </w:tcPr>
          <w:p w14:paraId="3B85C576" w14:textId="77777777" w:rsidR="00151075" w:rsidRDefault="00D76B7D">
            <w:pPr>
              <w:spacing w:after="0"/>
            </w:pPr>
            <w:r>
              <w:rPr>
                <w:b/>
                <w:sz w:val="16"/>
              </w:rPr>
              <w:t>CISO / security officer</w:t>
            </w:r>
          </w:p>
        </w:tc>
        <w:tc>
          <w:tcPr>
            <w:tcW w:w="6577" w:type="dxa"/>
          </w:tcPr>
          <w:p w14:paraId="15F50C86" w14:textId="77777777" w:rsidR="00151075" w:rsidRDefault="00000000">
            <w:pPr>
              <w:spacing w:after="0"/>
            </w:pPr>
            <w:sdt>
              <w:sdtPr>
                <w:alias w:val="CISO_NAAM"/>
                <w:tag w:val="CISO_NAAM"/>
                <w:id w:val="-371467324"/>
                <w:text/>
              </w:sdtPr>
              <w:sdtContent>
                <w:r w:rsidR="00D76B7D">
                  <w:rPr>
                    <w:color w:val="646464"/>
                    <w:sz w:val="16"/>
                  </w:rPr>
                  <w:t>{{CISO_NAAM}}</w:t>
                </w:r>
              </w:sdtContent>
            </w:sdt>
          </w:p>
        </w:tc>
      </w:tr>
      <w:tr w:rsidR="00151075" w14:paraId="74F6C51C" w14:textId="77777777">
        <w:trPr>
          <w:jc w:val="center"/>
        </w:trPr>
        <w:tc>
          <w:tcPr>
            <w:tcW w:w="2891" w:type="dxa"/>
            <w:shd w:val="clear" w:color="auto" w:fill="F3F6F8"/>
          </w:tcPr>
          <w:p w14:paraId="2554ED79" w14:textId="77777777" w:rsidR="00151075" w:rsidRDefault="00D76B7D">
            <w:pPr>
              <w:spacing w:after="0"/>
            </w:pPr>
            <w:r>
              <w:rPr>
                <w:b/>
                <w:sz w:val="16"/>
              </w:rPr>
              <w:t>Leverancier / verwerker</w:t>
            </w:r>
          </w:p>
        </w:tc>
        <w:tc>
          <w:tcPr>
            <w:tcW w:w="6577" w:type="dxa"/>
          </w:tcPr>
          <w:p w14:paraId="4626F7CC" w14:textId="77777777" w:rsidR="00151075" w:rsidRDefault="00000000">
            <w:pPr>
              <w:spacing w:after="0"/>
            </w:pPr>
            <w:sdt>
              <w:sdtPr>
                <w:alias w:val="LEVERANCIER"/>
                <w:tag w:val="LEVERANCIER"/>
                <w:id w:val="-1074192064"/>
                <w:text/>
              </w:sdtPr>
              <w:sdtContent>
                <w:r w:rsidR="00D76B7D">
                  <w:rPr>
                    <w:color w:val="646464"/>
                    <w:sz w:val="16"/>
                  </w:rPr>
                  <w:t>{{LEVERANCIER}}</w:t>
                </w:r>
              </w:sdtContent>
            </w:sdt>
          </w:p>
        </w:tc>
      </w:tr>
      <w:tr w:rsidR="00151075" w14:paraId="20AD54B4" w14:textId="77777777">
        <w:trPr>
          <w:jc w:val="center"/>
        </w:trPr>
        <w:tc>
          <w:tcPr>
            <w:tcW w:w="2891" w:type="dxa"/>
            <w:shd w:val="clear" w:color="auto" w:fill="F3F6F8"/>
          </w:tcPr>
          <w:p w14:paraId="39F4C972" w14:textId="77777777" w:rsidR="00151075" w:rsidRDefault="00D76B7D">
            <w:pPr>
              <w:spacing w:after="0"/>
            </w:pPr>
            <w:r>
              <w:rPr>
                <w:b/>
                <w:sz w:val="16"/>
              </w:rPr>
              <w:t>Documentversie</w:t>
            </w:r>
          </w:p>
        </w:tc>
        <w:tc>
          <w:tcPr>
            <w:tcW w:w="6577" w:type="dxa"/>
          </w:tcPr>
          <w:p w14:paraId="7EE0E111" w14:textId="77777777" w:rsidR="00151075" w:rsidRDefault="00000000">
            <w:pPr>
              <w:spacing w:after="0"/>
            </w:pPr>
            <w:sdt>
              <w:sdtPr>
                <w:alias w:val="DOCUMENT_VERSIE"/>
                <w:tag w:val="DOCUMENT_VERSIE"/>
                <w:id w:val="676235194"/>
                <w:text/>
              </w:sdtPr>
              <w:sdtContent>
                <w:r w:rsidR="00D76B7D">
                  <w:rPr>
                    <w:color w:val="646464"/>
                    <w:sz w:val="16"/>
                  </w:rPr>
                  <w:t>{{DOCUMENT_VERSIE}}</w:t>
                </w:r>
              </w:sdtContent>
            </w:sdt>
          </w:p>
        </w:tc>
      </w:tr>
      <w:tr w:rsidR="00151075" w14:paraId="6A77ED5E" w14:textId="77777777">
        <w:trPr>
          <w:jc w:val="center"/>
        </w:trPr>
        <w:tc>
          <w:tcPr>
            <w:tcW w:w="2891" w:type="dxa"/>
            <w:shd w:val="clear" w:color="auto" w:fill="F3F6F8"/>
          </w:tcPr>
          <w:p w14:paraId="34975415" w14:textId="77777777" w:rsidR="00151075" w:rsidRDefault="00D76B7D">
            <w:pPr>
              <w:spacing w:after="0"/>
            </w:pPr>
            <w:r>
              <w:rPr>
                <w:b/>
                <w:sz w:val="16"/>
              </w:rPr>
              <w:t>Datum opstelling</w:t>
            </w:r>
          </w:p>
        </w:tc>
        <w:tc>
          <w:tcPr>
            <w:tcW w:w="6577" w:type="dxa"/>
          </w:tcPr>
          <w:p w14:paraId="2C81898A" w14:textId="77777777" w:rsidR="00151075" w:rsidRDefault="00000000">
            <w:pPr>
              <w:spacing w:after="0"/>
            </w:pPr>
            <w:sdt>
              <w:sdtPr>
                <w:alias w:val="DATUM_OPSTELLING"/>
                <w:tag w:val="DATUM_OPSTELLING"/>
                <w:id w:val="17592519"/>
                <w:text/>
              </w:sdtPr>
              <w:sdtContent>
                <w:r w:rsidR="00D76B7D">
                  <w:rPr>
                    <w:color w:val="646464"/>
                    <w:sz w:val="16"/>
                  </w:rPr>
                  <w:t>{{DATUM_OPSTELLING}}</w:t>
                </w:r>
              </w:sdtContent>
            </w:sdt>
          </w:p>
        </w:tc>
      </w:tr>
      <w:tr w:rsidR="00151075" w14:paraId="1AABFFD9" w14:textId="77777777">
        <w:trPr>
          <w:jc w:val="center"/>
        </w:trPr>
        <w:tc>
          <w:tcPr>
            <w:tcW w:w="2891" w:type="dxa"/>
            <w:shd w:val="clear" w:color="auto" w:fill="F3F6F8"/>
          </w:tcPr>
          <w:p w14:paraId="15DA1C06" w14:textId="77777777" w:rsidR="00151075" w:rsidRDefault="00D76B7D">
            <w:pPr>
              <w:spacing w:after="0"/>
            </w:pPr>
            <w:r>
              <w:rPr>
                <w:b/>
                <w:sz w:val="16"/>
              </w:rPr>
              <w:t>Status</w:t>
            </w:r>
          </w:p>
        </w:tc>
        <w:tc>
          <w:tcPr>
            <w:tcW w:w="6577" w:type="dxa"/>
          </w:tcPr>
          <w:p w14:paraId="6B71C2BB" w14:textId="77777777" w:rsidR="00151075" w:rsidRDefault="00000000">
            <w:pPr>
              <w:spacing w:after="0"/>
            </w:pPr>
            <w:sdt>
              <w:sdtPr>
                <w:alias w:val="STATUS"/>
                <w:tag w:val="STATUS"/>
                <w:id w:val="210782566"/>
                <w:text/>
              </w:sdtPr>
              <w:sdtContent>
                <w:r w:rsidR="00D76B7D">
                  <w:rPr>
                    <w:color w:val="646464"/>
                    <w:sz w:val="16"/>
                  </w:rPr>
                  <w:t>{{STATUS}}</w:t>
                </w:r>
              </w:sdtContent>
            </w:sdt>
          </w:p>
        </w:tc>
      </w:tr>
      <w:tr w:rsidR="00151075" w14:paraId="53B39145" w14:textId="77777777">
        <w:trPr>
          <w:jc w:val="center"/>
        </w:trPr>
        <w:tc>
          <w:tcPr>
            <w:tcW w:w="2891" w:type="dxa"/>
            <w:shd w:val="clear" w:color="auto" w:fill="F3F6F8"/>
          </w:tcPr>
          <w:p w14:paraId="5382DF5A" w14:textId="77777777" w:rsidR="00151075" w:rsidRDefault="00D76B7D">
            <w:pPr>
              <w:spacing w:after="0"/>
            </w:pPr>
            <w:r>
              <w:rPr>
                <w:b/>
                <w:sz w:val="16"/>
              </w:rPr>
              <w:t>Classificatie document</w:t>
            </w:r>
          </w:p>
        </w:tc>
        <w:tc>
          <w:tcPr>
            <w:tcW w:w="6577" w:type="dxa"/>
          </w:tcPr>
          <w:p w14:paraId="5EBF7063" w14:textId="77777777" w:rsidR="00151075" w:rsidRDefault="00000000">
            <w:pPr>
              <w:spacing w:after="0"/>
            </w:pPr>
            <w:sdt>
              <w:sdtPr>
                <w:alias w:val="CLASSIFICATIE"/>
                <w:tag w:val="CLASSIFICATIE"/>
                <w:id w:val="-494029171"/>
                <w:text/>
              </w:sdtPr>
              <w:sdtContent>
                <w:r w:rsidR="00D76B7D">
                  <w:rPr>
                    <w:color w:val="646464"/>
                    <w:sz w:val="16"/>
                  </w:rPr>
                  <w:t>{{CLASSIFICATIE}}</w:t>
                </w:r>
              </w:sdtContent>
            </w:sdt>
          </w:p>
        </w:tc>
      </w:tr>
    </w:tbl>
    <w:p w14:paraId="2AD8DDD5" w14:textId="77777777" w:rsidR="00151075" w:rsidRDefault="00151075"/>
    <w:tbl>
      <w:tblPr>
        <w:tblStyle w:val="TableGrid"/>
        <w:tblW w:w="0" w:type="auto"/>
        <w:jc w:val="center"/>
        <w:tblLook w:val="04A0" w:firstRow="1" w:lastRow="0" w:firstColumn="1" w:lastColumn="0" w:noHBand="0" w:noVBand="1"/>
      </w:tblPr>
      <w:tblGrid>
        <w:gridCol w:w="2891"/>
        <w:gridCol w:w="6577"/>
      </w:tblGrid>
      <w:tr w:rsidR="00151075" w14:paraId="5CB280ED" w14:textId="77777777">
        <w:trPr>
          <w:tblHeader/>
          <w:jc w:val="center"/>
        </w:trPr>
        <w:tc>
          <w:tcPr>
            <w:tcW w:w="2891" w:type="dxa"/>
            <w:shd w:val="clear" w:color="auto" w:fill="1F4E79"/>
            <w:tcMar>
              <w:top w:w="80" w:type="dxa"/>
              <w:left w:w="80" w:type="dxa"/>
              <w:bottom w:w="80" w:type="dxa"/>
              <w:right w:w="80" w:type="dxa"/>
            </w:tcMar>
            <w:vAlign w:val="center"/>
          </w:tcPr>
          <w:p w14:paraId="5CC2FF15" w14:textId="77777777" w:rsidR="00151075" w:rsidRDefault="00D76B7D">
            <w:pPr>
              <w:spacing w:after="0"/>
            </w:pPr>
            <w:r>
              <w:rPr>
                <w:b/>
                <w:color w:val="FFFFFF"/>
                <w:sz w:val="17"/>
              </w:rPr>
              <w:t>Versiebeheer</w:t>
            </w:r>
          </w:p>
        </w:tc>
        <w:tc>
          <w:tcPr>
            <w:tcW w:w="6577" w:type="dxa"/>
            <w:shd w:val="clear" w:color="auto" w:fill="1F4E79"/>
            <w:tcMar>
              <w:top w:w="80" w:type="dxa"/>
              <w:left w:w="80" w:type="dxa"/>
              <w:bottom w:w="80" w:type="dxa"/>
              <w:right w:w="80" w:type="dxa"/>
            </w:tcMar>
            <w:vAlign w:val="center"/>
          </w:tcPr>
          <w:p w14:paraId="3FC0A624" w14:textId="77777777" w:rsidR="00151075" w:rsidRDefault="00D76B7D">
            <w:pPr>
              <w:spacing w:after="0"/>
            </w:pPr>
            <w:r>
              <w:rPr>
                <w:b/>
                <w:color w:val="FFFFFF"/>
                <w:sz w:val="17"/>
              </w:rPr>
              <w:t>Invullen</w:t>
            </w:r>
          </w:p>
        </w:tc>
      </w:tr>
      <w:tr w:rsidR="00151075" w14:paraId="00F52D89" w14:textId="77777777">
        <w:trPr>
          <w:jc w:val="center"/>
        </w:trPr>
        <w:tc>
          <w:tcPr>
            <w:tcW w:w="2891" w:type="dxa"/>
            <w:shd w:val="clear" w:color="auto" w:fill="F3F6F8"/>
          </w:tcPr>
          <w:p w14:paraId="4708F9BC" w14:textId="77777777" w:rsidR="00151075" w:rsidRDefault="00D76B7D">
            <w:pPr>
              <w:spacing w:after="0"/>
            </w:pPr>
            <w:r>
              <w:rPr>
                <w:b/>
                <w:sz w:val="16"/>
              </w:rPr>
              <w:t>Aanleiding wijziging versie</w:t>
            </w:r>
          </w:p>
        </w:tc>
        <w:tc>
          <w:tcPr>
            <w:tcW w:w="6577" w:type="dxa"/>
          </w:tcPr>
          <w:p w14:paraId="3E6181E1" w14:textId="77777777" w:rsidR="00151075" w:rsidRDefault="00000000">
            <w:pPr>
              <w:spacing w:after="0"/>
            </w:pPr>
            <w:sdt>
              <w:sdtPr>
                <w:alias w:val="WIJZIGINGSREDEN"/>
                <w:tag w:val="WIJZIGINGSREDEN"/>
                <w:id w:val="2072000074"/>
                <w:text/>
              </w:sdtPr>
              <w:sdtContent>
                <w:r w:rsidR="00D76B7D">
                  <w:rPr>
                    <w:color w:val="646464"/>
                    <w:sz w:val="16"/>
                  </w:rPr>
                  <w:t>{{WIJZIGINGSREDEN}}</w:t>
                </w:r>
              </w:sdtContent>
            </w:sdt>
          </w:p>
        </w:tc>
      </w:tr>
      <w:tr w:rsidR="00151075" w14:paraId="6E27D082" w14:textId="77777777">
        <w:trPr>
          <w:jc w:val="center"/>
        </w:trPr>
        <w:tc>
          <w:tcPr>
            <w:tcW w:w="2891" w:type="dxa"/>
            <w:shd w:val="clear" w:color="auto" w:fill="F3F6F8"/>
          </w:tcPr>
          <w:p w14:paraId="58E0A27B" w14:textId="77777777" w:rsidR="00151075" w:rsidRDefault="00D76B7D">
            <w:pPr>
              <w:spacing w:after="0"/>
            </w:pPr>
            <w:r>
              <w:rPr>
                <w:b/>
                <w:sz w:val="16"/>
              </w:rPr>
              <w:t>Vorige versie / referentie</w:t>
            </w:r>
          </w:p>
        </w:tc>
        <w:tc>
          <w:tcPr>
            <w:tcW w:w="6577" w:type="dxa"/>
          </w:tcPr>
          <w:p w14:paraId="3CC62DFD" w14:textId="77777777" w:rsidR="00151075" w:rsidRDefault="00000000">
            <w:pPr>
              <w:spacing w:after="0"/>
            </w:pPr>
            <w:sdt>
              <w:sdtPr>
                <w:alias w:val="VORIGE_VERSIE"/>
                <w:tag w:val="VORIGE_VERSIE"/>
                <w:id w:val="868040019"/>
                <w:text/>
              </w:sdtPr>
              <w:sdtContent>
                <w:r w:rsidR="00D76B7D">
                  <w:rPr>
                    <w:color w:val="646464"/>
                    <w:sz w:val="16"/>
                  </w:rPr>
                  <w:t>{{VORIGE_VERSIE}}</w:t>
                </w:r>
              </w:sdtContent>
            </w:sdt>
          </w:p>
        </w:tc>
      </w:tr>
      <w:tr w:rsidR="00151075" w14:paraId="7D8D8B33" w14:textId="77777777">
        <w:trPr>
          <w:jc w:val="center"/>
        </w:trPr>
        <w:tc>
          <w:tcPr>
            <w:tcW w:w="2891" w:type="dxa"/>
            <w:shd w:val="clear" w:color="auto" w:fill="F3F6F8"/>
          </w:tcPr>
          <w:p w14:paraId="08770E94" w14:textId="77777777" w:rsidR="00151075" w:rsidRDefault="00D76B7D">
            <w:pPr>
              <w:spacing w:after="0"/>
            </w:pPr>
            <w:r>
              <w:rPr>
                <w:b/>
                <w:sz w:val="16"/>
              </w:rPr>
              <w:t>Besluitvormend orgaan</w:t>
            </w:r>
          </w:p>
        </w:tc>
        <w:tc>
          <w:tcPr>
            <w:tcW w:w="6577" w:type="dxa"/>
          </w:tcPr>
          <w:p w14:paraId="5A770746" w14:textId="77777777" w:rsidR="00151075" w:rsidRDefault="00000000">
            <w:pPr>
              <w:spacing w:after="0"/>
            </w:pPr>
            <w:sdt>
              <w:sdtPr>
                <w:alias w:val="BESLUITVORMEND_ORGAAN"/>
                <w:tag w:val="BESLUITVORMEND_ORGAAN"/>
                <w:id w:val="1186798535"/>
                <w:text/>
              </w:sdtPr>
              <w:sdtContent>
                <w:r w:rsidR="00D76B7D">
                  <w:rPr>
                    <w:color w:val="646464"/>
                    <w:sz w:val="16"/>
                  </w:rPr>
                  <w:t>{{BESLUITVORMEND_ORGAAN}}</w:t>
                </w:r>
              </w:sdtContent>
            </w:sdt>
          </w:p>
        </w:tc>
      </w:tr>
      <w:tr w:rsidR="00151075" w14:paraId="0AFAFB5C" w14:textId="77777777">
        <w:trPr>
          <w:jc w:val="center"/>
        </w:trPr>
        <w:tc>
          <w:tcPr>
            <w:tcW w:w="2891" w:type="dxa"/>
            <w:shd w:val="clear" w:color="auto" w:fill="F3F6F8"/>
          </w:tcPr>
          <w:p w14:paraId="3A222348" w14:textId="77777777" w:rsidR="00151075" w:rsidRDefault="00D76B7D">
            <w:pPr>
              <w:spacing w:after="0"/>
            </w:pPr>
            <w:r>
              <w:rPr>
                <w:b/>
                <w:sz w:val="16"/>
              </w:rPr>
              <w:t>Bewaarlocatie auditdossier</w:t>
            </w:r>
          </w:p>
        </w:tc>
        <w:tc>
          <w:tcPr>
            <w:tcW w:w="6577" w:type="dxa"/>
          </w:tcPr>
          <w:p w14:paraId="4AB04F75" w14:textId="77777777" w:rsidR="00151075" w:rsidRDefault="00000000">
            <w:pPr>
              <w:spacing w:after="0"/>
            </w:pPr>
            <w:sdt>
              <w:sdtPr>
                <w:alias w:val="BEWAARLOCATIE_AUDITDOSSIER"/>
                <w:tag w:val="BEWAARLOCATIE_AUDITDOSSIER"/>
                <w:id w:val="-775328578"/>
                <w:text/>
              </w:sdtPr>
              <w:sdtContent>
                <w:r w:rsidR="00D76B7D">
                  <w:rPr>
                    <w:color w:val="646464"/>
                    <w:sz w:val="16"/>
                  </w:rPr>
                  <w:t>{{BEWAARLOCATIE_AUDITDOSSIER}}</w:t>
                </w:r>
              </w:sdtContent>
            </w:sdt>
          </w:p>
        </w:tc>
      </w:tr>
    </w:tbl>
    <w:p w14:paraId="5989A30E" w14:textId="77777777" w:rsidR="00151075" w:rsidRDefault="00151075"/>
    <w:p w14:paraId="1041377D" w14:textId="77777777" w:rsidR="00151075" w:rsidRDefault="00D76B7D">
      <w:pPr>
        <w:pStyle w:val="Heading2"/>
      </w:pPr>
      <w:r>
        <w:t>1. DPIA-trigger en toepasselijkheid</w:t>
      </w:r>
    </w:p>
    <w:tbl>
      <w:tblPr>
        <w:tblStyle w:val="TableGrid"/>
        <w:tblW w:w="0" w:type="auto"/>
        <w:jc w:val="center"/>
        <w:tblLook w:val="04A0" w:firstRow="1" w:lastRow="0" w:firstColumn="1" w:lastColumn="0" w:noHBand="0" w:noVBand="1"/>
      </w:tblPr>
      <w:tblGrid>
        <w:gridCol w:w="10472"/>
      </w:tblGrid>
      <w:tr w:rsidR="00151075" w:rsidRPr="004502CA" w14:paraId="158E4F2B" w14:textId="77777777">
        <w:trPr>
          <w:tblHeader/>
          <w:jc w:val="center"/>
        </w:trPr>
        <w:tc>
          <w:tcPr>
            <w:tcW w:w="10482" w:type="dxa"/>
            <w:shd w:val="clear" w:color="auto" w:fill="EAF2F8"/>
            <w:tcMar>
              <w:top w:w="80" w:type="dxa"/>
              <w:left w:w="80" w:type="dxa"/>
              <w:bottom w:w="80" w:type="dxa"/>
              <w:right w:w="80" w:type="dxa"/>
            </w:tcMar>
            <w:vAlign w:val="center"/>
          </w:tcPr>
          <w:p w14:paraId="30FA835D" w14:textId="77777777" w:rsidR="00151075" w:rsidRPr="005D7D80" w:rsidRDefault="00D76B7D">
            <w:pPr>
              <w:spacing w:after="0"/>
              <w:rPr>
                <w:lang w:val="nl-NL"/>
              </w:rPr>
            </w:pPr>
            <w:r w:rsidRPr="005D7D80">
              <w:rPr>
                <w:color w:val="1F4E79"/>
                <w:sz w:val="17"/>
                <w:lang w:val="nl-NL"/>
              </w:rPr>
              <w:t>Een DPIA is bedoeld om vooraf privacyrisico’s van een verwerking in kaart te brengen en maatregelen te bepalen. Dit onderdeel onderbouwt waarom de DPIA wel of niet verplicht is en legt de besluitvorming aantoonbaar vast.</w:t>
            </w:r>
          </w:p>
        </w:tc>
      </w:tr>
    </w:tbl>
    <w:p w14:paraId="0F7FE9EF" w14:textId="77777777" w:rsidR="00151075" w:rsidRPr="005D7D80" w:rsidRDefault="00151075">
      <w:pPr>
        <w:rPr>
          <w:lang w:val="nl-NL"/>
        </w:rPr>
      </w:pPr>
    </w:p>
    <w:p w14:paraId="393E29FA" w14:textId="77777777" w:rsidR="00151075" w:rsidRDefault="00D76B7D">
      <w:pPr>
        <w:pStyle w:val="Heading3"/>
      </w:pPr>
      <w:r>
        <w:t>DPIA verplicht of sterk aanbevolen</w:t>
      </w:r>
    </w:p>
    <w:tbl>
      <w:tblPr>
        <w:tblStyle w:val="TableGrid"/>
        <w:tblW w:w="0" w:type="auto"/>
        <w:jc w:val="center"/>
        <w:tblLook w:val="04A0" w:firstRow="1" w:lastRow="0" w:firstColumn="1" w:lastColumn="0" w:noHBand="0" w:noVBand="1"/>
      </w:tblPr>
      <w:tblGrid>
        <w:gridCol w:w="2749"/>
        <w:gridCol w:w="1069"/>
        <w:gridCol w:w="1104"/>
        <w:gridCol w:w="1166"/>
        <w:gridCol w:w="4384"/>
      </w:tblGrid>
      <w:tr w:rsidR="00151075" w14:paraId="692F6227" w14:textId="77777777">
        <w:trPr>
          <w:tblHeader/>
          <w:jc w:val="center"/>
        </w:trPr>
        <w:tc>
          <w:tcPr>
            <w:tcW w:w="4025" w:type="dxa"/>
            <w:shd w:val="clear" w:color="auto" w:fill="3A6EA5"/>
            <w:tcMar>
              <w:top w:w="80" w:type="dxa"/>
              <w:left w:w="80" w:type="dxa"/>
              <w:bottom w:w="80" w:type="dxa"/>
              <w:right w:w="80" w:type="dxa"/>
            </w:tcMar>
            <w:vAlign w:val="center"/>
          </w:tcPr>
          <w:p w14:paraId="20DD1F7C" w14:textId="77777777" w:rsidR="00151075" w:rsidRDefault="00D76B7D">
            <w:pPr>
              <w:spacing w:after="0"/>
            </w:pPr>
            <w:r>
              <w:rPr>
                <w:b/>
                <w:color w:val="FFFFFF"/>
                <w:sz w:val="16"/>
              </w:rPr>
              <w:t>Onderwerp</w:t>
            </w:r>
          </w:p>
        </w:tc>
        <w:tc>
          <w:tcPr>
            <w:tcW w:w="680" w:type="dxa"/>
            <w:shd w:val="clear" w:color="auto" w:fill="3A6EA5"/>
            <w:tcMar>
              <w:top w:w="80" w:type="dxa"/>
              <w:left w:w="80" w:type="dxa"/>
              <w:bottom w:w="80" w:type="dxa"/>
              <w:right w:w="80" w:type="dxa"/>
            </w:tcMar>
            <w:vAlign w:val="center"/>
          </w:tcPr>
          <w:p w14:paraId="5E0D8C58" w14:textId="77777777" w:rsidR="00151075" w:rsidRDefault="00D76B7D">
            <w:pPr>
              <w:spacing w:after="0"/>
            </w:pPr>
            <w:r>
              <w:rPr>
                <w:b/>
                <w:color w:val="FFFFFF"/>
                <w:sz w:val="16"/>
              </w:rPr>
              <w:t>Ja</w:t>
            </w:r>
          </w:p>
        </w:tc>
        <w:tc>
          <w:tcPr>
            <w:tcW w:w="680" w:type="dxa"/>
            <w:shd w:val="clear" w:color="auto" w:fill="3A6EA5"/>
            <w:tcMar>
              <w:top w:w="80" w:type="dxa"/>
              <w:left w:w="80" w:type="dxa"/>
              <w:bottom w:w="80" w:type="dxa"/>
              <w:right w:w="80" w:type="dxa"/>
            </w:tcMar>
            <w:vAlign w:val="center"/>
          </w:tcPr>
          <w:p w14:paraId="48CE03EE" w14:textId="77777777" w:rsidR="00151075" w:rsidRDefault="00D76B7D">
            <w:pPr>
              <w:spacing w:after="0"/>
            </w:pPr>
            <w:r>
              <w:rPr>
                <w:b/>
                <w:color w:val="FFFFFF"/>
                <w:sz w:val="16"/>
              </w:rPr>
              <w:t>Nee</w:t>
            </w:r>
          </w:p>
        </w:tc>
        <w:tc>
          <w:tcPr>
            <w:tcW w:w="793" w:type="dxa"/>
            <w:shd w:val="clear" w:color="auto" w:fill="3A6EA5"/>
            <w:tcMar>
              <w:top w:w="80" w:type="dxa"/>
              <w:left w:w="80" w:type="dxa"/>
              <w:bottom w:w="80" w:type="dxa"/>
              <w:right w:w="80" w:type="dxa"/>
            </w:tcMar>
            <w:vAlign w:val="center"/>
          </w:tcPr>
          <w:p w14:paraId="227993E2" w14:textId="77777777" w:rsidR="00151075" w:rsidRDefault="00D76B7D">
            <w:pPr>
              <w:spacing w:after="0"/>
            </w:pPr>
            <w:r>
              <w:rPr>
                <w:b/>
                <w:color w:val="FFFFFF"/>
                <w:sz w:val="16"/>
              </w:rPr>
              <w:t>N.v.t.</w:t>
            </w:r>
          </w:p>
        </w:tc>
        <w:tc>
          <w:tcPr>
            <w:tcW w:w="3288" w:type="dxa"/>
            <w:shd w:val="clear" w:color="auto" w:fill="3A6EA5"/>
            <w:tcMar>
              <w:top w:w="80" w:type="dxa"/>
              <w:left w:w="80" w:type="dxa"/>
              <w:bottom w:w="80" w:type="dxa"/>
              <w:right w:w="80" w:type="dxa"/>
            </w:tcMar>
            <w:vAlign w:val="center"/>
          </w:tcPr>
          <w:p w14:paraId="2D2B1773" w14:textId="77777777" w:rsidR="00151075" w:rsidRDefault="00D76B7D">
            <w:pPr>
              <w:spacing w:after="0"/>
            </w:pPr>
            <w:r>
              <w:rPr>
                <w:b/>
                <w:color w:val="FFFFFF"/>
                <w:sz w:val="16"/>
              </w:rPr>
              <w:t>Toelichting</w:t>
            </w:r>
          </w:p>
        </w:tc>
      </w:tr>
      <w:tr w:rsidR="00151075" w:rsidRPr="004502CA" w14:paraId="0D6B802F" w14:textId="77777777">
        <w:trPr>
          <w:jc w:val="center"/>
        </w:trPr>
        <w:tc>
          <w:tcPr>
            <w:tcW w:w="2096" w:type="dxa"/>
          </w:tcPr>
          <w:p w14:paraId="59D56807" w14:textId="77777777" w:rsidR="00151075" w:rsidRPr="00A6024E" w:rsidRDefault="00D76B7D">
            <w:pPr>
              <w:spacing w:after="0"/>
              <w:rPr>
                <w:lang w:val="nl-NL"/>
              </w:rPr>
            </w:pPr>
            <w:r w:rsidRPr="00A6024E">
              <w:rPr>
                <w:sz w:val="16"/>
                <w:lang w:val="nl-NL"/>
              </w:rPr>
              <w:t>Nieuwe technologie of wezenlijke wijziging in bestaande technologie</w:t>
            </w:r>
          </w:p>
        </w:tc>
        <w:tc>
          <w:tcPr>
            <w:tcW w:w="2096" w:type="dxa"/>
          </w:tcPr>
          <w:p w14:paraId="6B04CA07" w14:textId="77777777" w:rsidR="00151075" w:rsidRDefault="00000000">
            <w:pPr>
              <w:spacing w:after="0"/>
              <w:jc w:val="center"/>
            </w:pPr>
            <w:sdt>
              <w:sdtPr>
                <w:alias w:val="CHECKBOX_1"/>
                <w:tag w:val="CHECKBOX_1"/>
                <w:id w:val="158334052"/>
                <w14:checkbox>
                  <w14:checked w14:val="0"/>
                  <w14:checkedState w14:val="2612" w14:font="MS Gothic"/>
                  <w14:uncheckedState w14:val="2610" w14:font="MS Gothic"/>
                </w14:checkbox>
              </w:sdtPr>
              <w:sdtContent>
                <w:r w:rsidR="00D76B7D">
                  <w:rPr>
                    <w:sz w:val="24"/>
                  </w:rPr>
                  <w:t>☐</w:t>
                </w:r>
              </w:sdtContent>
            </w:sdt>
          </w:p>
        </w:tc>
        <w:tc>
          <w:tcPr>
            <w:tcW w:w="2096" w:type="dxa"/>
          </w:tcPr>
          <w:p w14:paraId="31C7678E" w14:textId="77777777" w:rsidR="00151075" w:rsidRDefault="00000000">
            <w:pPr>
              <w:spacing w:after="0"/>
              <w:jc w:val="center"/>
            </w:pPr>
            <w:sdt>
              <w:sdtPr>
                <w:alias w:val="CHECKBOX_2"/>
                <w:tag w:val="CHECKBOX_2"/>
                <w:id w:val="169179052"/>
                <w14:checkbox>
                  <w14:checked w14:val="0"/>
                  <w14:checkedState w14:val="2612" w14:font="MS Gothic"/>
                  <w14:uncheckedState w14:val="2610" w14:font="MS Gothic"/>
                </w14:checkbox>
              </w:sdtPr>
              <w:sdtContent>
                <w:r w:rsidR="00D76B7D">
                  <w:rPr>
                    <w:sz w:val="24"/>
                  </w:rPr>
                  <w:t>☐</w:t>
                </w:r>
              </w:sdtContent>
            </w:sdt>
          </w:p>
        </w:tc>
        <w:tc>
          <w:tcPr>
            <w:tcW w:w="2096" w:type="dxa"/>
          </w:tcPr>
          <w:p w14:paraId="49DC738C" w14:textId="4E6ECE17" w:rsidR="00151075" w:rsidRDefault="00000000">
            <w:pPr>
              <w:spacing w:after="0"/>
              <w:jc w:val="center"/>
            </w:pPr>
            <w:sdt>
              <w:sdtPr>
                <w:alias w:val="CHECKBOX_3"/>
                <w:tag w:val="CHECKBOX_3"/>
                <w:id w:val="40446880"/>
                <w14:checkbox>
                  <w14:checked w14:val="0"/>
                  <w14:checkedState w14:val="2612" w14:font="MS Gothic"/>
                  <w14:uncheckedState w14:val="2610" w14:font="MS Gothic"/>
                </w14:checkbox>
              </w:sdtPr>
              <w:sdtContent>
                <w:r w:rsidR="005A6DD4">
                  <w:rPr>
                    <w:rFonts w:ascii="MS Gothic" w:eastAsia="MS Gothic" w:hAnsi="MS Gothic" w:hint="eastAsia"/>
                  </w:rPr>
                  <w:t>☐</w:t>
                </w:r>
              </w:sdtContent>
            </w:sdt>
          </w:p>
        </w:tc>
        <w:tc>
          <w:tcPr>
            <w:tcW w:w="2096" w:type="dxa"/>
          </w:tcPr>
          <w:p w14:paraId="2949AE35" w14:textId="77777777" w:rsidR="00151075" w:rsidRPr="00A6024E" w:rsidRDefault="00000000">
            <w:pPr>
              <w:spacing w:after="0"/>
              <w:rPr>
                <w:lang w:val="nl-NL"/>
              </w:rPr>
            </w:pPr>
            <w:sdt>
              <w:sdtPr>
                <w:rPr>
                  <w:lang w:val="nl-NL"/>
                </w:rPr>
                <w:alias w:val="DPIA_VERPLICHT_OF_STERK_AANBEVOLEN_1_TOELICHTING"/>
                <w:tag w:val="DPIA_VERPLICHT_OF_STERK_AANBEVOLEN_1_TOELICHTING"/>
                <w:id w:val="358174751"/>
                <w:text/>
              </w:sdtPr>
              <w:sdtContent>
                <w:r w:rsidR="00D76B7D" w:rsidRPr="00A6024E">
                  <w:rPr>
                    <w:color w:val="646464"/>
                    <w:sz w:val="15"/>
                    <w:lang w:val="nl-NL"/>
                  </w:rPr>
                  <w:t>{{DPIA_VERPLICHT_OF_STERK_AANBEVOLEN_1_TOELICHTING}}</w:t>
                </w:r>
              </w:sdtContent>
            </w:sdt>
          </w:p>
        </w:tc>
      </w:tr>
      <w:tr w:rsidR="00151075" w:rsidRPr="004502CA" w14:paraId="4A94E591" w14:textId="77777777">
        <w:trPr>
          <w:jc w:val="center"/>
        </w:trPr>
        <w:tc>
          <w:tcPr>
            <w:tcW w:w="2096" w:type="dxa"/>
          </w:tcPr>
          <w:p w14:paraId="70213CF9" w14:textId="77777777" w:rsidR="00151075" w:rsidRPr="00A6024E" w:rsidRDefault="00D76B7D">
            <w:pPr>
              <w:spacing w:after="0"/>
              <w:rPr>
                <w:lang w:val="nl-NL"/>
              </w:rPr>
            </w:pPr>
            <w:r w:rsidRPr="00A6024E">
              <w:rPr>
                <w:sz w:val="16"/>
                <w:lang w:val="nl-NL"/>
              </w:rPr>
              <w:t>Grootschalige verwerking van bijzondere persoonsgegevens, waaronder gezondheidsgegevens</w:t>
            </w:r>
          </w:p>
        </w:tc>
        <w:tc>
          <w:tcPr>
            <w:tcW w:w="2096" w:type="dxa"/>
          </w:tcPr>
          <w:p w14:paraId="462D1B9C" w14:textId="77777777" w:rsidR="00151075" w:rsidRDefault="00000000">
            <w:pPr>
              <w:spacing w:after="0"/>
              <w:jc w:val="center"/>
            </w:pPr>
            <w:sdt>
              <w:sdtPr>
                <w:alias w:val="CHECKBOX_4"/>
                <w:tag w:val="CHECKBOX_4"/>
                <w:id w:val="262698216"/>
                <w14:checkbox>
                  <w14:checked w14:val="0"/>
                  <w14:checkedState w14:val="2612" w14:font="MS Gothic"/>
                  <w14:uncheckedState w14:val="2610" w14:font="MS Gothic"/>
                </w14:checkbox>
              </w:sdtPr>
              <w:sdtContent>
                <w:r w:rsidR="00D76B7D">
                  <w:rPr>
                    <w:sz w:val="24"/>
                  </w:rPr>
                  <w:t>☐</w:t>
                </w:r>
              </w:sdtContent>
            </w:sdt>
          </w:p>
        </w:tc>
        <w:tc>
          <w:tcPr>
            <w:tcW w:w="2096" w:type="dxa"/>
          </w:tcPr>
          <w:p w14:paraId="4B8912F4" w14:textId="77777777" w:rsidR="00151075" w:rsidRDefault="00000000">
            <w:pPr>
              <w:spacing w:after="0"/>
              <w:jc w:val="center"/>
            </w:pPr>
            <w:sdt>
              <w:sdtPr>
                <w:alias w:val="CHECKBOX_5"/>
                <w:tag w:val="CHECKBOX_5"/>
                <w:id w:val="471073911"/>
                <w14:checkbox>
                  <w14:checked w14:val="0"/>
                  <w14:checkedState w14:val="2612" w14:font="MS Gothic"/>
                  <w14:uncheckedState w14:val="2610" w14:font="MS Gothic"/>
                </w14:checkbox>
              </w:sdtPr>
              <w:sdtContent>
                <w:r w:rsidR="00D76B7D">
                  <w:rPr>
                    <w:sz w:val="24"/>
                  </w:rPr>
                  <w:t>☐</w:t>
                </w:r>
              </w:sdtContent>
            </w:sdt>
          </w:p>
        </w:tc>
        <w:tc>
          <w:tcPr>
            <w:tcW w:w="2096" w:type="dxa"/>
          </w:tcPr>
          <w:p w14:paraId="64A8E7F7" w14:textId="77777777" w:rsidR="00151075" w:rsidRDefault="00000000">
            <w:pPr>
              <w:spacing w:after="0"/>
              <w:jc w:val="center"/>
            </w:pPr>
            <w:sdt>
              <w:sdtPr>
                <w:alias w:val="CHECKBOX_6"/>
                <w:tag w:val="CHECKBOX_6"/>
                <w:id w:val="521094749"/>
                <w14:checkbox>
                  <w14:checked w14:val="0"/>
                  <w14:checkedState w14:val="2612" w14:font="MS Gothic"/>
                  <w14:uncheckedState w14:val="2610" w14:font="MS Gothic"/>
                </w14:checkbox>
              </w:sdtPr>
              <w:sdtContent>
                <w:r w:rsidR="00D76B7D">
                  <w:rPr>
                    <w:sz w:val="24"/>
                  </w:rPr>
                  <w:t>☐</w:t>
                </w:r>
              </w:sdtContent>
            </w:sdt>
          </w:p>
        </w:tc>
        <w:tc>
          <w:tcPr>
            <w:tcW w:w="2096" w:type="dxa"/>
          </w:tcPr>
          <w:p w14:paraId="3ED7D9F4" w14:textId="77777777" w:rsidR="00151075" w:rsidRPr="00A6024E" w:rsidRDefault="00000000">
            <w:pPr>
              <w:spacing w:after="0"/>
              <w:rPr>
                <w:lang w:val="nl-NL"/>
              </w:rPr>
            </w:pPr>
            <w:sdt>
              <w:sdtPr>
                <w:rPr>
                  <w:lang w:val="nl-NL"/>
                </w:rPr>
                <w:alias w:val="DPIA_VERPLICHT_OF_STERK_AANBEVOLEN_2_TOELICHTING"/>
                <w:tag w:val="DPIA_VERPLICHT_OF_STERK_AANBEVOLEN_2_TOELICHTING"/>
                <w:id w:val="-207497692"/>
                <w:text/>
              </w:sdtPr>
              <w:sdtContent>
                <w:r w:rsidR="00D76B7D" w:rsidRPr="00A6024E">
                  <w:rPr>
                    <w:color w:val="646464"/>
                    <w:sz w:val="15"/>
                    <w:lang w:val="nl-NL"/>
                  </w:rPr>
                  <w:t>{{DPIA_VERPLICHT_OF_STERK_AANBEVOLEN_2_TOELICHTING}}</w:t>
                </w:r>
              </w:sdtContent>
            </w:sdt>
          </w:p>
        </w:tc>
      </w:tr>
      <w:tr w:rsidR="00151075" w:rsidRPr="004502CA" w14:paraId="5061A226" w14:textId="77777777">
        <w:trPr>
          <w:jc w:val="center"/>
        </w:trPr>
        <w:tc>
          <w:tcPr>
            <w:tcW w:w="2096" w:type="dxa"/>
          </w:tcPr>
          <w:p w14:paraId="4D37D972" w14:textId="77777777" w:rsidR="00151075" w:rsidRPr="00A6024E" w:rsidRDefault="00D76B7D">
            <w:pPr>
              <w:spacing w:after="0"/>
              <w:rPr>
                <w:lang w:val="nl-NL"/>
              </w:rPr>
            </w:pPr>
            <w:r w:rsidRPr="00A6024E">
              <w:rPr>
                <w:sz w:val="16"/>
                <w:lang w:val="nl-NL"/>
              </w:rPr>
              <w:t>Systematische beoordeling, monitoring, profilering of geautomatiseerde besluitvorming</w:t>
            </w:r>
          </w:p>
        </w:tc>
        <w:tc>
          <w:tcPr>
            <w:tcW w:w="2096" w:type="dxa"/>
          </w:tcPr>
          <w:p w14:paraId="729DC839" w14:textId="77777777" w:rsidR="00151075" w:rsidRDefault="00000000">
            <w:pPr>
              <w:spacing w:after="0"/>
              <w:jc w:val="center"/>
            </w:pPr>
            <w:sdt>
              <w:sdtPr>
                <w:alias w:val="CHECKBOX_7"/>
                <w:tag w:val="CHECKBOX_7"/>
                <w:id w:val="72148125"/>
                <w14:checkbox>
                  <w14:checked w14:val="0"/>
                  <w14:checkedState w14:val="2612" w14:font="MS Gothic"/>
                  <w14:uncheckedState w14:val="2610" w14:font="MS Gothic"/>
                </w14:checkbox>
              </w:sdtPr>
              <w:sdtContent>
                <w:r w:rsidR="00D76B7D">
                  <w:rPr>
                    <w:sz w:val="24"/>
                  </w:rPr>
                  <w:t>☐</w:t>
                </w:r>
              </w:sdtContent>
            </w:sdt>
          </w:p>
        </w:tc>
        <w:tc>
          <w:tcPr>
            <w:tcW w:w="2096" w:type="dxa"/>
          </w:tcPr>
          <w:p w14:paraId="2A171C6F" w14:textId="77777777" w:rsidR="00151075" w:rsidRDefault="00000000">
            <w:pPr>
              <w:spacing w:after="0"/>
              <w:jc w:val="center"/>
            </w:pPr>
            <w:sdt>
              <w:sdtPr>
                <w:alias w:val="CHECKBOX_8"/>
                <w:tag w:val="CHECKBOX_8"/>
                <w:id w:val="1385079520"/>
                <w14:checkbox>
                  <w14:checked w14:val="0"/>
                  <w14:checkedState w14:val="2612" w14:font="MS Gothic"/>
                  <w14:uncheckedState w14:val="2610" w14:font="MS Gothic"/>
                </w14:checkbox>
              </w:sdtPr>
              <w:sdtContent>
                <w:r w:rsidR="00D76B7D">
                  <w:rPr>
                    <w:sz w:val="24"/>
                  </w:rPr>
                  <w:t>☐</w:t>
                </w:r>
              </w:sdtContent>
            </w:sdt>
          </w:p>
        </w:tc>
        <w:tc>
          <w:tcPr>
            <w:tcW w:w="2096" w:type="dxa"/>
          </w:tcPr>
          <w:p w14:paraId="53AA8D30" w14:textId="77777777" w:rsidR="00151075" w:rsidRDefault="00000000">
            <w:pPr>
              <w:spacing w:after="0"/>
              <w:jc w:val="center"/>
            </w:pPr>
            <w:sdt>
              <w:sdtPr>
                <w:alias w:val="CHECKBOX_9"/>
                <w:tag w:val="CHECKBOX_9"/>
                <w:id w:val="524654334"/>
                <w14:checkbox>
                  <w14:checked w14:val="0"/>
                  <w14:checkedState w14:val="2612" w14:font="MS Gothic"/>
                  <w14:uncheckedState w14:val="2610" w14:font="MS Gothic"/>
                </w14:checkbox>
              </w:sdtPr>
              <w:sdtContent>
                <w:r w:rsidR="00D76B7D">
                  <w:rPr>
                    <w:sz w:val="24"/>
                  </w:rPr>
                  <w:t>☐</w:t>
                </w:r>
              </w:sdtContent>
            </w:sdt>
          </w:p>
        </w:tc>
        <w:tc>
          <w:tcPr>
            <w:tcW w:w="2096" w:type="dxa"/>
          </w:tcPr>
          <w:p w14:paraId="50F7537C" w14:textId="77777777" w:rsidR="00151075" w:rsidRPr="00A6024E" w:rsidRDefault="00000000">
            <w:pPr>
              <w:spacing w:after="0"/>
              <w:rPr>
                <w:lang w:val="nl-NL"/>
              </w:rPr>
            </w:pPr>
            <w:sdt>
              <w:sdtPr>
                <w:rPr>
                  <w:lang w:val="nl-NL"/>
                </w:rPr>
                <w:alias w:val="DPIA_VERPLICHT_OF_STERK_AANBEVOLEN_3_TOELICHTING"/>
                <w:tag w:val="DPIA_VERPLICHT_OF_STERK_AANBEVOLEN_3_TOELICHTING"/>
                <w:id w:val="1989441120"/>
                <w:text/>
              </w:sdtPr>
              <w:sdtContent>
                <w:r w:rsidR="00D76B7D" w:rsidRPr="00A6024E">
                  <w:rPr>
                    <w:color w:val="646464"/>
                    <w:sz w:val="15"/>
                    <w:lang w:val="nl-NL"/>
                  </w:rPr>
                  <w:t>{{DPIA_VERPLICHT_OF_STERK_AANBEVOLEN_3_TOELICHTING}}</w:t>
                </w:r>
              </w:sdtContent>
            </w:sdt>
          </w:p>
        </w:tc>
      </w:tr>
      <w:tr w:rsidR="00151075" w:rsidRPr="004502CA" w14:paraId="0014C206" w14:textId="77777777">
        <w:trPr>
          <w:jc w:val="center"/>
        </w:trPr>
        <w:tc>
          <w:tcPr>
            <w:tcW w:w="2096" w:type="dxa"/>
          </w:tcPr>
          <w:p w14:paraId="4C966591" w14:textId="77777777" w:rsidR="00151075" w:rsidRPr="00A6024E" w:rsidRDefault="00D76B7D">
            <w:pPr>
              <w:spacing w:after="0"/>
              <w:rPr>
                <w:lang w:val="nl-NL"/>
              </w:rPr>
            </w:pPr>
            <w:r w:rsidRPr="00A6024E">
              <w:rPr>
                <w:sz w:val="16"/>
                <w:lang w:val="nl-NL"/>
              </w:rPr>
              <w:t>Koppeling of grootschalige uitwisseling tussen organisaties of beveiligingsdomeinen</w:t>
            </w:r>
          </w:p>
        </w:tc>
        <w:tc>
          <w:tcPr>
            <w:tcW w:w="2096" w:type="dxa"/>
          </w:tcPr>
          <w:p w14:paraId="40C35CBE" w14:textId="77777777" w:rsidR="00151075" w:rsidRDefault="00000000">
            <w:pPr>
              <w:spacing w:after="0"/>
              <w:jc w:val="center"/>
            </w:pPr>
            <w:sdt>
              <w:sdtPr>
                <w:alias w:val="CHECKBOX_10"/>
                <w:tag w:val="CHECKBOX_10"/>
                <w:id w:val="463789273"/>
                <w14:checkbox>
                  <w14:checked w14:val="0"/>
                  <w14:checkedState w14:val="2612" w14:font="MS Gothic"/>
                  <w14:uncheckedState w14:val="2610" w14:font="MS Gothic"/>
                </w14:checkbox>
              </w:sdtPr>
              <w:sdtContent>
                <w:r w:rsidR="00D76B7D">
                  <w:rPr>
                    <w:sz w:val="24"/>
                  </w:rPr>
                  <w:t>☐</w:t>
                </w:r>
              </w:sdtContent>
            </w:sdt>
          </w:p>
        </w:tc>
        <w:tc>
          <w:tcPr>
            <w:tcW w:w="2096" w:type="dxa"/>
          </w:tcPr>
          <w:p w14:paraId="21C9C289" w14:textId="77777777" w:rsidR="00151075" w:rsidRDefault="00000000">
            <w:pPr>
              <w:spacing w:after="0"/>
              <w:jc w:val="center"/>
            </w:pPr>
            <w:sdt>
              <w:sdtPr>
                <w:alias w:val="CHECKBOX_11"/>
                <w:tag w:val="CHECKBOX_11"/>
                <w:id w:val="638635568"/>
                <w14:checkbox>
                  <w14:checked w14:val="0"/>
                  <w14:checkedState w14:val="2612" w14:font="MS Gothic"/>
                  <w14:uncheckedState w14:val="2610" w14:font="MS Gothic"/>
                </w14:checkbox>
              </w:sdtPr>
              <w:sdtContent>
                <w:r w:rsidR="00D76B7D">
                  <w:rPr>
                    <w:sz w:val="24"/>
                  </w:rPr>
                  <w:t>☐</w:t>
                </w:r>
              </w:sdtContent>
            </w:sdt>
          </w:p>
        </w:tc>
        <w:tc>
          <w:tcPr>
            <w:tcW w:w="2096" w:type="dxa"/>
          </w:tcPr>
          <w:p w14:paraId="5438CF9E" w14:textId="77777777" w:rsidR="00151075" w:rsidRDefault="00000000">
            <w:pPr>
              <w:spacing w:after="0"/>
              <w:jc w:val="center"/>
            </w:pPr>
            <w:sdt>
              <w:sdtPr>
                <w:alias w:val="CHECKBOX_12"/>
                <w:tag w:val="CHECKBOX_12"/>
                <w:id w:val="500714311"/>
                <w14:checkbox>
                  <w14:checked w14:val="0"/>
                  <w14:checkedState w14:val="2612" w14:font="MS Gothic"/>
                  <w14:uncheckedState w14:val="2610" w14:font="MS Gothic"/>
                </w14:checkbox>
              </w:sdtPr>
              <w:sdtContent>
                <w:r w:rsidR="00D76B7D">
                  <w:rPr>
                    <w:sz w:val="24"/>
                  </w:rPr>
                  <w:t>☐</w:t>
                </w:r>
              </w:sdtContent>
            </w:sdt>
          </w:p>
        </w:tc>
        <w:tc>
          <w:tcPr>
            <w:tcW w:w="2096" w:type="dxa"/>
          </w:tcPr>
          <w:p w14:paraId="2281D60A" w14:textId="77777777" w:rsidR="00151075" w:rsidRPr="00A6024E" w:rsidRDefault="00000000">
            <w:pPr>
              <w:spacing w:after="0"/>
              <w:rPr>
                <w:lang w:val="nl-NL"/>
              </w:rPr>
            </w:pPr>
            <w:sdt>
              <w:sdtPr>
                <w:rPr>
                  <w:lang w:val="nl-NL"/>
                </w:rPr>
                <w:alias w:val="DPIA_VERPLICHT_OF_STERK_AANBEVOLEN_4_TOELICHTING"/>
                <w:tag w:val="DPIA_VERPLICHT_OF_STERK_AANBEVOLEN_4_TOELICHTING"/>
                <w:id w:val="-738635398"/>
                <w:text/>
              </w:sdtPr>
              <w:sdtContent>
                <w:r w:rsidR="00D76B7D" w:rsidRPr="00A6024E">
                  <w:rPr>
                    <w:color w:val="646464"/>
                    <w:sz w:val="15"/>
                    <w:lang w:val="nl-NL"/>
                  </w:rPr>
                  <w:t>{{DPIA_VERPLICHT_OF_STERK_AANBEVOLEN_4_TOELICHTING}}</w:t>
                </w:r>
              </w:sdtContent>
            </w:sdt>
          </w:p>
        </w:tc>
      </w:tr>
      <w:tr w:rsidR="00151075" w:rsidRPr="004502CA" w14:paraId="5BA37EB7" w14:textId="77777777">
        <w:trPr>
          <w:jc w:val="center"/>
        </w:trPr>
        <w:tc>
          <w:tcPr>
            <w:tcW w:w="2096" w:type="dxa"/>
          </w:tcPr>
          <w:p w14:paraId="37640366" w14:textId="77777777" w:rsidR="00151075" w:rsidRPr="00A6024E" w:rsidRDefault="00D76B7D">
            <w:pPr>
              <w:spacing w:after="0"/>
              <w:rPr>
                <w:lang w:val="nl-NL"/>
              </w:rPr>
            </w:pPr>
            <w:r w:rsidRPr="00A6024E">
              <w:rPr>
                <w:sz w:val="16"/>
                <w:lang w:val="nl-NL"/>
              </w:rPr>
              <w:t>Verwerking van locatiegegevens, communicatiegegevens, biometrische of genetische gegevens</w:t>
            </w:r>
          </w:p>
        </w:tc>
        <w:tc>
          <w:tcPr>
            <w:tcW w:w="2096" w:type="dxa"/>
          </w:tcPr>
          <w:p w14:paraId="12E321C5" w14:textId="77777777" w:rsidR="00151075" w:rsidRDefault="00000000">
            <w:pPr>
              <w:spacing w:after="0"/>
              <w:jc w:val="center"/>
            </w:pPr>
            <w:sdt>
              <w:sdtPr>
                <w:alias w:val="CHECKBOX_13"/>
                <w:tag w:val="CHECKBOX_13"/>
                <w:id w:val="340944748"/>
                <w14:checkbox>
                  <w14:checked w14:val="0"/>
                  <w14:checkedState w14:val="2612" w14:font="MS Gothic"/>
                  <w14:uncheckedState w14:val="2610" w14:font="MS Gothic"/>
                </w14:checkbox>
              </w:sdtPr>
              <w:sdtContent>
                <w:r w:rsidR="00D76B7D">
                  <w:rPr>
                    <w:sz w:val="24"/>
                  </w:rPr>
                  <w:t>☐</w:t>
                </w:r>
              </w:sdtContent>
            </w:sdt>
          </w:p>
        </w:tc>
        <w:tc>
          <w:tcPr>
            <w:tcW w:w="2096" w:type="dxa"/>
          </w:tcPr>
          <w:p w14:paraId="2E934F25" w14:textId="77777777" w:rsidR="00151075" w:rsidRDefault="00000000">
            <w:pPr>
              <w:spacing w:after="0"/>
              <w:jc w:val="center"/>
            </w:pPr>
            <w:sdt>
              <w:sdtPr>
                <w:alias w:val="CHECKBOX_14"/>
                <w:tag w:val="CHECKBOX_14"/>
                <w:id w:val="1018333634"/>
                <w14:checkbox>
                  <w14:checked w14:val="0"/>
                  <w14:checkedState w14:val="2612" w14:font="MS Gothic"/>
                  <w14:uncheckedState w14:val="2610" w14:font="MS Gothic"/>
                </w14:checkbox>
              </w:sdtPr>
              <w:sdtContent>
                <w:r w:rsidR="00D76B7D">
                  <w:rPr>
                    <w:sz w:val="24"/>
                  </w:rPr>
                  <w:t>☐</w:t>
                </w:r>
              </w:sdtContent>
            </w:sdt>
          </w:p>
        </w:tc>
        <w:tc>
          <w:tcPr>
            <w:tcW w:w="2096" w:type="dxa"/>
          </w:tcPr>
          <w:p w14:paraId="64500A58" w14:textId="77777777" w:rsidR="00151075" w:rsidRDefault="00000000">
            <w:pPr>
              <w:spacing w:after="0"/>
              <w:jc w:val="center"/>
            </w:pPr>
            <w:sdt>
              <w:sdtPr>
                <w:alias w:val="CHECKBOX_15"/>
                <w:tag w:val="CHECKBOX_15"/>
                <w:id w:val="794986552"/>
                <w14:checkbox>
                  <w14:checked w14:val="0"/>
                  <w14:checkedState w14:val="2612" w14:font="MS Gothic"/>
                  <w14:uncheckedState w14:val="2610" w14:font="MS Gothic"/>
                </w14:checkbox>
              </w:sdtPr>
              <w:sdtContent>
                <w:r w:rsidR="00D76B7D">
                  <w:rPr>
                    <w:sz w:val="24"/>
                  </w:rPr>
                  <w:t>☐</w:t>
                </w:r>
              </w:sdtContent>
            </w:sdt>
          </w:p>
        </w:tc>
        <w:tc>
          <w:tcPr>
            <w:tcW w:w="2096" w:type="dxa"/>
          </w:tcPr>
          <w:p w14:paraId="6DA9ABE1" w14:textId="77777777" w:rsidR="00151075" w:rsidRPr="00A6024E" w:rsidRDefault="00000000">
            <w:pPr>
              <w:spacing w:after="0"/>
              <w:rPr>
                <w:lang w:val="nl-NL"/>
              </w:rPr>
            </w:pPr>
            <w:sdt>
              <w:sdtPr>
                <w:rPr>
                  <w:lang w:val="nl-NL"/>
                </w:rPr>
                <w:alias w:val="DPIA_VERPLICHT_OF_STERK_AANBEVOLEN_5_TOELICHTING"/>
                <w:tag w:val="DPIA_VERPLICHT_OF_STERK_AANBEVOLEN_5_TOELICHTING"/>
                <w:id w:val="1114093878"/>
                <w:text/>
              </w:sdtPr>
              <w:sdtContent>
                <w:r w:rsidR="00D76B7D" w:rsidRPr="00A6024E">
                  <w:rPr>
                    <w:color w:val="646464"/>
                    <w:sz w:val="15"/>
                    <w:lang w:val="nl-NL"/>
                  </w:rPr>
                  <w:t>{{DPIA_VERPLICHT_OF_STERK_AANBEVOLEN_5_TOELICHTING}}</w:t>
                </w:r>
              </w:sdtContent>
            </w:sdt>
          </w:p>
        </w:tc>
      </w:tr>
      <w:tr w:rsidR="00151075" w:rsidRPr="004502CA" w14:paraId="4D49D335" w14:textId="77777777">
        <w:trPr>
          <w:jc w:val="center"/>
        </w:trPr>
        <w:tc>
          <w:tcPr>
            <w:tcW w:w="2096" w:type="dxa"/>
          </w:tcPr>
          <w:p w14:paraId="2A411CF5" w14:textId="77777777" w:rsidR="00151075" w:rsidRPr="00A6024E" w:rsidRDefault="00D76B7D">
            <w:pPr>
              <w:spacing w:after="0"/>
              <w:rPr>
                <w:lang w:val="nl-NL"/>
              </w:rPr>
            </w:pPr>
            <w:r w:rsidRPr="00A6024E">
              <w:rPr>
                <w:sz w:val="16"/>
                <w:lang w:val="nl-NL"/>
              </w:rPr>
              <w:t>Controle van medewerkers of structurele monitoring van gedrag</w:t>
            </w:r>
          </w:p>
        </w:tc>
        <w:tc>
          <w:tcPr>
            <w:tcW w:w="2096" w:type="dxa"/>
          </w:tcPr>
          <w:p w14:paraId="1F009AC1" w14:textId="77777777" w:rsidR="00151075" w:rsidRDefault="00000000">
            <w:pPr>
              <w:spacing w:after="0"/>
              <w:jc w:val="center"/>
            </w:pPr>
            <w:sdt>
              <w:sdtPr>
                <w:alias w:val="CHECKBOX_16"/>
                <w:tag w:val="CHECKBOX_16"/>
                <w:id w:val="59618021"/>
                <w14:checkbox>
                  <w14:checked w14:val="0"/>
                  <w14:checkedState w14:val="2612" w14:font="MS Gothic"/>
                  <w14:uncheckedState w14:val="2610" w14:font="MS Gothic"/>
                </w14:checkbox>
              </w:sdtPr>
              <w:sdtContent>
                <w:r w:rsidR="00D76B7D">
                  <w:rPr>
                    <w:sz w:val="24"/>
                  </w:rPr>
                  <w:t>☐</w:t>
                </w:r>
              </w:sdtContent>
            </w:sdt>
          </w:p>
        </w:tc>
        <w:tc>
          <w:tcPr>
            <w:tcW w:w="2096" w:type="dxa"/>
          </w:tcPr>
          <w:p w14:paraId="753D96FB" w14:textId="77777777" w:rsidR="00151075" w:rsidRDefault="00000000">
            <w:pPr>
              <w:spacing w:after="0"/>
              <w:jc w:val="center"/>
            </w:pPr>
            <w:sdt>
              <w:sdtPr>
                <w:alias w:val="CHECKBOX_17"/>
                <w:tag w:val="CHECKBOX_17"/>
                <w:id w:val="944892868"/>
                <w14:checkbox>
                  <w14:checked w14:val="0"/>
                  <w14:checkedState w14:val="2612" w14:font="MS Gothic"/>
                  <w14:uncheckedState w14:val="2610" w14:font="MS Gothic"/>
                </w14:checkbox>
              </w:sdtPr>
              <w:sdtContent>
                <w:r w:rsidR="00D76B7D">
                  <w:rPr>
                    <w:sz w:val="24"/>
                  </w:rPr>
                  <w:t>☐</w:t>
                </w:r>
              </w:sdtContent>
            </w:sdt>
          </w:p>
        </w:tc>
        <w:tc>
          <w:tcPr>
            <w:tcW w:w="2096" w:type="dxa"/>
          </w:tcPr>
          <w:p w14:paraId="56D61637" w14:textId="77777777" w:rsidR="00151075" w:rsidRDefault="00000000">
            <w:pPr>
              <w:spacing w:after="0"/>
              <w:jc w:val="center"/>
            </w:pPr>
            <w:sdt>
              <w:sdtPr>
                <w:alias w:val="CHECKBOX_18"/>
                <w:tag w:val="CHECKBOX_18"/>
                <w:id w:val="1883985427"/>
                <w14:checkbox>
                  <w14:checked w14:val="0"/>
                  <w14:checkedState w14:val="2612" w14:font="MS Gothic"/>
                  <w14:uncheckedState w14:val="2610" w14:font="MS Gothic"/>
                </w14:checkbox>
              </w:sdtPr>
              <w:sdtContent>
                <w:r w:rsidR="00D76B7D">
                  <w:rPr>
                    <w:sz w:val="24"/>
                  </w:rPr>
                  <w:t>☐</w:t>
                </w:r>
              </w:sdtContent>
            </w:sdt>
          </w:p>
        </w:tc>
        <w:tc>
          <w:tcPr>
            <w:tcW w:w="2096" w:type="dxa"/>
          </w:tcPr>
          <w:p w14:paraId="6E1F1FB5" w14:textId="77777777" w:rsidR="00151075" w:rsidRPr="00A6024E" w:rsidRDefault="00000000">
            <w:pPr>
              <w:spacing w:after="0"/>
              <w:rPr>
                <w:lang w:val="nl-NL"/>
              </w:rPr>
            </w:pPr>
            <w:sdt>
              <w:sdtPr>
                <w:rPr>
                  <w:lang w:val="nl-NL"/>
                </w:rPr>
                <w:alias w:val="DPIA_VERPLICHT_OF_STERK_AANBEVOLEN_6_TOELICHTING"/>
                <w:tag w:val="DPIA_VERPLICHT_OF_STERK_AANBEVOLEN_6_TOELICHTING"/>
                <w:id w:val="1981872809"/>
                <w:text/>
              </w:sdtPr>
              <w:sdtContent>
                <w:r w:rsidR="00D76B7D" w:rsidRPr="00A6024E">
                  <w:rPr>
                    <w:color w:val="646464"/>
                    <w:sz w:val="15"/>
                    <w:lang w:val="nl-NL"/>
                  </w:rPr>
                  <w:t>{{DPIA_VERPLICHT_OF_STERK_AANBEVOLEN_6_TOELICHTING}}</w:t>
                </w:r>
              </w:sdtContent>
            </w:sdt>
          </w:p>
        </w:tc>
      </w:tr>
      <w:tr w:rsidR="00151075" w:rsidRPr="004502CA" w14:paraId="5F545CE1" w14:textId="77777777">
        <w:trPr>
          <w:jc w:val="center"/>
        </w:trPr>
        <w:tc>
          <w:tcPr>
            <w:tcW w:w="2096" w:type="dxa"/>
          </w:tcPr>
          <w:p w14:paraId="24387DC9" w14:textId="77777777" w:rsidR="00151075" w:rsidRPr="00A6024E" w:rsidRDefault="00D76B7D">
            <w:pPr>
              <w:spacing w:after="0"/>
              <w:rPr>
                <w:lang w:val="nl-NL"/>
              </w:rPr>
            </w:pPr>
            <w:r w:rsidRPr="00A6024E">
              <w:rPr>
                <w:sz w:val="16"/>
                <w:lang w:val="nl-NL"/>
              </w:rPr>
              <w:t>Gebruik van AI, algoritmen of voorspellende analyses</w:t>
            </w:r>
          </w:p>
        </w:tc>
        <w:tc>
          <w:tcPr>
            <w:tcW w:w="2096" w:type="dxa"/>
          </w:tcPr>
          <w:p w14:paraId="263E4038" w14:textId="77777777" w:rsidR="00151075" w:rsidRDefault="00000000">
            <w:pPr>
              <w:spacing w:after="0"/>
              <w:jc w:val="center"/>
            </w:pPr>
            <w:sdt>
              <w:sdtPr>
                <w:alias w:val="CHECKBOX_19"/>
                <w:tag w:val="CHECKBOX_19"/>
                <w:id w:val="746966740"/>
                <w14:checkbox>
                  <w14:checked w14:val="0"/>
                  <w14:checkedState w14:val="2612" w14:font="MS Gothic"/>
                  <w14:uncheckedState w14:val="2610" w14:font="MS Gothic"/>
                </w14:checkbox>
              </w:sdtPr>
              <w:sdtContent>
                <w:r w:rsidR="00D76B7D">
                  <w:rPr>
                    <w:sz w:val="24"/>
                  </w:rPr>
                  <w:t>☐</w:t>
                </w:r>
              </w:sdtContent>
            </w:sdt>
          </w:p>
        </w:tc>
        <w:tc>
          <w:tcPr>
            <w:tcW w:w="2096" w:type="dxa"/>
          </w:tcPr>
          <w:p w14:paraId="3D3260A9" w14:textId="77777777" w:rsidR="00151075" w:rsidRDefault="00000000">
            <w:pPr>
              <w:spacing w:after="0"/>
              <w:jc w:val="center"/>
            </w:pPr>
            <w:sdt>
              <w:sdtPr>
                <w:alias w:val="CHECKBOX_20"/>
                <w:tag w:val="CHECKBOX_20"/>
                <w:id w:val="1231569053"/>
                <w14:checkbox>
                  <w14:checked w14:val="0"/>
                  <w14:checkedState w14:val="2612" w14:font="MS Gothic"/>
                  <w14:uncheckedState w14:val="2610" w14:font="MS Gothic"/>
                </w14:checkbox>
              </w:sdtPr>
              <w:sdtContent>
                <w:r w:rsidR="00D76B7D">
                  <w:rPr>
                    <w:sz w:val="24"/>
                  </w:rPr>
                  <w:t>☐</w:t>
                </w:r>
              </w:sdtContent>
            </w:sdt>
          </w:p>
        </w:tc>
        <w:tc>
          <w:tcPr>
            <w:tcW w:w="2096" w:type="dxa"/>
          </w:tcPr>
          <w:p w14:paraId="50B315B3" w14:textId="77777777" w:rsidR="00151075" w:rsidRDefault="00000000">
            <w:pPr>
              <w:spacing w:after="0"/>
              <w:jc w:val="center"/>
            </w:pPr>
            <w:sdt>
              <w:sdtPr>
                <w:alias w:val="CHECKBOX_21"/>
                <w:tag w:val="CHECKBOX_21"/>
                <w:id w:val="189030368"/>
                <w14:checkbox>
                  <w14:checked w14:val="0"/>
                  <w14:checkedState w14:val="2612" w14:font="MS Gothic"/>
                  <w14:uncheckedState w14:val="2610" w14:font="MS Gothic"/>
                </w14:checkbox>
              </w:sdtPr>
              <w:sdtContent>
                <w:r w:rsidR="00D76B7D">
                  <w:rPr>
                    <w:sz w:val="24"/>
                  </w:rPr>
                  <w:t>☐</w:t>
                </w:r>
              </w:sdtContent>
            </w:sdt>
          </w:p>
        </w:tc>
        <w:tc>
          <w:tcPr>
            <w:tcW w:w="2096" w:type="dxa"/>
          </w:tcPr>
          <w:p w14:paraId="015459DC" w14:textId="77777777" w:rsidR="00151075" w:rsidRPr="00A6024E" w:rsidRDefault="00000000">
            <w:pPr>
              <w:spacing w:after="0"/>
              <w:rPr>
                <w:lang w:val="nl-NL"/>
              </w:rPr>
            </w:pPr>
            <w:sdt>
              <w:sdtPr>
                <w:rPr>
                  <w:lang w:val="nl-NL"/>
                </w:rPr>
                <w:alias w:val="DPIA_VERPLICHT_OF_STERK_AANBEVOLEN_7_TOELICHTING"/>
                <w:tag w:val="DPIA_VERPLICHT_OF_STERK_AANBEVOLEN_7_TOELICHTING"/>
                <w:id w:val="940569164"/>
                <w:text/>
              </w:sdtPr>
              <w:sdtContent>
                <w:r w:rsidR="00D76B7D" w:rsidRPr="00A6024E">
                  <w:rPr>
                    <w:color w:val="646464"/>
                    <w:sz w:val="15"/>
                    <w:lang w:val="nl-NL"/>
                  </w:rPr>
                  <w:t>{{DPIA_VERPLICHT_OF_STERK_AANBEVOLEN_7_TOELICHTING}}</w:t>
                </w:r>
              </w:sdtContent>
            </w:sdt>
          </w:p>
        </w:tc>
      </w:tr>
      <w:tr w:rsidR="00151075" w:rsidRPr="004502CA" w14:paraId="51A62D17" w14:textId="77777777">
        <w:trPr>
          <w:jc w:val="center"/>
        </w:trPr>
        <w:tc>
          <w:tcPr>
            <w:tcW w:w="2096" w:type="dxa"/>
          </w:tcPr>
          <w:p w14:paraId="427C0A2A" w14:textId="77777777" w:rsidR="00151075" w:rsidRPr="00A6024E" w:rsidRDefault="00D76B7D">
            <w:pPr>
              <w:spacing w:after="0"/>
              <w:rPr>
                <w:lang w:val="nl-NL"/>
              </w:rPr>
            </w:pPr>
            <w:r w:rsidRPr="00A6024E">
              <w:rPr>
                <w:sz w:val="16"/>
                <w:lang w:val="nl-NL"/>
              </w:rPr>
              <w:t>Combinatie van datasets waardoor nieuw risico ontstaat</w:t>
            </w:r>
          </w:p>
        </w:tc>
        <w:tc>
          <w:tcPr>
            <w:tcW w:w="2096" w:type="dxa"/>
          </w:tcPr>
          <w:p w14:paraId="2B9ED2B6" w14:textId="77777777" w:rsidR="00151075" w:rsidRDefault="00000000">
            <w:pPr>
              <w:spacing w:after="0"/>
              <w:jc w:val="center"/>
            </w:pPr>
            <w:sdt>
              <w:sdtPr>
                <w:alias w:val="CHECKBOX_22"/>
                <w:tag w:val="CHECKBOX_22"/>
                <w:id w:val="1968485047"/>
                <w14:checkbox>
                  <w14:checked w14:val="0"/>
                  <w14:checkedState w14:val="2612" w14:font="MS Gothic"/>
                  <w14:uncheckedState w14:val="2610" w14:font="MS Gothic"/>
                </w14:checkbox>
              </w:sdtPr>
              <w:sdtContent>
                <w:r w:rsidR="00D76B7D">
                  <w:rPr>
                    <w:sz w:val="24"/>
                  </w:rPr>
                  <w:t>☐</w:t>
                </w:r>
              </w:sdtContent>
            </w:sdt>
          </w:p>
        </w:tc>
        <w:tc>
          <w:tcPr>
            <w:tcW w:w="2096" w:type="dxa"/>
          </w:tcPr>
          <w:p w14:paraId="070667B6" w14:textId="77777777" w:rsidR="00151075" w:rsidRDefault="00000000">
            <w:pPr>
              <w:spacing w:after="0"/>
              <w:jc w:val="center"/>
            </w:pPr>
            <w:sdt>
              <w:sdtPr>
                <w:alias w:val="CHECKBOX_23"/>
                <w:tag w:val="CHECKBOX_23"/>
                <w:id w:val="1289092543"/>
                <w14:checkbox>
                  <w14:checked w14:val="0"/>
                  <w14:checkedState w14:val="2612" w14:font="MS Gothic"/>
                  <w14:uncheckedState w14:val="2610" w14:font="MS Gothic"/>
                </w14:checkbox>
              </w:sdtPr>
              <w:sdtContent>
                <w:r w:rsidR="00D76B7D">
                  <w:rPr>
                    <w:sz w:val="24"/>
                  </w:rPr>
                  <w:t>☐</w:t>
                </w:r>
              </w:sdtContent>
            </w:sdt>
          </w:p>
        </w:tc>
        <w:tc>
          <w:tcPr>
            <w:tcW w:w="2096" w:type="dxa"/>
          </w:tcPr>
          <w:p w14:paraId="1BC5718F" w14:textId="77777777" w:rsidR="00151075" w:rsidRDefault="00000000">
            <w:pPr>
              <w:spacing w:after="0"/>
              <w:jc w:val="center"/>
            </w:pPr>
            <w:sdt>
              <w:sdtPr>
                <w:alias w:val="CHECKBOX_24"/>
                <w:tag w:val="CHECKBOX_24"/>
                <w:id w:val="923192264"/>
                <w14:checkbox>
                  <w14:checked w14:val="0"/>
                  <w14:checkedState w14:val="2612" w14:font="MS Gothic"/>
                  <w14:uncheckedState w14:val="2610" w14:font="MS Gothic"/>
                </w14:checkbox>
              </w:sdtPr>
              <w:sdtContent>
                <w:r w:rsidR="00D76B7D">
                  <w:rPr>
                    <w:sz w:val="24"/>
                  </w:rPr>
                  <w:t>☐</w:t>
                </w:r>
              </w:sdtContent>
            </w:sdt>
          </w:p>
        </w:tc>
        <w:tc>
          <w:tcPr>
            <w:tcW w:w="2096" w:type="dxa"/>
          </w:tcPr>
          <w:p w14:paraId="00A23685" w14:textId="77777777" w:rsidR="00151075" w:rsidRPr="00A6024E" w:rsidRDefault="00000000">
            <w:pPr>
              <w:spacing w:after="0"/>
              <w:rPr>
                <w:lang w:val="nl-NL"/>
              </w:rPr>
            </w:pPr>
            <w:sdt>
              <w:sdtPr>
                <w:rPr>
                  <w:lang w:val="nl-NL"/>
                </w:rPr>
                <w:alias w:val="DPIA_VERPLICHT_OF_STERK_AANBEVOLEN_8_TOELICHTING"/>
                <w:tag w:val="DPIA_VERPLICHT_OF_STERK_AANBEVOLEN_8_TOELICHTING"/>
                <w:id w:val="-735856911"/>
                <w:text/>
              </w:sdtPr>
              <w:sdtContent>
                <w:r w:rsidR="00D76B7D" w:rsidRPr="00A6024E">
                  <w:rPr>
                    <w:color w:val="646464"/>
                    <w:sz w:val="15"/>
                    <w:lang w:val="nl-NL"/>
                  </w:rPr>
                  <w:t>{{DPIA_VERPLICHT_OF_STERK_AANBEVOLEN_8_TOELICHTING}}</w:t>
                </w:r>
              </w:sdtContent>
            </w:sdt>
          </w:p>
        </w:tc>
      </w:tr>
    </w:tbl>
    <w:p w14:paraId="6F1CB8C0" w14:textId="77777777" w:rsidR="00151075" w:rsidRPr="00A6024E" w:rsidRDefault="00151075">
      <w:pPr>
        <w:rPr>
          <w:lang w:val="nl-NL"/>
        </w:rPr>
      </w:pPr>
    </w:p>
    <w:tbl>
      <w:tblPr>
        <w:tblStyle w:val="TableGrid"/>
        <w:tblW w:w="10485" w:type="dxa"/>
        <w:jc w:val="center"/>
        <w:tblLook w:val="04A0" w:firstRow="1" w:lastRow="0" w:firstColumn="1" w:lastColumn="0" w:noHBand="0" w:noVBand="1"/>
      </w:tblPr>
      <w:tblGrid>
        <w:gridCol w:w="3605"/>
        <w:gridCol w:w="6880"/>
      </w:tblGrid>
      <w:tr w:rsidR="00151075" w14:paraId="3FD22A5F" w14:textId="77777777" w:rsidTr="005A6DD4">
        <w:trPr>
          <w:tblHeader/>
          <w:jc w:val="center"/>
        </w:trPr>
        <w:tc>
          <w:tcPr>
            <w:tcW w:w="3605" w:type="dxa"/>
            <w:shd w:val="clear" w:color="auto" w:fill="1F4E79"/>
            <w:tcMar>
              <w:top w:w="80" w:type="dxa"/>
              <w:left w:w="80" w:type="dxa"/>
              <w:bottom w:w="80" w:type="dxa"/>
              <w:right w:w="80" w:type="dxa"/>
            </w:tcMar>
            <w:vAlign w:val="center"/>
          </w:tcPr>
          <w:p w14:paraId="3BE87F15" w14:textId="77777777" w:rsidR="00151075" w:rsidRDefault="00D76B7D">
            <w:pPr>
              <w:spacing w:after="0"/>
            </w:pPr>
            <w:r>
              <w:rPr>
                <w:b/>
                <w:color w:val="FFFFFF"/>
                <w:sz w:val="17"/>
              </w:rPr>
              <w:lastRenderedPageBreak/>
              <w:t>Onderdeel</w:t>
            </w:r>
          </w:p>
        </w:tc>
        <w:tc>
          <w:tcPr>
            <w:tcW w:w="6880" w:type="dxa"/>
            <w:shd w:val="clear" w:color="auto" w:fill="1F4E79"/>
            <w:tcMar>
              <w:top w:w="80" w:type="dxa"/>
              <w:left w:w="80" w:type="dxa"/>
              <w:bottom w:w="80" w:type="dxa"/>
              <w:right w:w="80" w:type="dxa"/>
            </w:tcMar>
            <w:vAlign w:val="center"/>
          </w:tcPr>
          <w:p w14:paraId="616020AB" w14:textId="77777777" w:rsidR="00151075" w:rsidRDefault="00D76B7D">
            <w:pPr>
              <w:spacing w:after="0"/>
            </w:pPr>
            <w:r>
              <w:rPr>
                <w:b/>
                <w:color w:val="FFFFFF"/>
                <w:sz w:val="17"/>
              </w:rPr>
              <w:t>Invullen</w:t>
            </w:r>
          </w:p>
        </w:tc>
      </w:tr>
      <w:tr w:rsidR="00151075" w14:paraId="489DE268" w14:textId="77777777" w:rsidTr="005A6DD4">
        <w:trPr>
          <w:jc w:val="center"/>
        </w:trPr>
        <w:tc>
          <w:tcPr>
            <w:tcW w:w="3605" w:type="dxa"/>
            <w:shd w:val="clear" w:color="auto" w:fill="F3F6F8"/>
          </w:tcPr>
          <w:p w14:paraId="7CB047B7" w14:textId="77777777" w:rsidR="00151075" w:rsidRDefault="00D76B7D">
            <w:pPr>
              <w:spacing w:after="0"/>
            </w:pPr>
            <w:r>
              <w:rPr>
                <w:b/>
                <w:sz w:val="16"/>
              </w:rPr>
              <w:t>Conclusie DPIA-plicht</w:t>
            </w:r>
          </w:p>
        </w:tc>
        <w:tc>
          <w:tcPr>
            <w:tcW w:w="6880" w:type="dxa"/>
          </w:tcPr>
          <w:p w14:paraId="11BC2315" w14:textId="77777777" w:rsidR="00151075" w:rsidRDefault="00000000">
            <w:pPr>
              <w:spacing w:after="0"/>
            </w:pPr>
            <w:sdt>
              <w:sdtPr>
                <w:alias w:val="CONCLUSIE_DPIA_PLICHT"/>
                <w:tag w:val="CONCLUSIE_DPIA_PLICHT"/>
                <w:id w:val="-214666934"/>
                <w:text/>
              </w:sdtPr>
              <w:sdtContent>
                <w:r w:rsidR="00D76B7D">
                  <w:rPr>
                    <w:color w:val="646464"/>
                    <w:sz w:val="16"/>
                  </w:rPr>
                  <w:t>{{CONCLUSIE_DPIA_PLICHT}}</w:t>
                </w:r>
              </w:sdtContent>
            </w:sdt>
          </w:p>
        </w:tc>
      </w:tr>
      <w:tr w:rsidR="00151075" w14:paraId="448486C9" w14:textId="77777777" w:rsidTr="005A6DD4">
        <w:trPr>
          <w:jc w:val="center"/>
        </w:trPr>
        <w:tc>
          <w:tcPr>
            <w:tcW w:w="3605" w:type="dxa"/>
            <w:shd w:val="clear" w:color="auto" w:fill="F3F6F8"/>
          </w:tcPr>
          <w:p w14:paraId="6C0392D6" w14:textId="77777777" w:rsidR="00151075" w:rsidRDefault="00D76B7D">
            <w:pPr>
              <w:spacing w:after="0"/>
            </w:pPr>
            <w:r>
              <w:rPr>
                <w:b/>
                <w:sz w:val="16"/>
              </w:rPr>
              <w:t>Motivering</w:t>
            </w:r>
          </w:p>
        </w:tc>
        <w:tc>
          <w:tcPr>
            <w:tcW w:w="6880" w:type="dxa"/>
          </w:tcPr>
          <w:p w14:paraId="6024FA86" w14:textId="77777777" w:rsidR="00151075" w:rsidRDefault="00000000">
            <w:pPr>
              <w:spacing w:after="0"/>
            </w:pPr>
            <w:sdt>
              <w:sdtPr>
                <w:alias w:val="MOTIVERING_DPIA_PLICHT"/>
                <w:tag w:val="MOTIVERING_DPIA_PLICHT"/>
                <w:id w:val="190274298"/>
                <w:text/>
              </w:sdtPr>
              <w:sdtContent>
                <w:r w:rsidR="00D76B7D">
                  <w:rPr>
                    <w:color w:val="646464"/>
                    <w:sz w:val="16"/>
                  </w:rPr>
                  <w:t>{{MOTIVERING_DPIA_PLICHT}}</w:t>
                </w:r>
              </w:sdtContent>
            </w:sdt>
          </w:p>
        </w:tc>
      </w:tr>
      <w:tr w:rsidR="00151075" w14:paraId="134EDACA" w14:textId="77777777" w:rsidTr="005A6DD4">
        <w:trPr>
          <w:jc w:val="center"/>
        </w:trPr>
        <w:tc>
          <w:tcPr>
            <w:tcW w:w="3605" w:type="dxa"/>
            <w:shd w:val="clear" w:color="auto" w:fill="F3F6F8"/>
          </w:tcPr>
          <w:p w14:paraId="2B3396E7" w14:textId="77777777" w:rsidR="00151075" w:rsidRDefault="00D76B7D">
            <w:pPr>
              <w:spacing w:after="0"/>
            </w:pPr>
            <w:r>
              <w:rPr>
                <w:b/>
                <w:sz w:val="16"/>
              </w:rPr>
              <w:t>Besluit door</w:t>
            </w:r>
          </w:p>
        </w:tc>
        <w:tc>
          <w:tcPr>
            <w:tcW w:w="6880" w:type="dxa"/>
          </w:tcPr>
          <w:p w14:paraId="7530D323" w14:textId="77777777" w:rsidR="00151075" w:rsidRDefault="00000000">
            <w:pPr>
              <w:spacing w:after="0"/>
            </w:pPr>
            <w:sdt>
              <w:sdtPr>
                <w:alias w:val="BESLUIT_DPIA_PLICHT_DOOR"/>
                <w:tag w:val="BESLUIT_DPIA_PLICHT_DOOR"/>
                <w:id w:val="-633322815"/>
                <w:text/>
              </w:sdtPr>
              <w:sdtContent>
                <w:r w:rsidR="00D76B7D">
                  <w:rPr>
                    <w:color w:val="646464"/>
                    <w:sz w:val="16"/>
                  </w:rPr>
                  <w:t>{{BESLUIT_DPIA_PLICHT_DOOR}}</w:t>
                </w:r>
              </w:sdtContent>
            </w:sdt>
          </w:p>
        </w:tc>
      </w:tr>
      <w:tr w:rsidR="00151075" w14:paraId="30628FBE" w14:textId="77777777" w:rsidTr="005A6DD4">
        <w:trPr>
          <w:jc w:val="center"/>
        </w:trPr>
        <w:tc>
          <w:tcPr>
            <w:tcW w:w="3605" w:type="dxa"/>
            <w:shd w:val="clear" w:color="auto" w:fill="F3F6F8"/>
          </w:tcPr>
          <w:p w14:paraId="532C3379" w14:textId="77777777" w:rsidR="00151075" w:rsidRDefault="00D76B7D">
            <w:pPr>
              <w:spacing w:after="0"/>
            </w:pPr>
            <w:r>
              <w:rPr>
                <w:b/>
                <w:sz w:val="16"/>
              </w:rPr>
              <w:t>Datum besluit</w:t>
            </w:r>
          </w:p>
        </w:tc>
        <w:tc>
          <w:tcPr>
            <w:tcW w:w="6880" w:type="dxa"/>
          </w:tcPr>
          <w:p w14:paraId="61BF9CB8" w14:textId="77777777" w:rsidR="00151075" w:rsidRDefault="00000000">
            <w:pPr>
              <w:spacing w:after="0"/>
            </w:pPr>
            <w:sdt>
              <w:sdtPr>
                <w:alias w:val="DATUM_BESLUIT_DPIA_PLICHT"/>
                <w:tag w:val="DATUM_BESLUIT_DPIA_PLICHT"/>
                <w:id w:val="500706371"/>
                <w:text/>
              </w:sdtPr>
              <w:sdtContent>
                <w:r w:rsidR="00D76B7D">
                  <w:rPr>
                    <w:color w:val="646464"/>
                    <w:sz w:val="16"/>
                  </w:rPr>
                  <w:t>{{DATUM_BESLUIT_DPIA_PLICHT}}</w:t>
                </w:r>
              </w:sdtContent>
            </w:sdt>
          </w:p>
        </w:tc>
      </w:tr>
    </w:tbl>
    <w:p w14:paraId="503140EB" w14:textId="77777777" w:rsidR="00151075" w:rsidRDefault="00151075"/>
    <w:p w14:paraId="0C94497F" w14:textId="77777777" w:rsidR="00151075" w:rsidRDefault="00D76B7D">
      <w:pPr>
        <w:pStyle w:val="Heading2"/>
      </w:pPr>
      <w:r>
        <w:t>2. Managementsamenvatting</w:t>
      </w:r>
    </w:p>
    <w:tbl>
      <w:tblPr>
        <w:tblStyle w:val="TableGrid"/>
        <w:tblW w:w="10485" w:type="dxa"/>
        <w:jc w:val="center"/>
        <w:tblLook w:val="04A0" w:firstRow="1" w:lastRow="0" w:firstColumn="1" w:lastColumn="0" w:noHBand="0" w:noVBand="1"/>
      </w:tblPr>
      <w:tblGrid>
        <w:gridCol w:w="3605"/>
        <w:gridCol w:w="6880"/>
      </w:tblGrid>
      <w:tr w:rsidR="00151075" w14:paraId="1852BCC6" w14:textId="77777777" w:rsidTr="005A6DD4">
        <w:trPr>
          <w:tblHeader/>
          <w:jc w:val="center"/>
        </w:trPr>
        <w:tc>
          <w:tcPr>
            <w:tcW w:w="3605" w:type="dxa"/>
            <w:shd w:val="clear" w:color="auto" w:fill="1F4E79"/>
            <w:tcMar>
              <w:top w:w="80" w:type="dxa"/>
              <w:left w:w="80" w:type="dxa"/>
              <w:bottom w:w="80" w:type="dxa"/>
              <w:right w:w="80" w:type="dxa"/>
            </w:tcMar>
            <w:vAlign w:val="center"/>
          </w:tcPr>
          <w:p w14:paraId="2FD4439C" w14:textId="77777777" w:rsidR="00151075" w:rsidRDefault="00D76B7D">
            <w:pPr>
              <w:spacing w:after="0"/>
            </w:pPr>
            <w:r>
              <w:rPr>
                <w:b/>
                <w:color w:val="FFFFFF"/>
                <w:sz w:val="17"/>
              </w:rPr>
              <w:t>Onderdeel</w:t>
            </w:r>
          </w:p>
        </w:tc>
        <w:tc>
          <w:tcPr>
            <w:tcW w:w="6880" w:type="dxa"/>
            <w:shd w:val="clear" w:color="auto" w:fill="1F4E79"/>
            <w:tcMar>
              <w:top w:w="80" w:type="dxa"/>
              <w:left w:w="80" w:type="dxa"/>
              <w:bottom w:w="80" w:type="dxa"/>
              <w:right w:w="80" w:type="dxa"/>
            </w:tcMar>
            <w:vAlign w:val="center"/>
          </w:tcPr>
          <w:p w14:paraId="7D329388" w14:textId="77777777" w:rsidR="00151075" w:rsidRDefault="00D76B7D">
            <w:pPr>
              <w:spacing w:after="0"/>
            </w:pPr>
            <w:r>
              <w:rPr>
                <w:b/>
                <w:color w:val="FFFFFF"/>
                <w:sz w:val="17"/>
              </w:rPr>
              <w:t>Invullen</w:t>
            </w:r>
          </w:p>
        </w:tc>
      </w:tr>
      <w:tr w:rsidR="00151075" w14:paraId="7ADDC993" w14:textId="77777777" w:rsidTr="005A6DD4">
        <w:trPr>
          <w:jc w:val="center"/>
        </w:trPr>
        <w:tc>
          <w:tcPr>
            <w:tcW w:w="3605" w:type="dxa"/>
            <w:shd w:val="clear" w:color="auto" w:fill="F3F6F8"/>
          </w:tcPr>
          <w:p w14:paraId="3920AEDA" w14:textId="77777777" w:rsidR="00151075" w:rsidRDefault="00D76B7D">
            <w:pPr>
              <w:spacing w:after="0"/>
            </w:pPr>
            <w:r>
              <w:rPr>
                <w:b/>
                <w:sz w:val="16"/>
              </w:rPr>
              <w:t>Korte omschrijving verwerking</w:t>
            </w:r>
          </w:p>
        </w:tc>
        <w:tc>
          <w:tcPr>
            <w:tcW w:w="6880" w:type="dxa"/>
          </w:tcPr>
          <w:p w14:paraId="35E0C081" w14:textId="77777777" w:rsidR="00151075" w:rsidRDefault="00000000">
            <w:pPr>
              <w:spacing w:after="0"/>
            </w:pPr>
            <w:sdt>
              <w:sdtPr>
                <w:alias w:val="SAMENVATTING_VERWERKING"/>
                <w:tag w:val="SAMENVATTING_VERWERKING"/>
                <w:id w:val="344682576"/>
                <w:text/>
              </w:sdtPr>
              <w:sdtContent>
                <w:r w:rsidR="00D76B7D">
                  <w:rPr>
                    <w:color w:val="646464"/>
                    <w:sz w:val="16"/>
                  </w:rPr>
                  <w:t>{{SAMENVATTING_VERWERKING}}</w:t>
                </w:r>
              </w:sdtContent>
            </w:sdt>
          </w:p>
        </w:tc>
      </w:tr>
      <w:tr w:rsidR="00151075" w14:paraId="7DCE8466" w14:textId="77777777" w:rsidTr="005A6DD4">
        <w:trPr>
          <w:jc w:val="center"/>
        </w:trPr>
        <w:tc>
          <w:tcPr>
            <w:tcW w:w="3605" w:type="dxa"/>
            <w:shd w:val="clear" w:color="auto" w:fill="F3F6F8"/>
          </w:tcPr>
          <w:p w14:paraId="298B09FC" w14:textId="77777777" w:rsidR="00151075" w:rsidRDefault="00D76B7D">
            <w:pPr>
              <w:spacing w:after="0"/>
            </w:pPr>
            <w:r>
              <w:rPr>
                <w:b/>
                <w:sz w:val="16"/>
              </w:rPr>
              <w:t>Belangrijkste privacyrisico’s</w:t>
            </w:r>
          </w:p>
        </w:tc>
        <w:tc>
          <w:tcPr>
            <w:tcW w:w="6880" w:type="dxa"/>
          </w:tcPr>
          <w:p w14:paraId="560ACC81" w14:textId="77777777" w:rsidR="00151075" w:rsidRDefault="00000000">
            <w:pPr>
              <w:spacing w:after="0"/>
            </w:pPr>
            <w:sdt>
              <w:sdtPr>
                <w:alias w:val="SAMENVATTING_RISICOS"/>
                <w:tag w:val="SAMENVATTING_RISICOS"/>
                <w:id w:val="-290981858"/>
                <w:text/>
              </w:sdtPr>
              <w:sdtContent>
                <w:r w:rsidR="00D76B7D">
                  <w:rPr>
                    <w:color w:val="646464"/>
                    <w:sz w:val="16"/>
                  </w:rPr>
                  <w:t>{{SAMENVATTING_RISICOS}}</w:t>
                </w:r>
              </w:sdtContent>
            </w:sdt>
          </w:p>
        </w:tc>
      </w:tr>
      <w:tr w:rsidR="00151075" w14:paraId="61F56416" w14:textId="77777777" w:rsidTr="005A6DD4">
        <w:trPr>
          <w:jc w:val="center"/>
        </w:trPr>
        <w:tc>
          <w:tcPr>
            <w:tcW w:w="3605" w:type="dxa"/>
            <w:shd w:val="clear" w:color="auto" w:fill="F3F6F8"/>
          </w:tcPr>
          <w:p w14:paraId="76BA2EB8" w14:textId="77777777" w:rsidR="00151075" w:rsidRDefault="00D76B7D">
            <w:pPr>
              <w:spacing w:after="0"/>
            </w:pPr>
            <w:r>
              <w:rPr>
                <w:b/>
                <w:sz w:val="16"/>
              </w:rPr>
              <w:t>Belangrijkste beveiligingsmaatregelen</w:t>
            </w:r>
          </w:p>
        </w:tc>
        <w:tc>
          <w:tcPr>
            <w:tcW w:w="6880" w:type="dxa"/>
          </w:tcPr>
          <w:p w14:paraId="5F9F37D0" w14:textId="77777777" w:rsidR="00151075" w:rsidRDefault="00000000">
            <w:pPr>
              <w:spacing w:after="0"/>
            </w:pPr>
            <w:sdt>
              <w:sdtPr>
                <w:alias w:val="SAMENVATTING_MAATREGELEN"/>
                <w:tag w:val="SAMENVATTING_MAATREGELEN"/>
                <w:id w:val="-195471604"/>
                <w:text/>
              </w:sdtPr>
              <w:sdtContent>
                <w:r w:rsidR="00D76B7D">
                  <w:rPr>
                    <w:color w:val="646464"/>
                    <w:sz w:val="16"/>
                  </w:rPr>
                  <w:t>{{SAMENVATTING_MAATREGELEN}}</w:t>
                </w:r>
              </w:sdtContent>
            </w:sdt>
          </w:p>
        </w:tc>
      </w:tr>
      <w:tr w:rsidR="00151075" w14:paraId="379F0C65" w14:textId="77777777" w:rsidTr="005A6DD4">
        <w:trPr>
          <w:jc w:val="center"/>
        </w:trPr>
        <w:tc>
          <w:tcPr>
            <w:tcW w:w="3605" w:type="dxa"/>
            <w:shd w:val="clear" w:color="auto" w:fill="F3F6F8"/>
          </w:tcPr>
          <w:p w14:paraId="1E0D96D5" w14:textId="77777777" w:rsidR="00151075" w:rsidRDefault="00D76B7D">
            <w:pPr>
              <w:spacing w:after="0"/>
            </w:pPr>
            <w:r>
              <w:rPr>
                <w:b/>
                <w:sz w:val="16"/>
              </w:rPr>
              <w:t>Belangrijkste openstaande punten</w:t>
            </w:r>
          </w:p>
        </w:tc>
        <w:tc>
          <w:tcPr>
            <w:tcW w:w="6880" w:type="dxa"/>
          </w:tcPr>
          <w:p w14:paraId="0A602001" w14:textId="77777777" w:rsidR="00151075" w:rsidRDefault="00000000">
            <w:pPr>
              <w:spacing w:after="0"/>
            </w:pPr>
            <w:sdt>
              <w:sdtPr>
                <w:alias w:val="SAMENVATTING_OPENSTAAND"/>
                <w:tag w:val="SAMENVATTING_OPENSTAAND"/>
                <w:id w:val="1232121109"/>
                <w:text/>
              </w:sdtPr>
              <w:sdtContent>
                <w:r w:rsidR="00D76B7D">
                  <w:rPr>
                    <w:color w:val="646464"/>
                    <w:sz w:val="16"/>
                  </w:rPr>
                  <w:t>{{SAMENVATTING_OPENSTAAND}}</w:t>
                </w:r>
              </w:sdtContent>
            </w:sdt>
          </w:p>
        </w:tc>
      </w:tr>
      <w:tr w:rsidR="00151075" w14:paraId="193665D1" w14:textId="77777777" w:rsidTr="005A6DD4">
        <w:trPr>
          <w:jc w:val="center"/>
        </w:trPr>
        <w:tc>
          <w:tcPr>
            <w:tcW w:w="3605" w:type="dxa"/>
            <w:shd w:val="clear" w:color="auto" w:fill="F3F6F8"/>
          </w:tcPr>
          <w:p w14:paraId="6BAB4FFC" w14:textId="77777777" w:rsidR="00151075" w:rsidRDefault="00D76B7D">
            <w:pPr>
              <w:spacing w:after="0"/>
            </w:pPr>
            <w:r>
              <w:rPr>
                <w:b/>
                <w:sz w:val="16"/>
              </w:rPr>
              <w:t>Eindoordeel</w:t>
            </w:r>
          </w:p>
        </w:tc>
        <w:tc>
          <w:tcPr>
            <w:tcW w:w="6880" w:type="dxa"/>
          </w:tcPr>
          <w:p w14:paraId="262879D3" w14:textId="77777777" w:rsidR="00151075" w:rsidRDefault="00000000">
            <w:pPr>
              <w:spacing w:after="0"/>
            </w:pPr>
            <w:sdt>
              <w:sdtPr>
                <w:alias w:val="SAMENVATTING_EINDOORDEEL"/>
                <w:tag w:val="SAMENVATTING_EINDOORDEEL"/>
                <w:id w:val="-206873704"/>
                <w:text/>
              </w:sdtPr>
              <w:sdtContent>
                <w:r w:rsidR="00D76B7D">
                  <w:rPr>
                    <w:color w:val="646464"/>
                    <w:sz w:val="16"/>
                  </w:rPr>
                  <w:t>{{SAMENVATTING_EINDOORDEEL}}</w:t>
                </w:r>
              </w:sdtContent>
            </w:sdt>
          </w:p>
        </w:tc>
      </w:tr>
    </w:tbl>
    <w:p w14:paraId="56ECBF51" w14:textId="77777777" w:rsidR="00151075" w:rsidRDefault="00151075"/>
    <w:p w14:paraId="53746FB3" w14:textId="77777777" w:rsidR="00151075" w:rsidRPr="00A6024E" w:rsidRDefault="00D76B7D">
      <w:pPr>
        <w:pStyle w:val="Heading2"/>
        <w:rPr>
          <w:lang w:val="nl-NL"/>
        </w:rPr>
      </w:pPr>
      <w:r w:rsidRPr="00A6024E">
        <w:rPr>
          <w:lang w:val="nl-NL"/>
        </w:rPr>
        <w:t>3. Beschrijving, doel en scope van de verwerking</w:t>
      </w:r>
    </w:p>
    <w:tbl>
      <w:tblPr>
        <w:tblStyle w:val="TableGrid"/>
        <w:tblW w:w="10485" w:type="dxa"/>
        <w:jc w:val="center"/>
        <w:tblLook w:val="04A0" w:firstRow="1" w:lastRow="0" w:firstColumn="1" w:lastColumn="0" w:noHBand="0" w:noVBand="1"/>
      </w:tblPr>
      <w:tblGrid>
        <w:gridCol w:w="3747"/>
        <w:gridCol w:w="6738"/>
      </w:tblGrid>
      <w:tr w:rsidR="00151075" w14:paraId="121CC6B4" w14:textId="77777777" w:rsidTr="005A6DD4">
        <w:trPr>
          <w:tblHeader/>
          <w:jc w:val="center"/>
        </w:trPr>
        <w:tc>
          <w:tcPr>
            <w:tcW w:w="3747" w:type="dxa"/>
            <w:shd w:val="clear" w:color="auto" w:fill="1F4E79"/>
            <w:tcMar>
              <w:top w:w="80" w:type="dxa"/>
              <w:left w:w="80" w:type="dxa"/>
              <w:bottom w:w="80" w:type="dxa"/>
              <w:right w:w="80" w:type="dxa"/>
            </w:tcMar>
            <w:vAlign w:val="center"/>
          </w:tcPr>
          <w:p w14:paraId="34EE07BC" w14:textId="77777777" w:rsidR="00151075" w:rsidRDefault="00D76B7D">
            <w:pPr>
              <w:spacing w:after="0"/>
            </w:pPr>
            <w:r>
              <w:rPr>
                <w:b/>
                <w:color w:val="FFFFFF"/>
                <w:sz w:val="17"/>
              </w:rPr>
              <w:t>Vraag</w:t>
            </w:r>
          </w:p>
        </w:tc>
        <w:tc>
          <w:tcPr>
            <w:tcW w:w="6738" w:type="dxa"/>
            <w:shd w:val="clear" w:color="auto" w:fill="1F4E79"/>
            <w:tcMar>
              <w:top w:w="80" w:type="dxa"/>
              <w:left w:w="80" w:type="dxa"/>
              <w:bottom w:w="80" w:type="dxa"/>
              <w:right w:w="80" w:type="dxa"/>
            </w:tcMar>
            <w:vAlign w:val="center"/>
          </w:tcPr>
          <w:p w14:paraId="2AAB8BBE" w14:textId="77777777" w:rsidR="00151075" w:rsidRDefault="00D76B7D">
            <w:pPr>
              <w:spacing w:after="0"/>
            </w:pPr>
            <w:r>
              <w:rPr>
                <w:b/>
                <w:color w:val="FFFFFF"/>
                <w:sz w:val="17"/>
              </w:rPr>
              <w:t>Antwoord</w:t>
            </w:r>
          </w:p>
        </w:tc>
      </w:tr>
      <w:tr w:rsidR="00151075" w14:paraId="69D9998A" w14:textId="77777777" w:rsidTr="005A6DD4">
        <w:trPr>
          <w:jc w:val="center"/>
        </w:trPr>
        <w:tc>
          <w:tcPr>
            <w:tcW w:w="3747" w:type="dxa"/>
            <w:shd w:val="clear" w:color="auto" w:fill="F3F6F8"/>
          </w:tcPr>
          <w:p w14:paraId="74FF9039" w14:textId="77777777" w:rsidR="00151075" w:rsidRDefault="00D76B7D">
            <w:pPr>
              <w:spacing w:after="0"/>
            </w:pPr>
            <w:r>
              <w:rPr>
                <w:b/>
                <w:sz w:val="16"/>
              </w:rPr>
              <w:t>Aanleiding</w:t>
            </w:r>
          </w:p>
        </w:tc>
        <w:tc>
          <w:tcPr>
            <w:tcW w:w="6738" w:type="dxa"/>
          </w:tcPr>
          <w:p w14:paraId="0B4CDAB0" w14:textId="77777777" w:rsidR="00151075" w:rsidRDefault="00000000">
            <w:pPr>
              <w:spacing w:after="0"/>
            </w:pPr>
            <w:sdt>
              <w:sdtPr>
                <w:alias w:val="AANLEIDING"/>
                <w:tag w:val="AANLEIDING"/>
                <w:id w:val="1021055388"/>
                <w:text/>
              </w:sdtPr>
              <w:sdtContent>
                <w:r w:rsidR="00D76B7D">
                  <w:rPr>
                    <w:color w:val="646464"/>
                    <w:sz w:val="16"/>
                  </w:rPr>
                  <w:t>{{AANLEIDING}}</w:t>
                </w:r>
              </w:sdtContent>
            </w:sdt>
          </w:p>
        </w:tc>
      </w:tr>
      <w:tr w:rsidR="00151075" w14:paraId="6AFF5790" w14:textId="77777777" w:rsidTr="005A6DD4">
        <w:trPr>
          <w:jc w:val="center"/>
        </w:trPr>
        <w:tc>
          <w:tcPr>
            <w:tcW w:w="3747" w:type="dxa"/>
            <w:shd w:val="clear" w:color="auto" w:fill="F3F6F8"/>
          </w:tcPr>
          <w:p w14:paraId="5BE43FD0" w14:textId="77777777" w:rsidR="00151075" w:rsidRDefault="00D76B7D">
            <w:pPr>
              <w:spacing w:after="0"/>
            </w:pPr>
            <w:r>
              <w:rPr>
                <w:b/>
                <w:sz w:val="16"/>
              </w:rPr>
              <w:t>Doel van de verwerking</w:t>
            </w:r>
          </w:p>
        </w:tc>
        <w:tc>
          <w:tcPr>
            <w:tcW w:w="6738" w:type="dxa"/>
          </w:tcPr>
          <w:p w14:paraId="5E70F1FE" w14:textId="77777777" w:rsidR="00151075" w:rsidRDefault="00000000">
            <w:pPr>
              <w:spacing w:after="0"/>
            </w:pPr>
            <w:sdt>
              <w:sdtPr>
                <w:alias w:val="DOEL_VERWERKING"/>
                <w:tag w:val="DOEL_VERWERKING"/>
                <w:id w:val="1543554617"/>
                <w:text/>
              </w:sdtPr>
              <w:sdtContent>
                <w:r w:rsidR="00D76B7D">
                  <w:rPr>
                    <w:color w:val="646464"/>
                    <w:sz w:val="16"/>
                  </w:rPr>
                  <w:t>{{DOEL_VERWERKING}}</w:t>
                </w:r>
              </w:sdtContent>
            </w:sdt>
          </w:p>
        </w:tc>
      </w:tr>
      <w:tr w:rsidR="00151075" w14:paraId="0DB20B9B" w14:textId="77777777" w:rsidTr="005A6DD4">
        <w:trPr>
          <w:jc w:val="center"/>
        </w:trPr>
        <w:tc>
          <w:tcPr>
            <w:tcW w:w="3747" w:type="dxa"/>
            <w:shd w:val="clear" w:color="auto" w:fill="F3F6F8"/>
          </w:tcPr>
          <w:p w14:paraId="60CF2B04" w14:textId="77777777" w:rsidR="00151075" w:rsidRDefault="00D76B7D">
            <w:pPr>
              <w:spacing w:after="0"/>
            </w:pPr>
            <w:r>
              <w:rPr>
                <w:b/>
                <w:sz w:val="16"/>
              </w:rPr>
              <w:t>Zorgproces / bedrijfsproces</w:t>
            </w:r>
          </w:p>
        </w:tc>
        <w:tc>
          <w:tcPr>
            <w:tcW w:w="6738" w:type="dxa"/>
          </w:tcPr>
          <w:p w14:paraId="06B23477" w14:textId="77777777" w:rsidR="00151075" w:rsidRDefault="00000000">
            <w:pPr>
              <w:spacing w:after="0"/>
            </w:pPr>
            <w:sdt>
              <w:sdtPr>
                <w:alias w:val="BETROKKEN_PROCES"/>
                <w:tag w:val="BETROKKEN_PROCES"/>
                <w:id w:val="-81448177"/>
                <w:text/>
              </w:sdtPr>
              <w:sdtContent>
                <w:r w:rsidR="00D76B7D">
                  <w:rPr>
                    <w:color w:val="646464"/>
                    <w:sz w:val="16"/>
                  </w:rPr>
                  <w:t>{{BETROKKEN_PROCES}}</w:t>
                </w:r>
              </w:sdtContent>
            </w:sdt>
          </w:p>
        </w:tc>
      </w:tr>
      <w:tr w:rsidR="00151075" w14:paraId="05DC9C9C" w14:textId="77777777" w:rsidTr="005A6DD4">
        <w:trPr>
          <w:jc w:val="center"/>
        </w:trPr>
        <w:tc>
          <w:tcPr>
            <w:tcW w:w="3747" w:type="dxa"/>
            <w:shd w:val="clear" w:color="auto" w:fill="F3F6F8"/>
          </w:tcPr>
          <w:p w14:paraId="0273EB11" w14:textId="77777777" w:rsidR="00151075" w:rsidRDefault="00D76B7D">
            <w:pPr>
              <w:spacing w:after="0"/>
            </w:pPr>
            <w:r>
              <w:rPr>
                <w:b/>
                <w:sz w:val="16"/>
              </w:rPr>
              <w:t>Binnen scope ISMS?</w:t>
            </w:r>
          </w:p>
        </w:tc>
        <w:tc>
          <w:tcPr>
            <w:tcW w:w="6738" w:type="dxa"/>
          </w:tcPr>
          <w:p w14:paraId="340D8FAB" w14:textId="77777777" w:rsidR="00151075" w:rsidRDefault="00000000">
            <w:pPr>
              <w:spacing w:after="0"/>
            </w:pPr>
            <w:sdt>
              <w:sdtPr>
                <w:alias w:val="BINNEN_SCOPE_ISMS"/>
                <w:tag w:val="BINNEN_SCOPE_ISMS"/>
                <w:id w:val="245004923"/>
                <w:text/>
              </w:sdtPr>
              <w:sdtContent>
                <w:r w:rsidR="00D76B7D">
                  <w:rPr>
                    <w:color w:val="646464"/>
                    <w:sz w:val="16"/>
                  </w:rPr>
                  <w:t>{{BINNEN_SCOPE_ISMS}}</w:t>
                </w:r>
              </w:sdtContent>
            </w:sdt>
          </w:p>
        </w:tc>
      </w:tr>
      <w:tr w:rsidR="00151075" w14:paraId="091CC533" w14:textId="77777777" w:rsidTr="005A6DD4">
        <w:trPr>
          <w:jc w:val="center"/>
        </w:trPr>
        <w:tc>
          <w:tcPr>
            <w:tcW w:w="3747" w:type="dxa"/>
            <w:shd w:val="clear" w:color="auto" w:fill="F3F6F8"/>
          </w:tcPr>
          <w:p w14:paraId="7B70C0AB" w14:textId="77777777" w:rsidR="00151075" w:rsidRDefault="00D76B7D">
            <w:pPr>
              <w:spacing w:after="0"/>
            </w:pPr>
            <w:r>
              <w:rPr>
                <w:b/>
                <w:sz w:val="16"/>
              </w:rPr>
              <w:t>Systemen, applicaties en infrastructuur</w:t>
            </w:r>
          </w:p>
        </w:tc>
        <w:tc>
          <w:tcPr>
            <w:tcW w:w="6738" w:type="dxa"/>
          </w:tcPr>
          <w:p w14:paraId="2F9C6293" w14:textId="77777777" w:rsidR="00151075" w:rsidRDefault="00000000">
            <w:pPr>
              <w:spacing w:after="0"/>
            </w:pPr>
            <w:sdt>
              <w:sdtPr>
                <w:alias w:val="SYSTEMEN_APPLICATIES"/>
                <w:tag w:val="SYSTEMEN_APPLICATIES"/>
                <w:id w:val="989603795"/>
                <w:text/>
              </w:sdtPr>
              <w:sdtContent>
                <w:r w:rsidR="00D76B7D">
                  <w:rPr>
                    <w:color w:val="646464"/>
                    <w:sz w:val="16"/>
                  </w:rPr>
                  <w:t>{{SYSTEMEN_APPLICATIES}}</w:t>
                </w:r>
              </w:sdtContent>
            </w:sdt>
          </w:p>
        </w:tc>
      </w:tr>
      <w:tr w:rsidR="00151075" w14:paraId="0076FB7C" w14:textId="77777777" w:rsidTr="005A6DD4">
        <w:trPr>
          <w:jc w:val="center"/>
        </w:trPr>
        <w:tc>
          <w:tcPr>
            <w:tcW w:w="3747" w:type="dxa"/>
            <w:shd w:val="clear" w:color="auto" w:fill="F3F6F8"/>
          </w:tcPr>
          <w:p w14:paraId="2FC5E4BC" w14:textId="77777777" w:rsidR="00151075" w:rsidRDefault="00D76B7D">
            <w:pPr>
              <w:spacing w:after="0"/>
            </w:pPr>
            <w:r>
              <w:rPr>
                <w:b/>
                <w:sz w:val="16"/>
              </w:rPr>
              <w:t>Gebruikersgroepen</w:t>
            </w:r>
          </w:p>
        </w:tc>
        <w:tc>
          <w:tcPr>
            <w:tcW w:w="6738" w:type="dxa"/>
          </w:tcPr>
          <w:p w14:paraId="55E4C468" w14:textId="77777777" w:rsidR="00151075" w:rsidRDefault="00000000">
            <w:pPr>
              <w:spacing w:after="0"/>
            </w:pPr>
            <w:sdt>
              <w:sdtPr>
                <w:alias w:val="GEBRUIKERSGROEPEN"/>
                <w:tag w:val="GEBRUIKERSGROEPEN"/>
                <w:id w:val="-2002879024"/>
                <w:text/>
              </w:sdtPr>
              <w:sdtContent>
                <w:r w:rsidR="00D76B7D">
                  <w:rPr>
                    <w:color w:val="646464"/>
                    <w:sz w:val="16"/>
                  </w:rPr>
                  <w:t>{{GEBRUIKERSGROEPEN}}</w:t>
                </w:r>
              </w:sdtContent>
            </w:sdt>
          </w:p>
        </w:tc>
      </w:tr>
      <w:tr w:rsidR="00151075" w14:paraId="5B4FDE3A" w14:textId="77777777" w:rsidTr="005A6DD4">
        <w:trPr>
          <w:jc w:val="center"/>
        </w:trPr>
        <w:tc>
          <w:tcPr>
            <w:tcW w:w="3747" w:type="dxa"/>
            <w:shd w:val="clear" w:color="auto" w:fill="F3F6F8"/>
          </w:tcPr>
          <w:p w14:paraId="6F9A8143" w14:textId="77777777" w:rsidR="00151075" w:rsidRDefault="00D76B7D">
            <w:pPr>
              <w:spacing w:after="0"/>
            </w:pPr>
            <w:r>
              <w:rPr>
                <w:b/>
                <w:sz w:val="16"/>
              </w:rPr>
              <w:t>Startdatum / beoogde ingebruikname</w:t>
            </w:r>
          </w:p>
        </w:tc>
        <w:tc>
          <w:tcPr>
            <w:tcW w:w="6738" w:type="dxa"/>
          </w:tcPr>
          <w:p w14:paraId="155DD08B" w14:textId="77777777" w:rsidR="00151075" w:rsidRDefault="00000000">
            <w:pPr>
              <w:spacing w:after="0"/>
            </w:pPr>
            <w:sdt>
              <w:sdtPr>
                <w:alias w:val="STARTDATUM"/>
                <w:tag w:val="STARTDATUM"/>
                <w:id w:val="-1775544578"/>
                <w:text/>
              </w:sdtPr>
              <w:sdtContent>
                <w:r w:rsidR="00D76B7D">
                  <w:rPr>
                    <w:color w:val="646464"/>
                    <w:sz w:val="16"/>
                  </w:rPr>
                  <w:t>{{STARTDATUM}}</w:t>
                </w:r>
              </w:sdtContent>
            </w:sdt>
          </w:p>
        </w:tc>
      </w:tr>
      <w:tr w:rsidR="00151075" w14:paraId="5DD01D11" w14:textId="77777777" w:rsidTr="005A6DD4">
        <w:trPr>
          <w:jc w:val="center"/>
        </w:trPr>
        <w:tc>
          <w:tcPr>
            <w:tcW w:w="3747" w:type="dxa"/>
            <w:shd w:val="clear" w:color="auto" w:fill="F3F6F8"/>
          </w:tcPr>
          <w:p w14:paraId="220D3D20" w14:textId="77777777" w:rsidR="00151075" w:rsidRDefault="00D76B7D">
            <w:pPr>
              <w:spacing w:after="0"/>
            </w:pPr>
            <w:r>
              <w:rPr>
                <w:b/>
                <w:sz w:val="16"/>
              </w:rPr>
              <w:t>Out of scope</w:t>
            </w:r>
          </w:p>
        </w:tc>
        <w:tc>
          <w:tcPr>
            <w:tcW w:w="6738" w:type="dxa"/>
          </w:tcPr>
          <w:p w14:paraId="70EEB73C" w14:textId="77777777" w:rsidR="00151075" w:rsidRDefault="00000000">
            <w:pPr>
              <w:spacing w:after="0"/>
            </w:pPr>
            <w:sdt>
              <w:sdtPr>
                <w:alias w:val="OUT_OF_SCOPE"/>
                <w:tag w:val="OUT_OF_SCOPE"/>
                <w:id w:val="569395342"/>
                <w:text/>
              </w:sdtPr>
              <w:sdtContent>
                <w:r w:rsidR="00D76B7D">
                  <w:rPr>
                    <w:color w:val="646464"/>
                    <w:sz w:val="16"/>
                  </w:rPr>
                  <w:t>{{OUT_OF_SCOPE}}</w:t>
                </w:r>
              </w:sdtContent>
            </w:sdt>
          </w:p>
        </w:tc>
      </w:tr>
    </w:tbl>
    <w:p w14:paraId="13F7F277" w14:textId="77777777" w:rsidR="00151075" w:rsidRDefault="00151075"/>
    <w:p w14:paraId="2A1D782D" w14:textId="77777777" w:rsidR="00151075" w:rsidRDefault="00D76B7D">
      <w:pPr>
        <w:pStyle w:val="Heading2"/>
      </w:pPr>
      <w:r>
        <w:t>4. Gegevensverwerking in beeld: dataflow</w:t>
      </w:r>
    </w:p>
    <w:tbl>
      <w:tblPr>
        <w:tblStyle w:val="TableGrid"/>
        <w:tblW w:w="0" w:type="auto"/>
        <w:jc w:val="center"/>
        <w:tblLook w:val="04A0" w:firstRow="1" w:lastRow="0" w:firstColumn="1" w:lastColumn="0" w:noHBand="0" w:noVBand="1"/>
      </w:tblPr>
      <w:tblGrid>
        <w:gridCol w:w="10472"/>
      </w:tblGrid>
      <w:tr w:rsidR="00151075" w:rsidRPr="004502CA" w14:paraId="34C27002" w14:textId="77777777">
        <w:trPr>
          <w:tblHeader/>
          <w:jc w:val="center"/>
        </w:trPr>
        <w:tc>
          <w:tcPr>
            <w:tcW w:w="10482" w:type="dxa"/>
            <w:shd w:val="clear" w:color="auto" w:fill="EAF2F8"/>
            <w:tcMar>
              <w:top w:w="80" w:type="dxa"/>
              <w:left w:w="80" w:type="dxa"/>
              <w:bottom w:w="80" w:type="dxa"/>
              <w:right w:w="80" w:type="dxa"/>
            </w:tcMar>
            <w:vAlign w:val="center"/>
          </w:tcPr>
          <w:p w14:paraId="479831FC" w14:textId="77777777" w:rsidR="00151075" w:rsidRPr="00A6024E" w:rsidRDefault="00D76B7D">
            <w:pPr>
              <w:spacing w:after="0"/>
              <w:rPr>
                <w:lang w:val="nl-NL"/>
              </w:rPr>
            </w:pPr>
            <w:r w:rsidRPr="00A6024E">
              <w:rPr>
                <w:color w:val="1F4E79"/>
                <w:sz w:val="17"/>
                <w:lang w:val="nl-NL"/>
              </w:rPr>
              <w:t>Beschrijf per stap hoe gegevens door het proces bewegen. Dit helpt bij aantoonbaarheid, dataminimalisatie, beveiligingsmaatregelen, logging en leveranciersafspraken.</w:t>
            </w:r>
          </w:p>
        </w:tc>
      </w:tr>
    </w:tbl>
    <w:p w14:paraId="224FBFF0" w14:textId="77777777" w:rsidR="00151075" w:rsidRPr="00A6024E" w:rsidRDefault="00151075">
      <w:pPr>
        <w:rPr>
          <w:lang w:val="nl-NL"/>
        </w:rPr>
      </w:pPr>
    </w:p>
    <w:tbl>
      <w:tblPr>
        <w:tblStyle w:val="TableGrid"/>
        <w:tblW w:w="0" w:type="auto"/>
        <w:jc w:val="center"/>
        <w:tblLook w:val="04A0" w:firstRow="1" w:lastRow="0" w:firstColumn="1" w:lastColumn="0" w:noHBand="0" w:noVBand="1"/>
      </w:tblPr>
      <w:tblGrid>
        <w:gridCol w:w="1740"/>
        <w:gridCol w:w="2133"/>
        <w:gridCol w:w="2238"/>
        <w:gridCol w:w="2226"/>
        <w:gridCol w:w="2135"/>
      </w:tblGrid>
      <w:tr w:rsidR="00151075" w14:paraId="36CF1DC3" w14:textId="77777777">
        <w:trPr>
          <w:tblHeader/>
          <w:jc w:val="center"/>
        </w:trPr>
        <w:tc>
          <w:tcPr>
            <w:tcW w:w="567" w:type="dxa"/>
            <w:shd w:val="clear" w:color="auto" w:fill="1F4E79"/>
            <w:tcMar>
              <w:top w:w="80" w:type="dxa"/>
              <w:left w:w="80" w:type="dxa"/>
              <w:bottom w:w="80" w:type="dxa"/>
              <w:right w:w="80" w:type="dxa"/>
            </w:tcMar>
            <w:vAlign w:val="center"/>
          </w:tcPr>
          <w:p w14:paraId="68833167" w14:textId="77777777" w:rsidR="00151075" w:rsidRDefault="00D76B7D">
            <w:pPr>
              <w:spacing w:after="0"/>
            </w:pPr>
            <w:r>
              <w:rPr>
                <w:b/>
                <w:color w:val="FFFFFF"/>
                <w:sz w:val="15"/>
              </w:rPr>
              <w:t>Stap</w:t>
            </w:r>
          </w:p>
        </w:tc>
        <w:tc>
          <w:tcPr>
            <w:tcW w:w="2268" w:type="dxa"/>
            <w:shd w:val="clear" w:color="auto" w:fill="1F4E79"/>
            <w:tcMar>
              <w:top w:w="80" w:type="dxa"/>
              <w:left w:w="80" w:type="dxa"/>
              <w:bottom w:w="80" w:type="dxa"/>
              <w:right w:w="80" w:type="dxa"/>
            </w:tcMar>
            <w:vAlign w:val="center"/>
          </w:tcPr>
          <w:p w14:paraId="0C0B26BF" w14:textId="77777777" w:rsidR="00151075" w:rsidRDefault="00D76B7D">
            <w:pPr>
              <w:spacing w:after="0"/>
            </w:pPr>
            <w:r>
              <w:rPr>
                <w:b/>
                <w:color w:val="FFFFFF"/>
                <w:sz w:val="15"/>
              </w:rPr>
              <w:t>Bron / systeem</w:t>
            </w:r>
          </w:p>
        </w:tc>
        <w:tc>
          <w:tcPr>
            <w:tcW w:w="2268" w:type="dxa"/>
            <w:shd w:val="clear" w:color="auto" w:fill="1F4E79"/>
            <w:tcMar>
              <w:top w:w="80" w:type="dxa"/>
              <w:left w:w="80" w:type="dxa"/>
              <w:bottom w:w="80" w:type="dxa"/>
              <w:right w:w="80" w:type="dxa"/>
            </w:tcMar>
            <w:vAlign w:val="center"/>
          </w:tcPr>
          <w:p w14:paraId="22DA1733" w14:textId="77777777" w:rsidR="00151075" w:rsidRDefault="00D76B7D">
            <w:pPr>
              <w:spacing w:after="0"/>
            </w:pPr>
            <w:r>
              <w:rPr>
                <w:b/>
                <w:color w:val="FFFFFF"/>
                <w:sz w:val="15"/>
              </w:rPr>
              <w:t>Verwerking</w:t>
            </w:r>
          </w:p>
        </w:tc>
        <w:tc>
          <w:tcPr>
            <w:tcW w:w="2268" w:type="dxa"/>
            <w:shd w:val="clear" w:color="auto" w:fill="1F4E79"/>
            <w:tcMar>
              <w:top w:w="80" w:type="dxa"/>
              <w:left w:w="80" w:type="dxa"/>
              <w:bottom w:w="80" w:type="dxa"/>
              <w:right w:w="80" w:type="dxa"/>
            </w:tcMar>
            <w:vAlign w:val="center"/>
          </w:tcPr>
          <w:p w14:paraId="23B8C0A4" w14:textId="77777777" w:rsidR="00151075" w:rsidRDefault="00D76B7D">
            <w:pPr>
              <w:spacing w:after="0"/>
            </w:pPr>
            <w:r>
              <w:rPr>
                <w:b/>
                <w:color w:val="FFFFFF"/>
                <w:sz w:val="15"/>
              </w:rPr>
              <w:t>Ontvanger / systeem</w:t>
            </w:r>
          </w:p>
        </w:tc>
        <w:tc>
          <w:tcPr>
            <w:tcW w:w="2097" w:type="dxa"/>
            <w:shd w:val="clear" w:color="auto" w:fill="1F4E79"/>
            <w:tcMar>
              <w:top w:w="80" w:type="dxa"/>
              <w:left w:w="80" w:type="dxa"/>
              <w:bottom w:w="80" w:type="dxa"/>
              <w:right w:w="80" w:type="dxa"/>
            </w:tcMar>
            <w:vAlign w:val="center"/>
          </w:tcPr>
          <w:p w14:paraId="01C32780" w14:textId="77777777" w:rsidR="00151075" w:rsidRDefault="00D76B7D">
            <w:pPr>
              <w:spacing w:after="0"/>
            </w:pPr>
            <w:r>
              <w:rPr>
                <w:b/>
                <w:color w:val="FFFFFF"/>
                <w:sz w:val="15"/>
              </w:rPr>
              <w:t>Bewijs / toelichting</w:t>
            </w:r>
          </w:p>
        </w:tc>
      </w:tr>
      <w:tr w:rsidR="00151075" w14:paraId="04C3C3A2" w14:textId="77777777">
        <w:trPr>
          <w:jc w:val="center"/>
        </w:trPr>
        <w:tc>
          <w:tcPr>
            <w:tcW w:w="2096" w:type="dxa"/>
          </w:tcPr>
          <w:p w14:paraId="42B58787" w14:textId="77777777" w:rsidR="00151075" w:rsidRDefault="00D76B7D">
            <w:pPr>
              <w:spacing w:after="0"/>
              <w:jc w:val="center"/>
            </w:pPr>
            <w:r>
              <w:rPr>
                <w:sz w:val="15"/>
              </w:rPr>
              <w:t>1</w:t>
            </w:r>
          </w:p>
        </w:tc>
        <w:tc>
          <w:tcPr>
            <w:tcW w:w="2096" w:type="dxa"/>
          </w:tcPr>
          <w:p w14:paraId="491D0DAD" w14:textId="77777777" w:rsidR="00151075" w:rsidRDefault="00000000">
            <w:pPr>
              <w:spacing w:after="0"/>
            </w:pPr>
            <w:sdt>
              <w:sdtPr>
                <w:alias w:val="DATAFLOW_1_BRON"/>
                <w:tag w:val="DATAFLOW_1_BRON"/>
                <w:id w:val="-180123129"/>
                <w:text/>
              </w:sdtPr>
              <w:sdtContent>
                <w:r w:rsidR="00D76B7D">
                  <w:rPr>
                    <w:color w:val="646464"/>
                    <w:sz w:val="14"/>
                  </w:rPr>
                  <w:t>{{DATAFLOW_1_BRON}}</w:t>
                </w:r>
              </w:sdtContent>
            </w:sdt>
          </w:p>
        </w:tc>
        <w:tc>
          <w:tcPr>
            <w:tcW w:w="2096" w:type="dxa"/>
          </w:tcPr>
          <w:p w14:paraId="427D49E4" w14:textId="77777777" w:rsidR="00151075" w:rsidRDefault="00000000">
            <w:pPr>
              <w:spacing w:after="0"/>
            </w:pPr>
            <w:sdt>
              <w:sdtPr>
                <w:alias w:val="DATAFLOW_1_VERWERKING"/>
                <w:tag w:val="DATAFLOW_1_VERWERKING"/>
                <w:id w:val="-1223670873"/>
                <w:text/>
              </w:sdtPr>
              <w:sdtContent>
                <w:r w:rsidR="00D76B7D">
                  <w:rPr>
                    <w:color w:val="646464"/>
                    <w:sz w:val="14"/>
                  </w:rPr>
                  <w:t>{{DATAFLOW_1_VERWERKING}}</w:t>
                </w:r>
              </w:sdtContent>
            </w:sdt>
          </w:p>
        </w:tc>
        <w:tc>
          <w:tcPr>
            <w:tcW w:w="2096" w:type="dxa"/>
          </w:tcPr>
          <w:p w14:paraId="53E30030" w14:textId="77777777" w:rsidR="00151075" w:rsidRDefault="00000000">
            <w:pPr>
              <w:spacing w:after="0"/>
            </w:pPr>
            <w:sdt>
              <w:sdtPr>
                <w:alias w:val="DATAFLOW_1_ONTVANGER"/>
                <w:tag w:val="DATAFLOW_1_ONTVANGER"/>
                <w:id w:val="-1927954203"/>
                <w:text/>
              </w:sdtPr>
              <w:sdtContent>
                <w:r w:rsidR="00D76B7D">
                  <w:rPr>
                    <w:color w:val="646464"/>
                    <w:sz w:val="14"/>
                  </w:rPr>
                  <w:t>{{DATAFLOW_1_ONTVANGER}}</w:t>
                </w:r>
              </w:sdtContent>
            </w:sdt>
          </w:p>
        </w:tc>
        <w:tc>
          <w:tcPr>
            <w:tcW w:w="2096" w:type="dxa"/>
          </w:tcPr>
          <w:p w14:paraId="33017ED0" w14:textId="77777777" w:rsidR="00151075" w:rsidRDefault="00000000">
            <w:pPr>
              <w:spacing w:after="0"/>
            </w:pPr>
            <w:sdt>
              <w:sdtPr>
                <w:alias w:val="DATAFLOW_1_TOELICHTING"/>
                <w:tag w:val="DATAFLOW_1_TOELICHTING"/>
                <w:id w:val="-1227599047"/>
                <w:text/>
              </w:sdtPr>
              <w:sdtContent>
                <w:r w:rsidR="00D76B7D">
                  <w:rPr>
                    <w:color w:val="646464"/>
                    <w:sz w:val="14"/>
                  </w:rPr>
                  <w:t>{{DATAFLOW_1_TOELICHTING}}</w:t>
                </w:r>
              </w:sdtContent>
            </w:sdt>
          </w:p>
        </w:tc>
      </w:tr>
      <w:tr w:rsidR="00151075" w14:paraId="738912D0" w14:textId="77777777">
        <w:trPr>
          <w:jc w:val="center"/>
        </w:trPr>
        <w:tc>
          <w:tcPr>
            <w:tcW w:w="2096" w:type="dxa"/>
          </w:tcPr>
          <w:p w14:paraId="6534E2DC" w14:textId="77777777" w:rsidR="00151075" w:rsidRDefault="00D76B7D">
            <w:pPr>
              <w:spacing w:after="0"/>
              <w:jc w:val="center"/>
            </w:pPr>
            <w:r>
              <w:rPr>
                <w:sz w:val="15"/>
              </w:rPr>
              <w:t>2</w:t>
            </w:r>
          </w:p>
        </w:tc>
        <w:tc>
          <w:tcPr>
            <w:tcW w:w="2096" w:type="dxa"/>
          </w:tcPr>
          <w:p w14:paraId="38EFF6ED" w14:textId="77777777" w:rsidR="00151075" w:rsidRDefault="00000000">
            <w:pPr>
              <w:spacing w:after="0"/>
            </w:pPr>
            <w:sdt>
              <w:sdtPr>
                <w:alias w:val="DATAFLOW_2_BRON"/>
                <w:tag w:val="DATAFLOW_2_BRON"/>
                <w:id w:val="-775938184"/>
                <w:text/>
              </w:sdtPr>
              <w:sdtContent>
                <w:r w:rsidR="00D76B7D">
                  <w:rPr>
                    <w:color w:val="646464"/>
                    <w:sz w:val="14"/>
                  </w:rPr>
                  <w:t>{{DATAFLOW_2_BRON}}</w:t>
                </w:r>
              </w:sdtContent>
            </w:sdt>
          </w:p>
        </w:tc>
        <w:tc>
          <w:tcPr>
            <w:tcW w:w="2096" w:type="dxa"/>
          </w:tcPr>
          <w:p w14:paraId="4430DC9F" w14:textId="77777777" w:rsidR="00151075" w:rsidRDefault="00000000">
            <w:pPr>
              <w:spacing w:after="0"/>
            </w:pPr>
            <w:sdt>
              <w:sdtPr>
                <w:alias w:val="DATAFLOW_2_VERWERKING"/>
                <w:tag w:val="DATAFLOW_2_VERWERKING"/>
                <w:id w:val="1125667670"/>
                <w:text/>
              </w:sdtPr>
              <w:sdtContent>
                <w:r w:rsidR="00D76B7D">
                  <w:rPr>
                    <w:color w:val="646464"/>
                    <w:sz w:val="14"/>
                  </w:rPr>
                  <w:t>{{DATAFLOW_2_VERWERKING}}</w:t>
                </w:r>
              </w:sdtContent>
            </w:sdt>
          </w:p>
        </w:tc>
        <w:tc>
          <w:tcPr>
            <w:tcW w:w="2096" w:type="dxa"/>
          </w:tcPr>
          <w:p w14:paraId="2E32554E" w14:textId="77777777" w:rsidR="00151075" w:rsidRDefault="00000000">
            <w:pPr>
              <w:spacing w:after="0"/>
            </w:pPr>
            <w:sdt>
              <w:sdtPr>
                <w:alias w:val="DATAFLOW_2_ONTVANGER"/>
                <w:tag w:val="DATAFLOW_2_ONTVANGER"/>
                <w:id w:val="-1208099987"/>
                <w:text/>
              </w:sdtPr>
              <w:sdtContent>
                <w:r w:rsidR="00D76B7D">
                  <w:rPr>
                    <w:color w:val="646464"/>
                    <w:sz w:val="14"/>
                  </w:rPr>
                  <w:t>{{DATAFLOW_2_ONTVANGER}}</w:t>
                </w:r>
              </w:sdtContent>
            </w:sdt>
          </w:p>
        </w:tc>
        <w:tc>
          <w:tcPr>
            <w:tcW w:w="2096" w:type="dxa"/>
          </w:tcPr>
          <w:p w14:paraId="2CCF3DBA" w14:textId="77777777" w:rsidR="00151075" w:rsidRDefault="00000000">
            <w:pPr>
              <w:spacing w:after="0"/>
            </w:pPr>
            <w:sdt>
              <w:sdtPr>
                <w:alias w:val="DATAFLOW_2_TOELICHTING"/>
                <w:tag w:val="DATAFLOW_2_TOELICHTING"/>
                <w:id w:val="1258253554"/>
                <w:text/>
              </w:sdtPr>
              <w:sdtContent>
                <w:r w:rsidR="00D76B7D">
                  <w:rPr>
                    <w:color w:val="646464"/>
                    <w:sz w:val="14"/>
                  </w:rPr>
                  <w:t>{{DATAFLOW_2_TOELICHTING}}</w:t>
                </w:r>
              </w:sdtContent>
            </w:sdt>
          </w:p>
        </w:tc>
      </w:tr>
      <w:tr w:rsidR="00151075" w14:paraId="78EADA4C" w14:textId="77777777">
        <w:trPr>
          <w:jc w:val="center"/>
        </w:trPr>
        <w:tc>
          <w:tcPr>
            <w:tcW w:w="2096" w:type="dxa"/>
          </w:tcPr>
          <w:p w14:paraId="6CA3B623" w14:textId="77777777" w:rsidR="00151075" w:rsidRDefault="00D76B7D">
            <w:pPr>
              <w:spacing w:after="0"/>
              <w:jc w:val="center"/>
            </w:pPr>
            <w:r>
              <w:rPr>
                <w:sz w:val="15"/>
              </w:rPr>
              <w:t>3</w:t>
            </w:r>
          </w:p>
        </w:tc>
        <w:tc>
          <w:tcPr>
            <w:tcW w:w="2096" w:type="dxa"/>
          </w:tcPr>
          <w:p w14:paraId="5F8F513A" w14:textId="77777777" w:rsidR="00151075" w:rsidRDefault="00000000">
            <w:pPr>
              <w:spacing w:after="0"/>
            </w:pPr>
            <w:sdt>
              <w:sdtPr>
                <w:alias w:val="DATAFLOW_3_BRON"/>
                <w:tag w:val="DATAFLOW_3_BRON"/>
                <w:id w:val="811063513"/>
                <w:text/>
              </w:sdtPr>
              <w:sdtContent>
                <w:r w:rsidR="00D76B7D">
                  <w:rPr>
                    <w:color w:val="646464"/>
                    <w:sz w:val="14"/>
                  </w:rPr>
                  <w:t>{{DATAFLOW_3_BRON}}</w:t>
                </w:r>
              </w:sdtContent>
            </w:sdt>
          </w:p>
        </w:tc>
        <w:tc>
          <w:tcPr>
            <w:tcW w:w="2096" w:type="dxa"/>
          </w:tcPr>
          <w:p w14:paraId="3A082E73" w14:textId="77777777" w:rsidR="00151075" w:rsidRDefault="00000000">
            <w:pPr>
              <w:spacing w:after="0"/>
            </w:pPr>
            <w:sdt>
              <w:sdtPr>
                <w:alias w:val="DATAFLOW_3_VERWERKING"/>
                <w:tag w:val="DATAFLOW_3_VERWERKING"/>
                <w:id w:val="-841699140"/>
                <w:text/>
              </w:sdtPr>
              <w:sdtContent>
                <w:r w:rsidR="00D76B7D">
                  <w:rPr>
                    <w:color w:val="646464"/>
                    <w:sz w:val="14"/>
                  </w:rPr>
                  <w:t>{{DATAFLOW_3_VERWERKING}}</w:t>
                </w:r>
              </w:sdtContent>
            </w:sdt>
          </w:p>
        </w:tc>
        <w:tc>
          <w:tcPr>
            <w:tcW w:w="2096" w:type="dxa"/>
          </w:tcPr>
          <w:p w14:paraId="3C709FE6" w14:textId="77777777" w:rsidR="00151075" w:rsidRDefault="00000000">
            <w:pPr>
              <w:spacing w:after="0"/>
            </w:pPr>
            <w:sdt>
              <w:sdtPr>
                <w:alias w:val="DATAFLOW_3_ONTVANGER"/>
                <w:tag w:val="DATAFLOW_3_ONTVANGER"/>
                <w:id w:val="-1889176893"/>
                <w:text/>
              </w:sdtPr>
              <w:sdtContent>
                <w:r w:rsidR="00D76B7D">
                  <w:rPr>
                    <w:color w:val="646464"/>
                    <w:sz w:val="14"/>
                  </w:rPr>
                  <w:t>{{DATAFLOW_3_ONTVANGER}}</w:t>
                </w:r>
              </w:sdtContent>
            </w:sdt>
          </w:p>
        </w:tc>
        <w:tc>
          <w:tcPr>
            <w:tcW w:w="2096" w:type="dxa"/>
          </w:tcPr>
          <w:p w14:paraId="7E75C9F5" w14:textId="77777777" w:rsidR="00151075" w:rsidRDefault="00000000">
            <w:pPr>
              <w:spacing w:after="0"/>
            </w:pPr>
            <w:sdt>
              <w:sdtPr>
                <w:alias w:val="DATAFLOW_3_TOELICHTING"/>
                <w:tag w:val="DATAFLOW_3_TOELICHTING"/>
                <w:id w:val="262351836"/>
                <w:text/>
              </w:sdtPr>
              <w:sdtContent>
                <w:r w:rsidR="00D76B7D">
                  <w:rPr>
                    <w:color w:val="646464"/>
                    <w:sz w:val="14"/>
                  </w:rPr>
                  <w:t>{{DATAFLOW_3_TOELICHTING}}</w:t>
                </w:r>
              </w:sdtContent>
            </w:sdt>
          </w:p>
        </w:tc>
      </w:tr>
      <w:tr w:rsidR="00151075" w14:paraId="30200AF6" w14:textId="77777777">
        <w:trPr>
          <w:jc w:val="center"/>
        </w:trPr>
        <w:tc>
          <w:tcPr>
            <w:tcW w:w="2096" w:type="dxa"/>
          </w:tcPr>
          <w:p w14:paraId="64C59A28" w14:textId="77777777" w:rsidR="00151075" w:rsidRDefault="00D76B7D">
            <w:pPr>
              <w:spacing w:after="0"/>
              <w:jc w:val="center"/>
            </w:pPr>
            <w:r>
              <w:rPr>
                <w:sz w:val="15"/>
              </w:rPr>
              <w:t>4</w:t>
            </w:r>
          </w:p>
        </w:tc>
        <w:tc>
          <w:tcPr>
            <w:tcW w:w="2096" w:type="dxa"/>
          </w:tcPr>
          <w:p w14:paraId="0BB7D6D0" w14:textId="77777777" w:rsidR="00151075" w:rsidRDefault="00000000">
            <w:pPr>
              <w:spacing w:after="0"/>
            </w:pPr>
            <w:sdt>
              <w:sdtPr>
                <w:alias w:val="DATAFLOW_4_BRON"/>
                <w:tag w:val="DATAFLOW_4_BRON"/>
                <w:id w:val="1299195432"/>
                <w:text/>
              </w:sdtPr>
              <w:sdtContent>
                <w:r w:rsidR="00D76B7D">
                  <w:rPr>
                    <w:color w:val="646464"/>
                    <w:sz w:val="14"/>
                  </w:rPr>
                  <w:t>{{DATAFLOW_4_BRON}}</w:t>
                </w:r>
              </w:sdtContent>
            </w:sdt>
          </w:p>
        </w:tc>
        <w:tc>
          <w:tcPr>
            <w:tcW w:w="2096" w:type="dxa"/>
          </w:tcPr>
          <w:p w14:paraId="0AA7691E" w14:textId="77777777" w:rsidR="00151075" w:rsidRDefault="00000000">
            <w:pPr>
              <w:spacing w:after="0"/>
            </w:pPr>
            <w:sdt>
              <w:sdtPr>
                <w:alias w:val="DATAFLOW_4_VERWERKING"/>
                <w:tag w:val="DATAFLOW_4_VERWERKING"/>
                <w:id w:val="-1494181374"/>
                <w:text/>
              </w:sdtPr>
              <w:sdtContent>
                <w:r w:rsidR="00D76B7D">
                  <w:rPr>
                    <w:color w:val="646464"/>
                    <w:sz w:val="14"/>
                  </w:rPr>
                  <w:t>{{DATAFLOW_4_VERWERKING}}</w:t>
                </w:r>
              </w:sdtContent>
            </w:sdt>
          </w:p>
        </w:tc>
        <w:tc>
          <w:tcPr>
            <w:tcW w:w="2096" w:type="dxa"/>
          </w:tcPr>
          <w:p w14:paraId="4C02952A" w14:textId="77777777" w:rsidR="00151075" w:rsidRDefault="00000000">
            <w:pPr>
              <w:spacing w:after="0"/>
            </w:pPr>
            <w:sdt>
              <w:sdtPr>
                <w:alias w:val="DATAFLOW_4_ONTVANGER"/>
                <w:tag w:val="DATAFLOW_4_ONTVANGER"/>
                <w:id w:val="876744522"/>
                <w:text/>
              </w:sdtPr>
              <w:sdtContent>
                <w:r w:rsidR="00D76B7D">
                  <w:rPr>
                    <w:color w:val="646464"/>
                    <w:sz w:val="14"/>
                  </w:rPr>
                  <w:t>{{DATAFLOW_4_ONTVANGER}}</w:t>
                </w:r>
              </w:sdtContent>
            </w:sdt>
          </w:p>
        </w:tc>
        <w:tc>
          <w:tcPr>
            <w:tcW w:w="2096" w:type="dxa"/>
          </w:tcPr>
          <w:p w14:paraId="67E023FB" w14:textId="77777777" w:rsidR="00151075" w:rsidRDefault="00000000">
            <w:pPr>
              <w:spacing w:after="0"/>
            </w:pPr>
            <w:sdt>
              <w:sdtPr>
                <w:alias w:val="DATAFLOW_4_TOELICHTING"/>
                <w:tag w:val="DATAFLOW_4_TOELICHTING"/>
                <w:id w:val="966934600"/>
                <w:text/>
              </w:sdtPr>
              <w:sdtContent>
                <w:r w:rsidR="00D76B7D">
                  <w:rPr>
                    <w:color w:val="646464"/>
                    <w:sz w:val="14"/>
                  </w:rPr>
                  <w:t>{{DATAFLOW_4_TOELICHTING}}</w:t>
                </w:r>
              </w:sdtContent>
            </w:sdt>
          </w:p>
        </w:tc>
      </w:tr>
      <w:tr w:rsidR="00151075" w14:paraId="02DEF1B4" w14:textId="77777777">
        <w:trPr>
          <w:jc w:val="center"/>
        </w:trPr>
        <w:tc>
          <w:tcPr>
            <w:tcW w:w="2096" w:type="dxa"/>
          </w:tcPr>
          <w:p w14:paraId="58515695" w14:textId="77777777" w:rsidR="00151075" w:rsidRDefault="00D76B7D">
            <w:pPr>
              <w:spacing w:after="0"/>
              <w:jc w:val="center"/>
            </w:pPr>
            <w:r>
              <w:rPr>
                <w:sz w:val="15"/>
              </w:rPr>
              <w:t>5</w:t>
            </w:r>
          </w:p>
        </w:tc>
        <w:tc>
          <w:tcPr>
            <w:tcW w:w="2096" w:type="dxa"/>
          </w:tcPr>
          <w:p w14:paraId="43737C74" w14:textId="77777777" w:rsidR="00151075" w:rsidRDefault="00000000">
            <w:pPr>
              <w:spacing w:after="0"/>
            </w:pPr>
            <w:sdt>
              <w:sdtPr>
                <w:alias w:val="DATAFLOW_5_BRON"/>
                <w:tag w:val="DATAFLOW_5_BRON"/>
                <w:id w:val="-2131535510"/>
                <w:text/>
              </w:sdtPr>
              <w:sdtContent>
                <w:r w:rsidR="00D76B7D">
                  <w:rPr>
                    <w:color w:val="646464"/>
                    <w:sz w:val="14"/>
                  </w:rPr>
                  <w:t>{{DATAFLOW_5_BRON}}</w:t>
                </w:r>
              </w:sdtContent>
            </w:sdt>
          </w:p>
        </w:tc>
        <w:tc>
          <w:tcPr>
            <w:tcW w:w="2096" w:type="dxa"/>
          </w:tcPr>
          <w:p w14:paraId="46C5040D" w14:textId="77777777" w:rsidR="00151075" w:rsidRDefault="00000000">
            <w:pPr>
              <w:spacing w:after="0"/>
            </w:pPr>
            <w:sdt>
              <w:sdtPr>
                <w:alias w:val="DATAFLOW_5_VERWERKING"/>
                <w:tag w:val="DATAFLOW_5_VERWERKING"/>
                <w:id w:val="510806500"/>
                <w:text/>
              </w:sdtPr>
              <w:sdtContent>
                <w:r w:rsidR="00D76B7D">
                  <w:rPr>
                    <w:color w:val="646464"/>
                    <w:sz w:val="14"/>
                  </w:rPr>
                  <w:t>{{DATAFLOW_5_VERWERKING}}</w:t>
                </w:r>
              </w:sdtContent>
            </w:sdt>
          </w:p>
        </w:tc>
        <w:tc>
          <w:tcPr>
            <w:tcW w:w="2096" w:type="dxa"/>
          </w:tcPr>
          <w:p w14:paraId="077F3573" w14:textId="77777777" w:rsidR="00151075" w:rsidRDefault="00000000">
            <w:pPr>
              <w:spacing w:after="0"/>
            </w:pPr>
            <w:sdt>
              <w:sdtPr>
                <w:alias w:val="DATAFLOW_5_ONTVANGER"/>
                <w:tag w:val="DATAFLOW_5_ONTVANGER"/>
                <w:id w:val="1818459024"/>
                <w:text/>
              </w:sdtPr>
              <w:sdtContent>
                <w:r w:rsidR="00D76B7D">
                  <w:rPr>
                    <w:color w:val="646464"/>
                    <w:sz w:val="14"/>
                  </w:rPr>
                  <w:t>{{DATAFLOW_5_ONTVANGER}}</w:t>
                </w:r>
              </w:sdtContent>
            </w:sdt>
          </w:p>
        </w:tc>
        <w:tc>
          <w:tcPr>
            <w:tcW w:w="2096" w:type="dxa"/>
          </w:tcPr>
          <w:p w14:paraId="4C21055C" w14:textId="77777777" w:rsidR="00151075" w:rsidRDefault="00000000">
            <w:pPr>
              <w:spacing w:after="0"/>
            </w:pPr>
            <w:sdt>
              <w:sdtPr>
                <w:alias w:val="DATAFLOW_5_TOELICHTING"/>
                <w:tag w:val="DATAFLOW_5_TOELICHTING"/>
                <w:id w:val="1403950219"/>
                <w:text/>
              </w:sdtPr>
              <w:sdtContent>
                <w:r w:rsidR="00D76B7D">
                  <w:rPr>
                    <w:color w:val="646464"/>
                    <w:sz w:val="14"/>
                  </w:rPr>
                  <w:t>{{DATAFLOW_5_TOELICHTING}}</w:t>
                </w:r>
              </w:sdtContent>
            </w:sdt>
          </w:p>
        </w:tc>
      </w:tr>
      <w:tr w:rsidR="00151075" w14:paraId="35E10469" w14:textId="77777777">
        <w:trPr>
          <w:jc w:val="center"/>
        </w:trPr>
        <w:tc>
          <w:tcPr>
            <w:tcW w:w="2096" w:type="dxa"/>
          </w:tcPr>
          <w:p w14:paraId="3DEB457B" w14:textId="77777777" w:rsidR="00151075" w:rsidRDefault="00D76B7D">
            <w:pPr>
              <w:spacing w:after="0"/>
              <w:jc w:val="center"/>
            </w:pPr>
            <w:r>
              <w:rPr>
                <w:sz w:val="15"/>
              </w:rPr>
              <w:t>6</w:t>
            </w:r>
          </w:p>
        </w:tc>
        <w:tc>
          <w:tcPr>
            <w:tcW w:w="2096" w:type="dxa"/>
          </w:tcPr>
          <w:p w14:paraId="05D55748" w14:textId="77777777" w:rsidR="00151075" w:rsidRDefault="00000000">
            <w:pPr>
              <w:spacing w:after="0"/>
            </w:pPr>
            <w:sdt>
              <w:sdtPr>
                <w:alias w:val="DATAFLOW_6_BRON"/>
                <w:tag w:val="DATAFLOW_6_BRON"/>
                <w:id w:val="-922494154"/>
                <w:text/>
              </w:sdtPr>
              <w:sdtContent>
                <w:r w:rsidR="00D76B7D">
                  <w:rPr>
                    <w:color w:val="646464"/>
                    <w:sz w:val="14"/>
                  </w:rPr>
                  <w:t>{{DATAFLOW_6_BRON}}</w:t>
                </w:r>
              </w:sdtContent>
            </w:sdt>
          </w:p>
        </w:tc>
        <w:tc>
          <w:tcPr>
            <w:tcW w:w="2096" w:type="dxa"/>
          </w:tcPr>
          <w:p w14:paraId="0E3A4192" w14:textId="77777777" w:rsidR="00151075" w:rsidRDefault="00000000">
            <w:pPr>
              <w:spacing w:after="0"/>
            </w:pPr>
            <w:sdt>
              <w:sdtPr>
                <w:alias w:val="DATAFLOW_6_VERWERKING"/>
                <w:tag w:val="DATAFLOW_6_VERWERKING"/>
                <w:id w:val="-672952522"/>
                <w:text/>
              </w:sdtPr>
              <w:sdtContent>
                <w:r w:rsidR="00D76B7D">
                  <w:rPr>
                    <w:color w:val="646464"/>
                    <w:sz w:val="14"/>
                  </w:rPr>
                  <w:t>{{DATAFLOW_6_VERWERKING}}</w:t>
                </w:r>
              </w:sdtContent>
            </w:sdt>
          </w:p>
        </w:tc>
        <w:tc>
          <w:tcPr>
            <w:tcW w:w="2096" w:type="dxa"/>
          </w:tcPr>
          <w:p w14:paraId="357DC7DE" w14:textId="77777777" w:rsidR="00151075" w:rsidRDefault="00000000">
            <w:pPr>
              <w:spacing w:after="0"/>
            </w:pPr>
            <w:sdt>
              <w:sdtPr>
                <w:alias w:val="DATAFLOW_6_ONTVANGER"/>
                <w:tag w:val="DATAFLOW_6_ONTVANGER"/>
                <w:id w:val="1792166850"/>
                <w:text/>
              </w:sdtPr>
              <w:sdtContent>
                <w:r w:rsidR="00D76B7D">
                  <w:rPr>
                    <w:color w:val="646464"/>
                    <w:sz w:val="14"/>
                  </w:rPr>
                  <w:t>{{DATAFLOW_6_ONTVANGER}}</w:t>
                </w:r>
              </w:sdtContent>
            </w:sdt>
          </w:p>
        </w:tc>
        <w:tc>
          <w:tcPr>
            <w:tcW w:w="2096" w:type="dxa"/>
          </w:tcPr>
          <w:p w14:paraId="53C07BAF" w14:textId="77777777" w:rsidR="00151075" w:rsidRDefault="00000000">
            <w:pPr>
              <w:spacing w:after="0"/>
            </w:pPr>
            <w:sdt>
              <w:sdtPr>
                <w:alias w:val="DATAFLOW_6_TOELICHTING"/>
                <w:tag w:val="DATAFLOW_6_TOELICHTING"/>
                <w:id w:val="883674218"/>
                <w:text/>
              </w:sdtPr>
              <w:sdtContent>
                <w:r w:rsidR="00D76B7D">
                  <w:rPr>
                    <w:color w:val="646464"/>
                    <w:sz w:val="14"/>
                  </w:rPr>
                  <w:t>{{DATAFLOW_6_TOELICHTING}}</w:t>
                </w:r>
              </w:sdtContent>
            </w:sdt>
          </w:p>
        </w:tc>
      </w:tr>
      <w:tr w:rsidR="00151075" w14:paraId="56679E7B" w14:textId="77777777">
        <w:trPr>
          <w:jc w:val="center"/>
        </w:trPr>
        <w:tc>
          <w:tcPr>
            <w:tcW w:w="2096" w:type="dxa"/>
          </w:tcPr>
          <w:p w14:paraId="14730843" w14:textId="77777777" w:rsidR="00151075" w:rsidRDefault="00D76B7D">
            <w:pPr>
              <w:spacing w:after="0"/>
              <w:jc w:val="center"/>
            </w:pPr>
            <w:r>
              <w:rPr>
                <w:sz w:val="15"/>
              </w:rPr>
              <w:t>7</w:t>
            </w:r>
          </w:p>
        </w:tc>
        <w:tc>
          <w:tcPr>
            <w:tcW w:w="2096" w:type="dxa"/>
          </w:tcPr>
          <w:p w14:paraId="1C10BD32" w14:textId="77777777" w:rsidR="00151075" w:rsidRDefault="00000000">
            <w:pPr>
              <w:spacing w:after="0"/>
            </w:pPr>
            <w:sdt>
              <w:sdtPr>
                <w:alias w:val="DATAFLOW_7_BRON"/>
                <w:tag w:val="DATAFLOW_7_BRON"/>
                <w:id w:val="-1838303709"/>
                <w:text/>
              </w:sdtPr>
              <w:sdtContent>
                <w:r w:rsidR="00D76B7D">
                  <w:rPr>
                    <w:color w:val="646464"/>
                    <w:sz w:val="14"/>
                  </w:rPr>
                  <w:t>{{DATAFLOW_7_BRON}}</w:t>
                </w:r>
              </w:sdtContent>
            </w:sdt>
          </w:p>
        </w:tc>
        <w:tc>
          <w:tcPr>
            <w:tcW w:w="2096" w:type="dxa"/>
          </w:tcPr>
          <w:p w14:paraId="60507FF2" w14:textId="77777777" w:rsidR="00151075" w:rsidRDefault="00000000">
            <w:pPr>
              <w:spacing w:after="0"/>
            </w:pPr>
            <w:sdt>
              <w:sdtPr>
                <w:alias w:val="DATAFLOW_7_VERWERKING"/>
                <w:tag w:val="DATAFLOW_7_VERWERKING"/>
                <w:id w:val="378677364"/>
                <w:text/>
              </w:sdtPr>
              <w:sdtContent>
                <w:r w:rsidR="00D76B7D">
                  <w:rPr>
                    <w:color w:val="646464"/>
                    <w:sz w:val="14"/>
                  </w:rPr>
                  <w:t>{{DATAFLOW_7_VERWERKING}}</w:t>
                </w:r>
              </w:sdtContent>
            </w:sdt>
          </w:p>
        </w:tc>
        <w:tc>
          <w:tcPr>
            <w:tcW w:w="2096" w:type="dxa"/>
          </w:tcPr>
          <w:p w14:paraId="230C39D9" w14:textId="77777777" w:rsidR="00151075" w:rsidRDefault="00000000">
            <w:pPr>
              <w:spacing w:after="0"/>
            </w:pPr>
            <w:sdt>
              <w:sdtPr>
                <w:alias w:val="DATAFLOW_7_ONTVANGER"/>
                <w:tag w:val="DATAFLOW_7_ONTVANGER"/>
                <w:id w:val="1311214744"/>
                <w:text/>
              </w:sdtPr>
              <w:sdtContent>
                <w:r w:rsidR="00D76B7D">
                  <w:rPr>
                    <w:color w:val="646464"/>
                    <w:sz w:val="14"/>
                  </w:rPr>
                  <w:t>{{DATAFLOW_7_ONTVANGER}}</w:t>
                </w:r>
              </w:sdtContent>
            </w:sdt>
          </w:p>
        </w:tc>
        <w:tc>
          <w:tcPr>
            <w:tcW w:w="2096" w:type="dxa"/>
          </w:tcPr>
          <w:p w14:paraId="7E4F980D" w14:textId="77777777" w:rsidR="00151075" w:rsidRDefault="00000000">
            <w:pPr>
              <w:spacing w:after="0"/>
            </w:pPr>
            <w:sdt>
              <w:sdtPr>
                <w:alias w:val="DATAFLOW_7_TOELICHTING"/>
                <w:tag w:val="DATAFLOW_7_TOELICHTING"/>
                <w:id w:val="-1659765155"/>
                <w:text/>
              </w:sdtPr>
              <w:sdtContent>
                <w:r w:rsidR="00D76B7D">
                  <w:rPr>
                    <w:color w:val="646464"/>
                    <w:sz w:val="14"/>
                  </w:rPr>
                  <w:t>{{DATAFLOW_7_TOELICHTING}}</w:t>
                </w:r>
              </w:sdtContent>
            </w:sdt>
          </w:p>
        </w:tc>
      </w:tr>
    </w:tbl>
    <w:p w14:paraId="6037C2E7" w14:textId="77777777" w:rsidR="00151075" w:rsidRDefault="00151075"/>
    <w:p w14:paraId="563CF92D" w14:textId="77777777" w:rsidR="00151075" w:rsidRDefault="00D76B7D">
      <w:pPr>
        <w:pStyle w:val="Heading2"/>
      </w:pPr>
      <w:r>
        <w:t>5. Categorieën persoonsgegevens en betrokkenen</w:t>
      </w:r>
    </w:p>
    <w:p w14:paraId="7C300457" w14:textId="77777777" w:rsidR="00151075" w:rsidRDefault="00D76B7D">
      <w:pPr>
        <w:pStyle w:val="Heading3"/>
      </w:pPr>
      <w:r>
        <w:t>Categorieën persoonsgegevens</w:t>
      </w:r>
    </w:p>
    <w:tbl>
      <w:tblPr>
        <w:tblStyle w:val="TableGrid"/>
        <w:tblW w:w="0" w:type="auto"/>
        <w:jc w:val="center"/>
        <w:tblLook w:val="04A0" w:firstRow="1" w:lastRow="0" w:firstColumn="1" w:lastColumn="0" w:noHBand="0" w:noVBand="1"/>
      </w:tblPr>
      <w:tblGrid>
        <w:gridCol w:w="2816"/>
        <w:gridCol w:w="1132"/>
        <w:gridCol w:w="1165"/>
        <w:gridCol w:w="1223"/>
        <w:gridCol w:w="4136"/>
      </w:tblGrid>
      <w:tr w:rsidR="00151075" w14:paraId="359ABFB5" w14:textId="77777777">
        <w:trPr>
          <w:tblHeader/>
          <w:jc w:val="center"/>
        </w:trPr>
        <w:tc>
          <w:tcPr>
            <w:tcW w:w="4025" w:type="dxa"/>
            <w:shd w:val="clear" w:color="auto" w:fill="3A6EA5"/>
            <w:tcMar>
              <w:top w:w="80" w:type="dxa"/>
              <w:left w:w="80" w:type="dxa"/>
              <w:bottom w:w="80" w:type="dxa"/>
              <w:right w:w="80" w:type="dxa"/>
            </w:tcMar>
            <w:vAlign w:val="center"/>
          </w:tcPr>
          <w:p w14:paraId="59238B5E" w14:textId="77777777" w:rsidR="00151075" w:rsidRDefault="00D76B7D">
            <w:pPr>
              <w:spacing w:after="0"/>
            </w:pPr>
            <w:r>
              <w:rPr>
                <w:b/>
                <w:color w:val="FFFFFF"/>
                <w:sz w:val="16"/>
              </w:rPr>
              <w:t>Onderwerp</w:t>
            </w:r>
          </w:p>
        </w:tc>
        <w:tc>
          <w:tcPr>
            <w:tcW w:w="680" w:type="dxa"/>
            <w:shd w:val="clear" w:color="auto" w:fill="3A6EA5"/>
            <w:tcMar>
              <w:top w:w="80" w:type="dxa"/>
              <w:left w:w="80" w:type="dxa"/>
              <w:bottom w:w="80" w:type="dxa"/>
              <w:right w:w="80" w:type="dxa"/>
            </w:tcMar>
            <w:vAlign w:val="center"/>
          </w:tcPr>
          <w:p w14:paraId="43A68877" w14:textId="77777777" w:rsidR="00151075" w:rsidRDefault="00D76B7D">
            <w:pPr>
              <w:spacing w:after="0"/>
            </w:pPr>
            <w:r>
              <w:rPr>
                <w:b/>
                <w:color w:val="FFFFFF"/>
                <w:sz w:val="16"/>
              </w:rPr>
              <w:t>Ja</w:t>
            </w:r>
          </w:p>
        </w:tc>
        <w:tc>
          <w:tcPr>
            <w:tcW w:w="680" w:type="dxa"/>
            <w:shd w:val="clear" w:color="auto" w:fill="3A6EA5"/>
            <w:tcMar>
              <w:top w:w="80" w:type="dxa"/>
              <w:left w:w="80" w:type="dxa"/>
              <w:bottom w:w="80" w:type="dxa"/>
              <w:right w:w="80" w:type="dxa"/>
            </w:tcMar>
            <w:vAlign w:val="center"/>
          </w:tcPr>
          <w:p w14:paraId="66CE059C" w14:textId="77777777" w:rsidR="00151075" w:rsidRDefault="00D76B7D">
            <w:pPr>
              <w:spacing w:after="0"/>
            </w:pPr>
            <w:r>
              <w:rPr>
                <w:b/>
                <w:color w:val="FFFFFF"/>
                <w:sz w:val="16"/>
              </w:rPr>
              <w:t>Nee</w:t>
            </w:r>
          </w:p>
        </w:tc>
        <w:tc>
          <w:tcPr>
            <w:tcW w:w="793" w:type="dxa"/>
            <w:shd w:val="clear" w:color="auto" w:fill="3A6EA5"/>
            <w:tcMar>
              <w:top w:w="80" w:type="dxa"/>
              <w:left w:w="80" w:type="dxa"/>
              <w:bottom w:w="80" w:type="dxa"/>
              <w:right w:w="80" w:type="dxa"/>
            </w:tcMar>
            <w:vAlign w:val="center"/>
          </w:tcPr>
          <w:p w14:paraId="08BA1D59" w14:textId="77777777" w:rsidR="00151075" w:rsidRDefault="00D76B7D">
            <w:pPr>
              <w:spacing w:after="0"/>
            </w:pPr>
            <w:r>
              <w:rPr>
                <w:b/>
                <w:color w:val="FFFFFF"/>
                <w:sz w:val="16"/>
              </w:rPr>
              <w:t>N.v.t.</w:t>
            </w:r>
          </w:p>
        </w:tc>
        <w:tc>
          <w:tcPr>
            <w:tcW w:w="3288" w:type="dxa"/>
            <w:shd w:val="clear" w:color="auto" w:fill="3A6EA5"/>
            <w:tcMar>
              <w:top w:w="80" w:type="dxa"/>
              <w:left w:w="80" w:type="dxa"/>
              <w:bottom w:w="80" w:type="dxa"/>
              <w:right w:w="80" w:type="dxa"/>
            </w:tcMar>
            <w:vAlign w:val="center"/>
          </w:tcPr>
          <w:p w14:paraId="6704937B" w14:textId="77777777" w:rsidR="00151075" w:rsidRDefault="00D76B7D">
            <w:pPr>
              <w:spacing w:after="0"/>
            </w:pPr>
            <w:r>
              <w:rPr>
                <w:b/>
                <w:color w:val="FFFFFF"/>
                <w:sz w:val="16"/>
              </w:rPr>
              <w:t>Toelichting</w:t>
            </w:r>
          </w:p>
        </w:tc>
      </w:tr>
      <w:tr w:rsidR="00151075" w14:paraId="68AE0DA3" w14:textId="77777777">
        <w:trPr>
          <w:jc w:val="center"/>
        </w:trPr>
        <w:tc>
          <w:tcPr>
            <w:tcW w:w="2096" w:type="dxa"/>
          </w:tcPr>
          <w:p w14:paraId="0CB95D6C" w14:textId="77777777" w:rsidR="00151075" w:rsidRDefault="00D76B7D">
            <w:pPr>
              <w:spacing w:after="0"/>
            </w:pPr>
            <w:r>
              <w:rPr>
                <w:sz w:val="16"/>
              </w:rPr>
              <w:t>Naam, adres, woonplaats</w:t>
            </w:r>
          </w:p>
        </w:tc>
        <w:tc>
          <w:tcPr>
            <w:tcW w:w="2096" w:type="dxa"/>
          </w:tcPr>
          <w:p w14:paraId="3E41A378" w14:textId="77777777" w:rsidR="00151075" w:rsidRDefault="00000000">
            <w:pPr>
              <w:spacing w:after="0"/>
              <w:jc w:val="center"/>
            </w:pPr>
            <w:sdt>
              <w:sdtPr>
                <w:alias w:val="CHECKBOX_25"/>
                <w:tag w:val="CHECKBOX_25"/>
                <w:id w:val="997634876"/>
                <w14:checkbox>
                  <w14:checked w14:val="0"/>
                  <w14:checkedState w14:val="2612" w14:font="MS Gothic"/>
                  <w14:uncheckedState w14:val="2610" w14:font="MS Gothic"/>
                </w14:checkbox>
              </w:sdtPr>
              <w:sdtContent>
                <w:r w:rsidR="00D76B7D">
                  <w:rPr>
                    <w:sz w:val="24"/>
                  </w:rPr>
                  <w:t>☐</w:t>
                </w:r>
              </w:sdtContent>
            </w:sdt>
          </w:p>
        </w:tc>
        <w:tc>
          <w:tcPr>
            <w:tcW w:w="2096" w:type="dxa"/>
          </w:tcPr>
          <w:p w14:paraId="77290503" w14:textId="77777777" w:rsidR="00151075" w:rsidRDefault="00000000">
            <w:pPr>
              <w:spacing w:after="0"/>
              <w:jc w:val="center"/>
            </w:pPr>
            <w:sdt>
              <w:sdtPr>
                <w:alias w:val="CHECKBOX_26"/>
                <w:tag w:val="CHECKBOX_26"/>
                <w:id w:val="1500531774"/>
                <w14:checkbox>
                  <w14:checked w14:val="0"/>
                  <w14:checkedState w14:val="2612" w14:font="MS Gothic"/>
                  <w14:uncheckedState w14:val="2610" w14:font="MS Gothic"/>
                </w14:checkbox>
              </w:sdtPr>
              <w:sdtContent>
                <w:r w:rsidR="00D76B7D">
                  <w:rPr>
                    <w:sz w:val="24"/>
                  </w:rPr>
                  <w:t>☐</w:t>
                </w:r>
              </w:sdtContent>
            </w:sdt>
          </w:p>
        </w:tc>
        <w:tc>
          <w:tcPr>
            <w:tcW w:w="2096" w:type="dxa"/>
          </w:tcPr>
          <w:p w14:paraId="7BB23CCC" w14:textId="77777777" w:rsidR="00151075" w:rsidRDefault="00000000">
            <w:pPr>
              <w:spacing w:after="0"/>
              <w:jc w:val="center"/>
            </w:pPr>
            <w:sdt>
              <w:sdtPr>
                <w:alias w:val="CHECKBOX_27"/>
                <w:tag w:val="CHECKBOX_27"/>
                <w:id w:val="1908641462"/>
                <w14:checkbox>
                  <w14:checked w14:val="0"/>
                  <w14:checkedState w14:val="2612" w14:font="MS Gothic"/>
                  <w14:uncheckedState w14:val="2610" w14:font="MS Gothic"/>
                </w14:checkbox>
              </w:sdtPr>
              <w:sdtContent>
                <w:r w:rsidR="00D76B7D">
                  <w:rPr>
                    <w:sz w:val="24"/>
                  </w:rPr>
                  <w:t>☐</w:t>
                </w:r>
              </w:sdtContent>
            </w:sdt>
          </w:p>
        </w:tc>
        <w:tc>
          <w:tcPr>
            <w:tcW w:w="2096" w:type="dxa"/>
          </w:tcPr>
          <w:p w14:paraId="7FD34FEC" w14:textId="77777777" w:rsidR="00151075" w:rsidRDefault="00D76B7D">
            <w:pPr>
              <w:spacing w:after="0"/>
            </w:pPr>
            <w:r>
              <w:rPr>
                <w:color w:val="646464"/>
                <w:sz w:val="15"/>
              </w:rPr>
              <w:t>{{CATEGORIEËN_PERSOONSGEGEVENS_1_TOELICHTING}}</w:t>
            </w:r>
          </w:p>
        </w:tc>
      </w:tr>
      <w:tr w:rsidR="00151075" w14:paraId="06B94BF2" w14:textId="77777777">
        <w:trPr>
          <w:jc w:val="center"/>
        </w:trPr>
        <w:tc>
          <w:tcPr>
            <w:tcW w:w="2096" w:type="dxa"/>
          </w:tcPr>
          <w:p w14:paraId="784E1E9F" w14:textId="77777777" w:rsidR="00151075" w:rsidRDefault="00D76B7D">
            <w:pPr>
              <w:spacing w:after="0"/>
            </w:pPr>
            <w:r>
              <w:rPr>
                <w:sz w:val="16"/>
              </w:rPr>
              <w:t>Contactgegevens</w:t>
            </w:r>
          </w:p>
        </w:tc>
        <w:tc>
          <w:tcPr>
            <w:tcW w:w="2096" w:type="dxa"/>
          </w:tcPr>
          <w:p w14:paraId="67F9B5FE" w14:textId="77777777" w:rsidR="00151075" w:rsidRDefault="00000000">
            <w:pPr>
              <w:spacing w:after="0"/>
              <w:jc w:val="center"/>
            </w:pPr>
            <w:sdt>
              <w:sdtPr>
                <w:alias w:val="CHECKBOX_28"/>
                <w:tag w:val="CHECKBOX_28"/>
                <w:id w:val="339751129"/>
                <w14:checkbox>
                  <w14:checked w14:val="0"/>
                  <w14:checkedState w14:val="2612" w14:font="MS Gothic"/>
                  <w14:uncheckedState w14:val="2610" w14:font="MS Gothic"/>
                </w14:checkbox>
              </w:sdtPr>
              <w:sdtContent>
                <w:r w:rsidR="00D76B7D">
                  <w:rPr>
                    <w:sz w:val="24"/>
                  </w:rPr>
                  <w:t>☐</w:t>
                </w:r>
              </w:sdtContent>
            </w:sdt>
          </w:p>
        </w:tc>
        <w:tc>
          <w:tcPr>
            <w:tcW w:w="2096" w:type="dxa"/>
          </w:tcPr>
          <w:p w14:paraId="71C7B167" w14:textId="77777777" w:rsidR="00151075" w:rsidRDefault="00000000">
            <w:pPr>
              <w:spacing w:after="0"/>
              <w:jc w:val="center"/>
            </w:pPr>
            <w:sdt>
              <w:sdtPr>
                <w:alias w:val="CHECKBOX_29"/>
                <w:tag w:val="CHECKBOX_29"/>
                <w:id w:val="989158189"/>
                <w14:checkbox>
                  <w14:checked w14:val="0"/>
                  <w14:checkedState w14:val="2612" w14:font="MS Gothic"/>
                  <w14:uncheckedState w14:val="2610" w14:font="MS Gothic"/>
                </w14:checkbox>
              </w:sdtPr>
              <w:sdtContent>
                <w:r w:rsidR="00D76B7D">
                  <w:rPr>
                    <w:sz w:val="24"/>
                  </w:rPr>
                  <w:t>☐</w:t>
                </w:r>
              </w:sdtContent>
            </w:sdt>
          </w:p>
        </w:tc>
        <w:tc>
          <w:tcPr>
            <w:tcW w:w="2096" w:type="dxa"/>
          </w:tcPr>
          <w:p w14:paraId="14EDBE59" w14:textId="77777777" w:rsidR="00151075" w:rsidRDefault="00000000">
            <w:pPr>
              <w:spacing w:after="0"/>
              <w:jc w:val="center"/>
            </w:pPr>
            <w:sdt>
              <w:sdtPr>
                <w:alias w:val="CHECKBOX_30"/>
                <w:tag w:val="CHECKBOX_30"/>
                <w:id w:val="1522198272"/>
                <w14:checkbox>
                  <w14:checked w14:val="0"/>
                  <w14:checkedState w14:val="2612" w14:font="MS Gothic"/>
                  <w14:uncheckedState w14:val="2610" w14:font="MS Gothic"/>
                </w14:checkbox>
              </w:sdtPr>
              <w:sdtContent>
                <w:r w:rsidR="00D76B7D">
                  <w:rPr>
                    <w:sz w:val="24"/>
                  </w:rPr>
                  <w:t>☐</w:t>
                </w:r>
              </w:sdtContent>
            </w:sdt>
          </w:p>
        </w:tc>
        <w:tc>
          <w:tcPr>
            <w:tcW w:w="2096" w:type="dxa"/>
          </w:tcPr>
          <w:p w14:paraId="7FAC0E9B" w14:textId="77777777" w:rsidR="00151075" w:rsidRDefault="00D76B7D">
            <w:pPr>
              <w:spacing w:after="0"/>
            </w:pPr>
            <w:r>
              <w:rPr>
                <w:color w:val="646464"/>
                <w:sz w:val="15"/>
              </w:rPr>
              <w:t>{{CATEGORIEËN_PERSOONSGEGEVENS_2_TOELICHTING}}</w:t>
            </w:r>
          </w:p>
        </w:tc>
      </w:tr>
      <w:tr w:rsidR="00151075" w14:paraId="5A40116E" w14:textId="77777777">
        <w:trPr>
          <w:jc w:val="center"/>
        </w:trPr>
        <w:tc>
          <w:tcPr>
            <w:tcW w:w="2096" w:type="dxa"/>
          </w:tcPr>
          <w:p w14:paraId="0DA32B4E" w14:textId="77777777" w:rsidR="00151075" w:rsidRDefault="00D76B7D">
            <w:pPr>
              <w:spacing w:after="0"/>
            </w:pPr>
            <w:r>
              <w:rPr>
                <w:sz w:val="16"/>
              </w:rPr>
              <w:t>BSN</w:t>
            </w:r>
          </w:p>
        </w:tc>
        <w:tc>
          <w:tcPr>
            <w:tcW w:w="2096" w:type="dxa"/>
          </w:tcPr>
          <w:p w14:paraId="47C0FF24" w14:textId="77777777" w:rsidR="00151075" w:rsidRDefault="00000000">
            <w:pPr>
              <w:spacing w:after="0"/>
              <w:jc w:val="center"/>
            </w:pPr>
            <w:sdt>
              <w:sdtPr>
                <w:alias w:val="CHECKBOX_31"/>
                <w:tag w:val="CHECKBOX_31"/>
                <w:id w:val="642456105"/>
                <w14:checkbox>
                  <w14:checked w14:val="0"/>
                  <w14:checkedState w14:val="2612" w14:font="MS Gothic"/>
                  <w14:uncheckedState w14:val="2610" w14:font="MS Gothic"/>
                </w14:checkbox>
              </w:sdtPr>
              <w:sdtContent>
                <w:r w:rsidR="00D76B7D">
                  <w:rPr>
                    <w:sz w:val="24"/>
                  </w:rPr>
                  <w:t>☐</w:t>
                </w:r>
              </w:sdtContent>
            </w:sdt>
          </w:p>
        </w:tc>
        <w:tc>
          <w:tcPr>
            <w:tcW w:w="2096" w:type="dxa"/>
          </w:tcPr>
          <w:p w14:paraId="5208DD92" w14:textId="77777777" w:rsidR="00151075" w:rsidRDefault="00000000">
            <w:pPr>
              <w:spacing w:after="0"/>
              <w:jc w:val="center"/>
            </w:pPr>
            <w:sdt>
              <w:sdtPr>
                <w:alias w:val="CHECKBOX_32"/>
                <w:tag w:val="CHECKBOX_32"/>
                <w:id w:val="1055068058"/>
                <w14:checkbox>
                  <w14:checked w14:val="0"/>
                  <w14:checkedState w14:val="2612" w14:font="MS Gothic"/>
                  <w14:uncheckedState w14:val="2610" w14:font="MS Gothic"/>
                </w14:checkbox>
              </w:sdtPr>
              <w:sdtContent>
                <w:r w:rsidR="00D76B7D">
                  <w:rPr>
                    <w:sz w:val="24"/>
                  </w:rPr>
                  <w:t>☐</w:t>
                </w:r>
              </w:sdtContent>
            </w:sdt>
          </w:p>
        </w:tc>
        <w:tc>
          <w:tcPr>
            <w:tcW w:w="2096" w:type="dxa"/>
          </w:tcPr>
          <w:p w14:paraId="39290D8B" w14:textId="77777777" w:rsidR="00151075" w:rsidRDefault="00000000">
            <w:pPr>
              <w:spacing w:after="0"/>
              <w:jc w:val="center"/>
            </w:pPr>
            <w:sdt>
              <w:sdtPr>
                <w:alias w:val="CHECKBOX_33"/>
                <w:tag w:val="CHECKBOX_33"/>
                <w:id w:val="499578166"/>
                <w14:checkbox>
                  <w14:checked w14:val="0"/>
                  <w14:checkedState w14:val="2612" w14:font="MS Gothic"/>
                  <w14:uncheckedState w14:val="2610" w14:font="MS Gothic"/>
                </w14:checkbox>
              </w:sdtPr>
              <w:sdtContent>
                <w:r w:rsidR="00D76B7D">
                  <w:rPr>
                    <w:sz w:val="24"/>
                  </w:rPr>
                  <w:t>☐</w:t>
                </w:r>
              </w:sdtContent>
            </w:sdt>
          </w:p>
        </w:tc>
        <w:tc>
          <w:tcPr>
            <w:tcW w:w="2096" w:type="dxa"/>
          </w:tcPr>
          <w:p w14:paraId="76F96FB9" w14:textId="77777777" w:rsidR="00151075" w:rsidRDefault="00D76B7D">
            <w:pPr>
              <w:spacing w:after="0"/>
            </w:pPr>
            <w:r>
              <w:rPr>
                <w:color w:val="646464"/>
                <w:sz w:val="15"/>
              </w:rPr>
              <w:t>{{CATEGORIEËN_PERSOONSGEGEVENS_3_TOELICHTING}}</w:t>
            </w:r>
          </w:p>
        </w:tc>
      </w:tr>
      <w:tr w:rsidR="00151075" w14:paraId="6BF175A9" w14:textId="77777777">
        <w:trPr>
          <w:jc w:val="center"/>
        </w:trPr>
        <w:tc>
          <w:tcPr>
            <w:tcW w:w="2096" w:type="dxa"/>
          </w:tcPr>
          <w:p w14:paraId="66E9814D" w14:textId="77777777" w:rsidR="00151075" w:rsidRDefault="00D76B7D">
            <w:pPr>
              <w:spacing w:after="0"/>
            </w:pPr>
            <w:r>
              <w:rPr>
                <w:sz w:val="16"/>
              </w:rPr>
              <w:t>Geboortedatum</w:t>
            </w:r>
          </w:p>
        </w:tc>
        <w:tc>
          <w:tcPr>
            <w:tcW w:w="2096" w:type="dxa"/>
          </w:tcPr>
          <w:p w14:paraId="271246BC" w14:textId="77777777" w:rsidR="00151075" w:rsidRDefault="00000000">
            <w:pPr>
              <w:spacing w:after="0"/>
              <w:jc w:val="center"/>
            </w:pPr>
            <w:sdt>
              <w:sdtPr>
                <w:alias w:val="CHECKBOX_34"/>
                <w:tag w:val="CHECKBOX_34"/>
                <w:id w:val="1428935170"/>
                <w14:checkbox>
                  <w14:checked w14:val="0"/>
                  <w14:checkedState w14:val="2612" w14:font="MS Gothic"/>
                  <w14:uncheckedState w14:val="2610" w14:font="MS Gothic"/>
                </w14:checkbox>
              </w:sdtPr>
              <w:sdtContent>
                <w:r w:rsidR="00D76B7D">
                  <w:rPr>
                    <w:sz w:val="24"/>
                  </w:rPr>
                  <w:t>☐</w:t>
                </w:r>
              </w:sdtContent>
            </w:sdt>
          </w:p>
        </w:tc>
        <w:tc>
          <w:tcPr>
            <w:tcW w:w="2096" w:type="dxa"/>
          </w:tcPr>
          <w:p w14:paraId="03305306" w14:textId="77777777" w:rsidR="00151075" w:rsidRDefault="00000000">
            <w:pPr>
              <w:spacing w:after="0"/>
              <w:jc w:val="center"/>
            </w:pPr>
            <w:sdt>
              <w:sdtPr>
                <w:alias w:val="CHECKBOX_35"/>
                <w:tag w:val="CHECKBOX_35"/>
                <w:id w:val="767577069"/>
                <w14:checkbox>
                  <w14:checked w14:val="0"/>
                  <w14:checkedState w14:val="2612" w14:font="MS Gothic"/>
                  <w14:uncheckedState w14:val="2610" w14:font="MS Gothic"/>
                </w14:checkbox>
              </w:sdtPr>
              <w:sdtContent>
                <w:r w:rsidR="00D76B7D">
                  <w:rPr>
                    <w:sz w:val="24"/>
                  </w:rPr>
                  <w:t>☐</w:t>
                </w:r>
              </w:sdtContent>
            </w:sdt>
          </w:p>
        </w:tc>
        <w:tc>
          <w:tcPr>
            <w:tcW w:w="2096" w:type="dxa"/>
          </w:tcPr>
          <w:p w14:paraId="6FEDAD8C" w14:textId="77777777" w:rsidR="00151075" w:rsidRDefault="00000000">
            <w:pPr>
              <w:spacing w:after="0"/>
              <w:jc w:val="center"/>
            </w:pPr>
            <w:sdt>
              <w:sdtPr>
                <w:alias w:val="CHECKBOX_36"/>
                <w:tag w:val="CHECKBOX_36"/>
                <w:id w:val="659426001"/>
                <w14:checkbox>
                  <w14:checked w14:val="0"/>
                  <w14:checkedState w14:val="2612" w14:font="MS Gothic"/>
                  <w14:uncheckedState w14:val="2610" w14:font="MS Gothic"/>
                </w14:checkbox>
              </w:sdtPr>
              <w:sdtContent>
                <w:r w:rsidR="00D76B7D">
                  <w:rPr>
                    <w:sz w:val="24"/>
                  </w:rPr>
                  <w:t>☐</w:t>
                </w:r>
              </w:sdtContent>
            </w:sdt>
          </w:p>
        </w:tc>
        <w:tc>
          <w:tcPr>
            <w:tcW w:w="2096" w:type="dxa"/>
          </w:tcPr>
          <w:p w14:paraId="0C27BFB0" w14:textId="77777777" w:rsidR="00151075" w:rsidRDefault="00D76B7D">
            <w:pPr>
              <w:spacing w:after="0"/>
            </w:pPr>
            <w:r>
              <w:rPr>
                <w:color w:val="646464"/>
                <w:sz w:val="15"/>
              </w:rPr>
              <w:t>{{CATEGORIEËN_PERSOONSGEGEVENS_4_TOELICHTING}}</w:t>
            </w:r>
          </w:p>
        </w:tc>
      </w:tr>
      <w:tr w:rsidR="00151075" w14:paraId="716D0AD5" w14:textId="77777777">
        <w:trPr>
          <w:jc w:val="center"/>
        </w:trPr>
        <w:tc>
          <w:tcPr>
            <w:tcW w:w="2096" w:type="dxa"/>
          </w:tcPr>
          <w:p w14:paraId="293BD37A" w14:textId="77777777" w:rsidR="00151075" w:rsidRDefault="00D76B7D">
            <w:pPr>
              <w:spacing w:after="0"/>
            </w:pPr>
            <w:r>
              <w:rPr>
                <w:sz w:val="16"/>
              </w:rPr>
              <w:t>Cliëntnummer / medewerker-ID</w:t>
            </w:r>
          </w:p>
        </w:tc>
        <w:tc>
          <w:tcPr>
            <w:tcW w:w="2096" w:type="dxa"/>
          </w:tcPr>
          <w:p w14:paraId="772CA531" w14:textId="77777777" w:rsidR="00151075" w:rsidRDefault="00000000">
            <w:pPr>
              <w:spacing w:after="0"/>
              <w:jc w:val="center"/>
            </w:pPr>
            <w:sdt>
              <w:sdtPr>
                <w:alias w:val="CHECKBOX_37"/>
                <w:tag w:val="CHECKBOX_37"/>
                <w:id w:val="956679642"/>
                <w14:checkbox>
                  <w14:checked w14:val="0"/>
                  <w14:checkedState w14:val="2612" w14:font="MS Gothic"/>
                  <w14:uncheckedState w14:val="2610" w14:font="MS Gothic"/>
                </w14:checkbox>
              </w:sdtPr>
              <w:sdtContent>
                <w:r w:rsidR="00D76B7D">
                  <w:rPr>
                    <w:sz w:val="24"/>
                  </w:rPr>
                  <w:t>☐</w:t>
                </w:r>
              </w:sdtContent>
            </w:sdt>
          </w:p>
        </w:tc>
        <w:tc>
          <w:tcPr>
            <w:tcW w:w="2096" w:type="dxa"/>
          </w:tcPr>
          <w:p w14:paraId="06CA39A6" w14:textId="77777777" w:rsidR="00151075" w:rsidRDefault="00000000">
            <w:pPr>
              <w:spacing w:after="0"/>
              <w:jc w:val="center"/>
            </w:pPr>
            <w:sdt>
              <w:sdtPr>
                <w:alias w:val="CHECKBOX_38"/>
                <w:tag w:val="CHECKBOX_38"/>
                <w:id w:val="241775388"/>
                <w14:checkbox>
                  <w14:checked w14:val="0"/>
                  <w14:checkedState w14:val="2612" w14:font="MS Gothic"/>
                  <w14:uncheckedState w14:val="2610" w14:font="MS Gothic"/>
                </w14:checkbox>
              </w:sdtPr>
              <w:sdtContent>
                <w:r w:rsidR="00D76B7D">
                  <w:rPr>
                    <w:sz w:val="24"/>
                  </w:rPr>
                  <w:t>☐</w:t>
                </w:r>
              </w:sdtContent>
            </w:sdt>
          </w:p>
        </w:tc>
        <w:tc>
          <w:tcPr>
            <w:tcW w:w="2096" w:type="dxa"/>
          </w:tcPr>
          <w:p w14:paraId="171237B3" w14:textId="77777777" w:rsidR="00151075" w:rsidRDefault="00000000">
            <w:pPr>
              <w:spacing w:after="0"/>
              <w:jc w:val="center"/>
            </w:pPr>
            <w:sdt>
              <w:sdtPr>
                <w:alias w:val="CHECKBOX_39"/>
                <w:tag w:val="CHECKBOX_39"/>
                <w:id w:val="1635126774"/>
                <w14:checkbox>
                  <w14:checked w14:val="0"/>
                  <w14:checkedState w14:val="2612" w14:font="MS Gothic"/>
                  <w14:uncheckedState w14:val="2610" w14:font="MS Gothic"/>
                </w14:checkbox>
              </w:sdtPr>
              <w:sdtContent>
                <w:r w:rsidR="00D76B7D">
                  <w:rPr>
                    <w:sz w:val="24"/>
                  </w:rPr>
                  <w:t>☐</w:t>
                </w:r>
              </w:sdtContent>
            </w:sdt>
          </w:p>
        </w:tc>
        <w:tc>
          <w:tcPr>
            <w:tcW w:w="2096" w:type="dxa"/>
          </w:tcPr>
          <w:p w14:paraId="30EF8FD1" w14:textId="77777777" w:rsidR="00151075" w:rsidRDefault="00D76B7D">
            <w:pPr>
              <w:spacing w:after="0"/>
            </w:pPr>
            <w:r>
              <w:rPr>
                <w:color w:val="646464"/>
                <w:sz w:val="15"/>
              </w:rPr>
              <w:t>{{CATEGORIEËN_PERSOONSGEGEVENS_5_TOELICHTING}}</w:t>
            </w:r>
          </w:p>
        </w:tc>
      </w:tr>
      <w:tr w:rsidR="00151075" w14:paraId="3410B03F" w14:textId="77777777">
        <w:trPr>
          <w:jc w:val="center"/>
        </w:trPr>
        <w:tc>
          <w:tcPr>
            <w:tcW w:w="2096" w:type="dxa"/>
          </w:tcPr>
          <w:p w14:paraId="7F457946" w14:textId="77777777" w:rsidR="00151075" w:rsidRDefault="00D76B7D">
            <w:pPr>
              <w:spacing w:after="0"/>
            </w:pPr>
            <w:r>
              <w:rPr>
                <w:sz w:val="16"/>
              </w:rPr>
              <w:t>Medische gegevens</w:t>
            </w:r>
          </w:p>
        </w:tc>
        <w:tc>
          <w:tcPr>
            <w:tcW w:w="2096" w:type="dxa"/>
          </w:tcPr>
          <w:p w14:paraId="274A61DA" w14:textId="77777777" w:rsidR="00151075" w:rsidRDefault="00000000">
            <w:pPr>
              <w:spacing w:after="0"/>
              <w:jc w:val="center"/>
            </w:pPr>
            <w:sdt>
              <w:sdtPr>
                <w:alias w:val="CHECKBOX_40"/>
                <w:tag w:val="CHECKBOX_40"/>
                <w:id w:val="1306358703"/>
                <w14:checkbox>
                  <w14:checked w14:val="0"/>
                  <w14:checkedState w14:val="2612" w14:font="MS Gothic"/>
                  <w14:uncheckedState w14:val="2610" w14:font="MS Gothic"/>
                </w14:checkbox>
              </w:sdtPr>
              <w:sdtContent>
                <w:r w:rsidR="00D76B7D">
                  <w:rPr>
                    <w:sz w:val="24"/>
                  </w:rPr>
                  <w:t>☐</w:t>
                </w:r>
              </w:sdtContent>
            </w:sdt>
          </w:p>
        </w:tc>
        <w:tc>
          <w:tcPr>
            <w:tcW w:w="2096" w:type="dxa"/>
          </w:tcPr>
          <w:p w14:paraId="6B989F91" w14:textId="77777777" w:rsidR="00151075" w:rsidRDefault="00000000">
            <w:pPr>
              <w:spacing w:after="0"/>
              <w:jc w:val="center"/>
            </w:pPr>
            <w:sdt>
              <w:sdtPr>
                <w:alias w:val="CHECKBOX_41"/>
                <w:tag w:val="CHECKBOX_41"/>
                <w:id w:val="683236835"/>
                <w14:checkbox>
                  <w14:checked w14:val="0"/>
                  <w14:checkedState w14:val="2612" w14:font="MS Gothic"/>
                  <w14:uncheckedState w14:val="2610" w14:font="MS Gothic"/>
                </w14:checkbox>
              </w:sdtPr>
              <w:sdtContent>
                <w:r w:rsidR="00D76B7D">
                  <w:rPr>
                    <w:sz w:val="24"/>
                  </w:rPr>
                  <w:t>☐</w:t>
                </w:r>
              </w:sdtContent>
            </w:sdt>
          </w:p>
        </w:tc>
        <w:tc>
          <w:tcPr>
            <w:tcW w:w="2096" w:type="dxa"/>
          </w:tcPr>
          <w:p w14:paraId="592E606E" w14:textId="77777777" w:rsidR="00151075" w:rsidRDefault="00000000">
            <w:pPr>
              <w:spacing w:after="0"/>
              <w:jc w:val="center"/>
            </w:pPr>
            <w:sdt>
              <w:sdtPr>
                <w:alias w:val="CHECKBOX_42"/>
                <w:tag w:val="CHECKBOX_42"/>
                <w:id w:val="608652519"/>
                <w14:checkbox>
                  <w14:checked w14:val="0"/>
                  <w14:checkedState w14:val="2612" w14:font="MS Gothic"/>
                  <w14:uncheckedState w14:val="2610" w14:font="MS Gothic"/>
                </w14:checkbox>
              </w:sdtPr>
              <w:sdtContent>
                <w:r w:rsidR="00D76B7D">
                  <w:rPr>
                    <w:sz w:val="24"/>
                  </w:rPr>
                  <w:t>☐</w:t>
                </w:r>
              </w:sdtContent>
            </w:sdt>
          </w:p>
        </w:tc>
        <w:tc>
          <w:tcPr>
            <w:tcW w:w="2096" w:type="dxa"/>
          </w:tcPr>
          <w:p w14:paraId="63364562" w14:textId="77777777" w:rsidR="00151075" w:rsidRDefault="00D76B7D">
            <w:pPr>
              <w:spacing w:after="0"/>
            </w:pPr>
            <w:r>
              <w:rPr>
                <w:color w:val="646464"/>
                <w:sz w:val="15"/>
              </w:rPr>
              <w:t>{{CATEGORIEËN_PERSOONSGEGEVENS_6_TOELICHTING}}</w:t>
            </w:r>
          </w:p>
        </w:tc>
      </w:tr>
      <w:tr w:rsidR="00151075" w14:paraId="70395A4D" w14:textId="77777777">
        <w:trPr>
          <w:jc w:val="center"/>
        </w:trPr>
        <w:tc>
          <w:tcPr>
            <w:tcW w:w="2096" w:type="dxa"/>
          </w:tcPr>
          <w:p w14:paraId="7F462D16" w14:textId="77777777" w:rsidR="00151075" w:rsidRDefault="00D76B7D">
            <w:pPr>
              <w:spacing w:after="0"/>
            </w:pPr>
            <w:r>
              <w:rPr>
                <w:sz w:val="16"/>
              </w:rPr>
              <w:t>Zorgplan / behandelgegevens</w:t>
            </w:r>
          </w:p>
        </w:tc>
        <w:tc>
          <w:tcPr>
            <w:tcW w:w="2096" w:type="dxa"/>
          </w:tcPr>
          <w:p w14:paraId="423C9AC8" w14:textId="77777777" w:rsidR="00151075" w:rsidRDefault="00000000">
            <w:pPr>
              <w:spacing w:after="0"/>
              <w:jc w:val="center"/>
            </w:pPr>
            <w:sdt>
              <w:sdtPr>
                <w:alias w:val="CHECKBOX_43"/>
                <w:tag w:val="CHECKBOX_43"/>
                <w:id w:val="728982092"/>
                <w14:checkbox>
                  <w14:checked w14:val="0"/>
                  <w14:checkedState w14:val="2612" w14:font="MS Gothic"/>
                  <w14:uncheckedState w14:val="2610" w14:font="MS Gothic"/>
                </w14:checkbox>
              </w:sdtPr>
              <w:sdtContent>
                <w:r w:rsidR="00D76B7D">
                  <w:rPr>
                    <w:sz w:val="24"/>
                  </w:rPr>
                  <w:t>☐</w:t>
                </w:r>
              </w:sdtContent>
            </w:sdt>
          </w:p>
        </w:tc>
        <w:tc>
          <w:tcPr>
            <w:tcW w:w="2096" w:type="dxa"/>
          </w:tcPr>
          <w:p w14:paraId="2A0AB2D0" w14:textId="77777777" w:rsidR="00151075" w:rsidRDefault="00000000">
            <w:pPr>
              <w:spacing w:after="0"/>
              <w:jc w:val="center"/>
            </w:pPr>
            <w:sdt>
              <w:sdtPr>
                <w:alias w:val="CHECKBOX_44"/>
                <w:tag w:val="CHECKBOX_44"/>
                <w:id w:val="1962106137"/>
                <w14:checkbox>
                  <w14:checked w14:val="0"/>
                  <w14:checkedState w14:val="2612" w14:font="MS Gothic"/>
                  <w14:uncheckedState w14:val="2610" w14:font="MS Gothic"/>
                </w14:checkbox>
              </w:sdtPr>
              <w:sdtContent>
                <w:r w:rsidR="00D76B7D">
                  <w:rPr>
                    <w:sz w:val="24"/>
                  </w:rPr>
                  <w:t>☐</w:t>
                </w:r>
              </w:sdtContent>
            </w:sdt>
          </w:p>
        </w:tc>
        <w:tc>
          <w:tcPr>
            <w:tcW w:w="2096" w:type="dxa"/>
          </w:tcPr>
          <w:p w14:paraId="777AAC54" w14:textId="77777777" w:rsidR="00151075" w:rsidRDefault="00000000">
            <w:pPr>
              <w:spacing w:after="0"/>
              <w:jc w:val="center"/>
            </w:pPr>
            <w:sdt>
              <w:sdtPr>
                <w:alias w:val="CHECKBOX_45"/>
                <w:tag w:val="CHECKBOX_45"/>
                <w:id w:val="1668388653"/>
                <w14:checkbox>
                  <w14:checked w14:val="0"/>
                  <w14:checkedState w14:val="2612" w14:font="MS Gothic"/>
                  <w14:uncheckedState w14:val="2610" w14:font="MS Gothic"/>
                </w14:checkbox>
              </w:sdtPr>
              <w:sdtContent>
                <w:r w:rsidR="00D76B7D">
                  <w:rPr>
                    <w:sz w:val="24"/>
                  </w:rPr>
                  <w:t>☐</w:t>
                </w:r>
              </w:sdtContent>
            </w:sdt>
          </w:p>
        </w:tc>
        <w:tc>
          <w:tcPr>
            <w:tcW w:w="2096" w:type="dxa"/>
          </w:tcPr>
          <w:p w14:paraId="3831F965" w14:textId="77777777" w:rsidR="00151075" w:rsidRDefault="00D76B7D">
            <w:pPr>
              <w:spacing w:after="0"/>
            </w:pPr>
            <w:r>
              <w:rPr>
                <w:color w:val="646464"/>
                <w:sz w:val="15"/>
              </w:rPr>
              <w:t>{{CATEGORIEËN_PERSOONSGEGEVENS_7_TOELICHTING}}</w:t>
            </w:r>
          </w:p>
        </w:tc>
      </w:tr>
      <w:tr w:rsidR="00151075" w14:paraId="1E34EEA6" w14:textId="77777777">
        <w:trPr>
          <w:jc w:val="center"/>
        </w:trPr>
        <w:tc>
          <w:tcPr>
            <w:tcW w:w="2096" w:type="dxa"/>
          </w:tcPr>
          <w:p w14:paraId="634A282B" w14:textId="77777777" w:rsidR="00151075" w:rsidRDefault="00D76B7D">
            <w:pPr>
              <w:spacing w:after="0"/>
            </w:pPr>
            <w:r>
              <w:rPr>
                <w:sz w:val="16"/>
              </w:rPr>
              <w:t>Medicatiegegevens</w:t>
            </w:r>
          </w:p>
        </w:tc>
        <w:tc>
          <w:tcPr>
            <w:tcW w:w="2096" w:type="dxa"/>
          </w:tcPr>
          <w:p w14:paraId="2EF3DE8D" w14:textId="77777777" w:rsidR="00151075" w:rsidRDefault="00000000">
            <w:pPr>
              <w:spacing w:after="0"/>
              <w:jc w:val="center"/>
            </w:pPr>
            <w:sdt>
              <w:sdtPr>
                <w:alias w:val="CHECKBOX_46"/>
                <w:tag w:val="CHECKBOX_46"/>
                <w:id w:val="616508767"/>
                <w14:checkbox>
                  <w14:checked w14:val="0"/>
                  <w14:checkedState w14:val="2612" w14:font="MS Gothic"/>
                  <w14:uncheckedState w14:val="2610" w14:font="MS Gothic"/>
                </w14:checkbox>
              </w:sdtPr>
              <w:sdtContent>
                <w:r w:rsidR="00D76B7D">
                  <w:rPr>
                    <w:sz w:val="24"/>
                  </w:rPr>
                  <w:t>☐</w:t>
                </w:r>
              </w:sdtContent>
            </w:sdt>
          </w:p>
        </w:tc>
        <w:tc>
          <w:tcPr>
            <w:tcW w:w="2096" w:type="dxa"/>
          </w:tcPr>
          <w:p w14:paraId="5CAD9466" w14:textId="77777777" w:rsidR="00151075" w:rsidRDefault="00000000">
            <w:pPr>
              <w:spacing w:after="0"/>
              <w:jc w:val="center"/>
            </w:pPr>
            <w:sdt>
              <w:sdtPr>
                <w:alias w:val="CHECKBOX_47"/>
                <w:tag w:val="CHECKBOX_47"/>
                <w:id w:val="1043343177"/>
                <w14:checkbox>
                  <w14:checked w14:val="0"/>
                  <w14:checkedState w14:val="2612" w14:font="MS Gothic"/>
                  <w14:uncheckedState w14:val="2610" w14:font="MS Gothic"/>
                </w14:checkbox>
              </w:sdtPr>
              <w:sdtContent>
                <w:r w:rsidR="00D76B7D">
                  <w:rPr>
                    <w:sz w:val="24"/>
                  </w:rPr>
                  <w:t>☐</w:t>
                </w:r>
              </w:sdtContent>
            </w:sdt>
          </w:p>
        </w:tc>
        <w:tc>
          <w:tcPr>
            <w:tcW w:w="2096" w:type="dxa"/>
          </w:tcPr>
          <w:p w14:paraId="0A22EA58" w14:textId="77777777" w:rsidR="00151075" w:rsidRDefault="00000000">
            <w:pPr>
              <w:spacing w:after="0"/>
              <w:jc w:val="center"/>
            </w:pPr>
            <w:sdt>
              <w:sdtPr>
                <w:alias w:val="CHECKBOX_48"/>
                <w:tag w:val="CHECKBOX_48"/>
                <w:id w:val="1988639982"/>
                <w14:checkbox>
                  <w14:checked w14:val="0"/>
                  <w14:checkedState w14:val="2612" w14:font="MS Gothic"/>
                  <w14:uncheckedState w14:val="2610" w14:font="MS Gothic"/>
                </w14:checkbox>
              </w:sdtPr>
              <w:sdtContent>
                <w:r w:rsidR="00D76B7D">
                  <w:rPr>
                    <w:sz w:val="24"/>
                  </w:rPr>
                  <w:t>☐</w:t>
                </w:r>
              </w:sdtContent>
            </w:sdt>
          </w:p>
        </w:tc>
        <w:tc>
          <w:tcPr>
            <w:tcW w:w="2096" w:type="dxa"/>
          </w:tcPr>
          <w:p w14:paraId="7884EAE9" w14:textId="77777777" w:rsidR="00151075" w:rsidRDefault="00D76B7D">
            <w:pPr>
              <w:spacing w:after="0"/>
            </w:pPr>
            <w:r>
              <w:rPr>
                <w:color w:val="646464"/>
                <w:sz w:val="15"/>
              </w:rPr>
              <w:t>{{CATEGORIEËN_PERSOONSGEGEVENS_8_TOELICHTING}}</w:t>
            </w:r>
          </w:p>
        </w:tc>
      </w:tr>
      <w:tr w:rsidR="00151075" w14:paraId="711C6074" w14:textId="77777777">
        <w:trPr>
          <w:jc w:val="center"/>
        </w:trPr>
        <w:tc>
          <w:tcPr>
            <w:tcW w:w="2096" w:type="dxa"/>
          </w:tcPr>
          <w:p w14:paraId="6FB40F79" w14:textId="77777777" w:rsidR="00151075" w:rsidRDefault="00D76B7D">
            <w:pPr>
              <w:spacing w:after="0"/>
            </w:pPr>
            <w:r>
              <w:rPr>
                <w:sz w:val="16"/>
              </w:rPr>
              <w:t>Financiële gegevens</w:t>
            </w:r>
          </w:p>
        </w:tc>
        <w:tc>
          <w:tcPr>
            <w:tcW w:w="2096" w:type="dxa"/>
          </w:tcPr>
          <w:p w14:paraId="69C2857F" w14:textId="77777777" w:rsidR="00151075" w:rsidRDefault="00000000">
            <w:pPr>
              <w:spacing w:after="0"/>
              <w:jc w:val="center"/>
            </w:pPr>
            <w:sdt>
              <w:sdtPr>
                <w:alias w:val="CHECKBOX_49"/>
                <w:tag w:val="CHECKBOX_49"/>
                <w:id w:val="44245387"/>
                <w14:checkbox>
                  <w14:checked w14:val="0"/>
                  <w14:checkedState w14:val="2612" w14:font="MS Gothic"/>
                  <w14:uncheckedState w14:val="2610" w14:font="MS Gothic"/>
                </w14:checkbox>
              </w:sdtPr>
              <w:sdtContent>
                <w:r w:rsidR="00D76B7D">
                  <w:rPr>
                    <w:sz w:val="24"/>
                  </w:rPr>
                  <w:t>☐</w:t>
                </w:r>
              </w:sdtContent>
            </w:sdt>
          </w:p>
        </w:tc>
        <w:tc>
          <w:tcPr>
            <w:tcW w:w="2096" w:type="dxa"/>
          </w:tcPr>
          <w:p w14:paraId="668852BE" w14:textId="77777777" w:rsidR="00151075" w:rsidRDefault="00000000">
            <w:pPr>
              <w:spacing w:after="0"/>
              <w:jc w:val="center"/>
            </w:pPr>
            <w:sdt>
              <w:sdtPr>
                <w:alias w:val="CHECKBOX_50"/>
                <w:tag w:val="CHECKBOX_50"/>
                <w:id w:val="15690530"/>
                <w14:checkbox>
                  <w14:checked w14:val="0"/>
                  <w14:checkedState w14:val="2612" w14:font="MS Gothic"/>
                  <w14:uncheckedState w14:val="2610" w14:font="MS Gothic"/>
                </w14:checkbox>
              </w:sdtPr>
              <w:sdtContent>
                <w:r w:rsidR="00D76B7D">
                  <w:rPr>
                    <w:sz w:val="24"/>
                  </w:rPr>
                  <w:t>☐</w:t>
                </w:r>
              </w:sdtContent>
            </w:sdt>
          </w:p>
        </w:tc>
        <w:tc>
          <w:tcPr>
            <w:tcW w:w="2096" w:type="dxa"/>
          </w:tcPr>
          <w:p w14:paraId="16DB3BA9" w14:textId="77777777" w:rsidR="00151075" w:rsidRDefault="00000000">
            <w:pPr>
              <w:spacing w:after="0"/>
              <w:jc w:val="center"/>
            </w:pPr>
            <w:sdt>
              <w:sdtPr>
                <w:alias w:val="CHECKBOX_51"/>
                <w:tag w:val="CHECKBOX_51"/>
                <w:id w:val="1155997056"/>
                <w14:checkbox>
                  <w14:checked w14:val="0"/>
                  <w14:checkedState w14:val="2612" w14:font="MS Gothic"/>
                  <w14:uncheckedState w14:val="2610" w14:font="MS Gothic"/>
                </w14:checkbox>
              </w:sdtPr>
              <w:sdtContent>
                <w:r w:rsidR="00D76B7D">
                  <w:rPr>
                    <w:sz w:val="24"/>
                  </w:rPr>
                  <w:t>☐</w:t>
                </w:r>
              </w:sdtContent>
            </w:sdt>
          </w:p>
        </w:tc>
        <w:tc>
          <w:tcPr>
            <w:tcW w:w="2096" w:type="dxa"/>
          </w:tcPr>
          <w:p w14:paraId="738C86CD" w14:textId="77777777" w:rsidR="00151075" w:rsidRDefault="00D76B7D">
            <w:pPr>
              <w:spacing w:after="0"/>
            </w:pPr>
            <w:r>
              <w:rPr>
                <w:color w:val="646464"/>
                <w:sz w:val="15"/>
              </w:rPr>
              <w:t>{{CATEGORIEËN_PERSOONSGEGEVENS_9_TOELICHTING}}</w:t>
            </w:r>
          </w:p>
        </w:tc>
      </w:tr>
      <w:tr w:rsidR="00151075" w14:paraId="1DCD29B1" w14:textId="77777777">
        <w:trPr>
          <w:jc w:val="center"/>
        </w:trPr>
        <w:tc>
          <w:tcPr>
            <w:tcW w:w="2096" w:type="dxa"/>
          </w:tcPr>
          <w:p w14:paraId="68AD3740" w14:textId="77777777" w:rsidR="00151075" w:rsidRDefault="00D76B7D">
            <w:pPr>
              <w:spacing w:after="0"/>
            </w:pPr>
            <w:r>
              <w:rPr>
                <w:sz w:val="16"/>
              </w:rPr>
              <w:lastRenderedPageBreak/>
              <w:t>Locatiegegevens</w:t>
            </w:r>
          </w:p>
        </w:tc>
        <w:tc>
          <w:tcPr>
            <w:tcW w:w="2096" w:type="dxa"/>
          </w:tcPr>
          <w:p w14:paraId="582D8EDB" w14:textId="77777777" w:rsidR="00151075" w:rsidRDefault="00000000">
            <w:pPr>
              <w:spacing w:after="0"/>
              <w:jc w:val="center"/>
            </w:pPr>
            <w:sdt>
              <w:sdtPr>
                <w:alias w:val="CHECKBOX_52"/>
                <w:tag w:val="CHECKBOX_52"/>
                <w:id w:val="1650535349"/>
                <w14:checkbox>
                  <w14:checked w14:val="0"/>
                  <w14:checkedState w14:val="2612" w14:font="MS Gothic"/>
                  <w14:uncheckedState w14:val="2610" w14:font="MS Gothic"/>
                </w14:checkbox>
              </w:sdtPr>
              <w:sdtContent>
                <w:r w:rsidR="00D76B7D">
                  <w:rPr>
                    <w:sz w:val="24"/>
                  </w:rPr>
                  <w:t>☐</w:t>
                </w:r>
              </w:sdtContent>
            </w:sdt>
          </w:p>
        </w:tc>
        <w:tc>
          <w:tcPr>
            <w:tcW w:w="2096" w:type="dxa"/>
          </w:tcPr>
          <w:p w14:paraId="66CE4405" w14:textId="77777777" w:rsidR="00151075" w:rsidRDefault="00000000">
            <w:pPr>
              <w:spacing w:after="0"/>
              <w:jc w:val="center"/>
            </w:pPr>
            <w:sdt>
              <w:sdtPr>
                <w:alias w:val="CHECKBOX_53"/>
                <w:tag w:val="CHECKBOX_53"/>
                <w:id w:val="420895425"/>
                <w14:checkbox>
                  <w14:checked w14:val="0"/>
                  <w14:checkedState w14:val="2612" w14:font="MS Gothic"/>
                  <w14:uncheckedState w14:val="2610" w14:font="MS Gothic"/>
                </w14:checkbox>
              </w:sdtPr>
              <w:sdtContent>
                <w:r w:rsidR="00D76B7D">
                  <w:rPr>
                    <w:sz w:val="24"/>
                  </w:rPr>
                  <w:t>☐</w:t>
                </w:r>
              </w:sdtContent>
            </w:sdt>
          </w:p>
        </w:tc>
        <w:tc>
          <w:tcPr>
            <w:tcW w:w="2096" w:type="dxa"/>
          </w:tcPr>
          <w:p w14:paraId="12145334" w14:textId="77777777" w:rsidR="00151075" w:rsidRDefault="00000000">
            <w:pPr>
              <w:spacing w:after="0"/>
              <w:jc w:val="center"/>
            </w:pPr>
            <w:sdt>
              <w:sdtPr>
                <w:alias w:val="CHECKBOX_54"/>
                <w:tag w:val="CHECKBOX_54"/>
                <w:id w:val="1466709"/>
                <w14:checkbox>
                  <w14:checked w14:val="0"/>
                  <w14:checkedState w14:val="2612" w14:font="MS Gothic"/>
                  <w14:uncheckedState w14:val="2610" w14:font="MS Gothic"/>
                </w14:checkbox>
              </w:sdtPr>
              <w:sdtContent>
                <w:r w:rsidR="00D76B7D">
                  <w:rPr>
                    <w:sz w:val="24"/>
                  </w:rPr>
                  <w:t>☐</w:t>
                </w:r>
              </w:sdtContent>
            </w:sdt>
          </w:p>
        </w:tc>
        <w:tc>
          <w:tcPr>
            <w:tcW w:w="2096" w:type="dxa"/>
          </w:tcPr>
          <w:p w14:paraId="30C8AE22" w14:textId="77777777" w:rsidR="00151075" w:rsidRDefault="00D76B7D">
            <w:pPr>
              <w:spacing w:after="0"/>
            </w:pPr>
            <w:r>
              <w:rPr>
                <w:color w:val="646464"/>
                <w:sz w:val="15"/>
              </w:rPr>
              <w:t>{{CATEGORIEËN_PERSOONSGEGEVENS_10_TOELICHTING}}</w:t>
            </w:r>
          </w:p>
        </w:tc>
      </w:tr>
      <w:tr w:rsidR="00151075" w14:paraId="5097C81F" w14:textId="77777777">
        <w:trPr>
          <w:jc w:val="center"/>
        </w:trPr>
        <w:tc>
          <w:tcPr>
            <w:tcW w:w="2096" w:type="dxa"/>
          </w:tcPr>
          <w:p w14:paraId="62C52EE2" w14:textId="77777777" w:rsidR="00151075" w:rsidRDefault="00D76B7D">
            <w:pPr>
              <w:spacing w:after="0"/>
            </w:pPr>
            <w:r>
              <w:rPr>
                <w:sz w:val="16"/>
              </w:rPr>
              <w:t>Communicatiegegevens</w:t>
            </w:r>
          </w:p>
        </w:tc>
        <w:tc>
          <w:tcPr>
            <w:tcW w:w="2096" w:type="dxa"/>
          </w:tcPr>
          <w:p w14:paraId="41A48E29" w14:textId="77777777" w:rsidR="00151075" w:rsidRDefault="00000000">
            <w:pPr>
              <w:spacing w:after="0"/>
              <w:jc w:val="center"/>
            </w:pPr>
            <w:sdt>
              <w:sdtPr>
                <w:alias w:val="CHECKBOX_55"/>
                <w:tag w:val="CHECKBOX_55"/>
                <w:id w:val="1783665422"/>
                <w14:checkbox>
                  <w14:checked w14:val="0"/>
                  <w14:checkedState w14:val="2612" w14:font="MS Gothic"/>
                  <w14:uncheckedState w14:val="2610" w14:font="MS Gothic"/>
                </w14:checkbox>
              </w:sdtPr>
              <w:sdtContent>
                <w:r w:rsidR="00D76B7D">
                  <w:rPr>
                    <w:sz w:val="24"/>
                  </w:rPr>
                  <w:t>☐</w:t>
                </w:r>
              </w:sdtContent>
            </w:sdt>
          </w:p>
        </w:tc>
        <w:tc>
          <w:tcPr>
            <w:tcW w:w="2096" w:type="dxa"/>
          </w:tcPr>
          <w:p w14:paraId="60EE909C" w14:textId="77777777" w:rsidR="00151075" w:rsidRDefault="00000000">
            <w:pPr>
              <w:spacing w:after="0"/>
              <w:jc w:val="center"/>
            </w:pPr>
            <w:sdt>
              <w:sdtPr>
                <w:alias w:val="CHECKBOX_56"/>
                <w:tag w:val="CHECKBOX_56"/>
                <w:id w:val="953519094"/>
                <w14:checkbox>
                  <w14:checked w14:val="0"/>
                  <w14:checkedState w14:val="2612" w14:font="MS Gothic"/>
                  <w14:uncheckedState w14:val="2610" w14:font="MS Gothic"/>
                </w14:checkbox>
              </w:sdtPr>
              <w:sdtContent>
                <w:r w:rsidR="00D76B7D">
                  <w:rPr>
                    <w:sz w:val="24"/>
                  </w:rPr>
                  <w:t>☐</w:t>
                </w:r>
              </w:sdtContent>
            </w:sdt>
          </w:p>
        </w:tc>
        <w:tc>
          <w:tcPr>
            <w:tcW w:w="2096" w:type="dxa"/>
          </w:tcPr>
          <w:p w14:paraId="3B2EA915" w14:textId="77777777" w:rsidR="00151075" w:rsidRDefault="00000000">
            <w:pPr>
              <w:spacing w:after="0"/>
              <w:jc w:val="center"/>
            </w:pPr>
            <w:sdt>
              <w:sdtPr>
                <w:alias w:val="CHECKBOX_57"/>
                <w:tag w:val="CHECKBOX_57"/>
                <w:id w:val="6456783"/>
                <w14:checkbox>
                  <w14:checked w14:val="0"/>
                  <w14:checkedState w14:val="2612" w14:font="MS Gothic"/>
                  <w14:uncheckedState w14:val="2610" w14:font="MS Gothic"/>
                </w14:checkbox>
              </w:sdtPr>
              <w:sdtContent>
                <w:r w:rsidR="00D76B7D">
                  <w:rPr>
                    <w:sz w:val="24"/>
                  </w:rPr>
                  <w:t>☐</w:t>
                </w:r>
              </w:sdtContent>
            </w:sdt>
          </w:p>
        </w:tc>
        <w:tc>
          <w:tcPr>
            <w:tcW w:w="2096" w:type="dxa"/>
          </w:tcPr>
          <w:p w14:paraId="08196080" w14:textId="77777777" w:rsidR="00151075" w:rsidRDefault="00D76B7D">
            <w:pPr>
              <w:spacing w:after="0"/>
            </w:pPr>
            <w:r>
              <w:rPr>
                <w:color w:val="646464"/>
                <w:sz w:val="15"/>
              </w:rPr>
              <w:t>{{CATEGORIEËN_PERSOONSGEGEVENS_11_TOELICHTING}}</w:t>
            </w:r>
          </w:p>
        </w:tc>
      </w:tr>
      <w:tr w:rsidR="00151075" w14:paraId="43C7A653" w14:textId="77777777">
        <w:trPr>
          <w:jc w:val="center"/>
        </w:trPr>
        <w:tc>
          <w:tcPr>
            <w:tcW w:w="2096" w:type="dxa"/>
          </w:tcPr>
          <w:p w14:paraId="69E51AE3" w14:textId="77777777" w:rsidR="00151075" w:rsidRDefault="00D76B7D">
            <w:pPr>
              <w:spacing w:after="0"/>
            </w:pPr>
            <w:r>
              <w:rPr>
                <w:sz w:val="16"/>
              </w:rPr>
              <w:t>Loggegevens</w:t>
            </w:r>
          </w:p>
        </w:tc>
        <w:tc>
          <w:tcPr>
            <w:tcW w:w="2096" w:type="dxa"/>
          </w:tcPr>
          <w:p w14:paraId="15455733" w14:textId="77777777" w:rsidR="00151075" w:rsidRDefault="00000000">
            <w:pPr>
              <w:spacing w:after="0"/>
              <w:jc w:val="center"/>
            </w:pPr>
            <w:sdt>
              <w:sdtPr>
                <w:alias w:val="CHECKBOX_58"/>
                <w:tag w:val="CHECKBOX_58"/>
                <w:id w:val="192484535"/>
                <w14:checkbox>
                  <w14:checked w14:val="0"/>
                  <w14:checkedState w14:val="2612" w14:font="MS Gothic"/>
                  <w14:uncheckedState w14:val="2610" w14:font="MS Gothic"/>
                </w14:checkbox>
              </w:sdtPr>
              <w:sdtContent>
                <w:r w:rsidR="00D76B7D">
                  <w:rPr>
                    <w:sz w:val="24"/>
                  </w:rPr>
                  <w:t>☐</w:t>
                </w:r>
              </w:sdtContent>
            </w:sdt>
          </w:p>
        </w:tc>
        <w:tc>
          <w:tcPr>
            <w:tcW w:w="2096" w:type="dxa"/>
          </w:tcPr>
          <w:p w14:paraId="202F061D" w14:textId="77777777" w:rsidR="00151075" w:rsidRDefault="00000000">
            <w:pPr>
              <w:spacing w:after="0"/>
              <w:jc w:val="center"/>
            </w:pPr>
            <w:sdt>
              <w:sdtPr>
                <w:alias w:val="CHECKBOX_59"/>
                <w:tag w:val="CHECKBOX_59"/>
                <w:id w:val="1584423577"/>
                <w14:checkbox>
                  <w14:checked w14:val="0"/>
                  <w14:checkedState w14:val="2612" w14:font="MS Gothic"/>
                  <w14:uncheckedState w14:val="2610" w14:font="MS Gothic"/>
                </w14:checkbox>
              </w:sdtPr>
              <w:sdtContent>
                <w:r w:rsidR="00D76B7D">
                  <w:rPr>
                    <w:sz w:val="24"/>
                  </w:rPr>
                  <w:t>☐</w:t>
                </w:r>
              </w:sdtContent>
            </w:sdt>
          </w:p>
        </w:tc>
        <w:tc>
          <w:tcPr>
            <w:tcW w:w="2096" w:type="dxa"/>
          </w:tcPr>
          <w:p w14:paraId="470A3E0F" w14:textId="77777777" w:rsidR="00151075" w:rsidRDefault="00000000">
            <w:pPr>
              <w:spacing w:after="0"/>
              <w:jc w:val="center"/>
            </w:pPr>
            <w:sdt>
              <w:sdtPr>
                <w:alias w:val="CHECKBOX_60"/>
                <w:tag w:val="CHECKBOX_60"/>
                <w:id w:val="1282989797"/>
                <w14:checkbox>
                  <w14:checked w14:val="0"/>
                  <w14:checkedState w14:val="2612" w14:font="MS Gothic"/>
                  <w14:uncheckedState w14:val="2610" w14:font="MS Gothic"/>
                </w14:checkbox>
              </w:sdtPr>
              <w:sdtContent>
                <w:r w:rsidR="00D76B7D">
                  <w:rPr>
                    <w:sz w:val="24"/>
                  </w:rPr>
                  <w:t>☐</w:t>
                </w:r>
              </w:sdtContent>
            </w:sdt>
          </w:p>
        </w:tc>
        <w:tc>
          <w:tcPr>
            <w:tcW w:w="2096" w:type="dxa"/>
          </w:tcPr>
          <w:p w14:paraId="6EFB8FC7" w14:textId="77777777" w:rsidR="00151075" w:rsidRDefault="00D76B7D">
            <w:pPr>
              <w:spacing w:after="0"/>
            </w:pPr>
            <w:r>
              <w:rPr>
                <w:color w:val="646464"/>
                <w:sz w:val="15"/>
              </w:rPr>
              <w:t>{{CATEGORIEËN_PERSOONSGEGEVENS_12_TOELICHTING}}</w:t>
            </w:r>
          </w:p>
        </w:tc>
      </w:tr>
      <w:tr w:rsidR="00151075" w14:paraId="30758460" w14:textId="77777777">
        <w:trPr>
          <w:jc w:val="center"/>
        </w:trPr>
        <w:tc>
          <w:tcPr>
            <w:tcW w:w="2096" w:type="dxa"/>
          </w:tcPr>
          <w:p w14:paraId="5D44A0AE" w14:textId="77777777" w:rsidR="00151075" w:rsidRDefault="00D76B7D">
            <w:pPr>
              <w:spacing w:after="0"/>
            </w:pPr>
            <w:r>
              <w:rPr>
                <w:sz w:val="16"/>
              </w:rPr>
              <w:t>Beeld- of geluidsmateriaal</w:t>
            </w:r>
          </w:p>
        </w:tc>
        <w:tc>
          <w:tcPr>
            <w:tcW w:w="2096" w:type="dxa"/>
          </w:tcPr>
          <w:p w14:paraId="2CD52DF2" w14:textId="77777777" w:rsidR="00151075" w:rsidRDefault="00000000">
            <w:pPr>
              <w:spacing w:after="0"/>
              <w:jc w:val="center"/>
            </w:pPr>
            <w:sdt>
              <w:sdtPr>
                <w:alias w:val="CHECKBOX_61"/>
                <w:tag w:val="CHECKBOX_61"/>
                <w:id w:val="1140867"/>
                <w14:checkbox>
                  <w14:checked w14:val="0"/>
                  <w14:checkedState w14:val="2612" w14:font="MS Gothic"/>
                  <w14:uncheckedState w14:val="2610" w14:font="MS Gothic"/>
                </w14:checkbox>
              </w:sdtPr>
              <w:sdtContent>
                <w:r w:rsidR="00D76B7D">
                  <w:rPr>
                    <w:sz w:val="24"/>
                  </w:rPr>
                  <w:t>☐</w:t>
                </w:r>
              </w:sdtContent>
            </w:sdt>
          </w:p>
        </w:tc>
        <w:tc>
          <w:tcPr>
            <w:tcW w:w="2096" w:type="dxa"/>
          </w:tcPr>
          <w:p w14:paraId="095064A0" w14:textId="77777777" w:rsidR="00151075" w:rsidRDefault="00000000">
            <w:pPr>
              <w:spacing w:after="0"/>
              <w:jc w:val="center"/>
            </w:pPr>
            <w:sdt>
              <w:sdtPr>
                <w:alias w:val="CHECKBOX_62"/>
                <w:tag w:val="CHECKBOX_62"/>
                <w:id w:val="1414824861"/>
                <w14:checkbox>
                  <w14:checked w14:val="0"/>
                  <w14:checkedState w14:val="2612" w14:font="MS Gothic"/>
                  <w14:uncheckedState w14:val="2610" w14:font="MS Gothic"/>
                </w14:checkbox>
              </w:sdtPr>
              <w:sdtContent>
                <w:r w:rsidR="00D76B7D">
                  <w:rPr>
                    <w:sz w:val="24"/>
                  </w:rPr>
                  <w:t>☐</w:t>
                </w:r>
              </w:sdtContent>
            </w:sdt>
          </w:p>
        </w:tc>
        <w:tc>
          <w:tcPr>
            <w:tcW w:w="2096" w:type="dxa"/>
          </w:tcPr>
          <w:p w14:paraId="6C30FB14" w14:textId="77777777" w:rsidR="00151075" w:rsidRDefault="00000000">
            <w:pPr>
              <w:spacing w:after="0"/>
              <w:jc w:val="center"/>
            </w:pPr>
            <w:sdt>
              <w:sdtPr>
                <w:alias w:val="CHECKBOX_63"/>
                <w:tag w:val="CHECKBOX_63"/>
                <w:id w:val="1830374958"/>
                <w14:checkbox>
                  <w14:checked w14:val="0"/>
                  <w14:checkedState w14:val="2612" w14:font="MS Gothic"/>
                  <w14:uncheckedState w14:val="2610" w14:font="MS Gothic"/>
                </w14:checkbox>
              </w:sdtPr>
              <w:sdtContent>
                <w:r w:rsidR="00D76B7D">
                  <w:rPr>
                    <w:sz w:val="24"/>
                  </w:rPr>
                  <w:t>☐</w:t>
                </w:r>
              </w:sdtContent>
            </w:sdt>
          </w:p>
        </w:tc>
        <w:tc>
          <w:tcPr>
            <w:tcW w:w="2096" w:type="dxa"/>
          </w:tcPr>
          <w:p w14:paraId="2E1D2DDF" w14:textId="77777777" w:rsidR="00151075" w:rsidRDefault="00D76B7D">
            <w:pPr>
              <w:spacing w:after="0"/>
            </w:pPr>
            <w:r>
              <w:rPr>
                <w:color w:val="646464"/>
                <w:sz w:val="15"/>
              </w:rPr>
              <w:t>{{CATEGORIEËN_PERSOONSGEGEVENS_13_TOELICHTING}}</w:t>
            </w:r>
          </w:p>
        </w:tc>
      </w:tr>
      <w:tr w:rsidR="00151075" w14:paraId="3A435E05" w14:textId="77777777">
        <w:trPr>
          <w:jc w:val="center"/>
        </w:trPr>
        <w:tc>
          <w:tcPr>
            <w:tcW w:w="2096" w:type="dxa"/>
          </w:tcPr>
          <w:p w14:paraId="276431D7" w14:textId="77777777" w:rsidR="00151075" w:rsidRDefault="00D76B7D">
            <w:pPr>
              <w:spacing w:after="0"/>
            </w:pPr>
            <w:r>
              <w:rPr>
                <w:sz w:val="16"/>
              </w:rPr>
              <w:t>Biometrische gegevens</w:t>
            </w:r>
          </w:p>
        </w:tc>
        <w:tc>
          <w:tcPr>
            <w:tcW w:w="2096" w:type="dxa"/>
          </w:tcPr>
          <w:p w14:paraId="49D8CC36" w14:textId="77777777" w:rsidR="00151075" w:rsidRDefault="00000000">
            <w:pPr>
              <w:spacing w:after="0"/>
              <w:jc w:val="center"/>
            </w:pPr>
            <w:sdt>
              <w:sdtPr>
                <w:alias w:val="CHECKBOX_64"/>
                <w:tag w:val="CHECKBOX_64"/>
                <w:id w:val="463072220"/>
                <w14:checkbox>
                  <w14:checked w14:val="0"/>
                  <w14:checkedState w14:val="2612" w14:font="MS Gothic"/>
                  <w14:uncheckedState w14:val="2610" w14:font="MS Gothic"/>
                </w14:checkbox>
              </w:sdtPr>
              <w:sdtContent>
                <w:r w:rsidR="00D76B7D">
                  <w:rPr>
                    <w:sz w:val="24"/>
                  </w:rPr>
                  <w:t>☐</w:t>
                </w:r>
              </w:sdtContent>
            </w:sdt>
          </w:p>
        </w:tc>
        <w:tc>
          <w:tcPr>
            <w:tcW w:w="2096" w:type="dxa"/>
          </w:tcPr>
          <w:p w14:paraId="1D1F1BEB" w14:textId="77777777" w:rsidR="00151075" w:rsidRDefault="00000000">
            <w:pPr>
              <w:spacing w:after="0"/>
              <w:jc w:val="center"/>
            </w:pPr>
            <w:sdt>
              <w:sdtPr>
                <w:alias w:val="CHECKBOX_65"/>
                <w:tag w:val="CHECKBOX_65"/>
                <w:id w:val="144875921"/>
                <w14:checkbox>
                  <w14:checked w14:val="0"/>
                  <w14:checkedState w14:val="2612" w14:font="MS Gothic"/>
                  <w14:uncheckedState w14:val="2610" w14:font="MS Gothic"/>
                </w14:checkbox>
              </w:sdtPr>
              <w:sdtContent>
                <w:r w:rsidR="00D76B7D">
                  <w:rPr>
                    <w:sz w:val="24"/>
                  </w:rPr>
                  <w:t>☐</w:t>
                </w:r>
              </w:sdtContent>
            </w:sdt>
          </w:p>
        </w:tc>
        <w:tc>
          <w:tcPr>
            <w:tcW w:w="2096" w:type="dxa"/>
          </w:tcPr>
          <w:p w14:paraId="4D7EDA37" w14:textId="77777777" w:rsidR="00151075" w:rsidRDefault="00000000">
            <w:pPr>
              <w:spacing w:after="0"/>
              <w:jc w:val="center"/>
            </w:pPr>
            <w:sdt>
              <w:sdtPr>
                <w:alias w:val="CHECKBOX_66"/>
                <w:tag w:val="CHECKBOX_66"/>
                <w:id w:val="1180078852"/>
                <w14:checkbox>
                  <w14:checked w14:val="0"/>
                  <w14:checkedState w14:val="2612" w14:font="MS Gothic"/>
                  <w14:uncheckedState w14:val="2610" w14:font="MS Gothic"/>
                </w14:checkbox>
              </w:sdtPr>
              <w:sdtContent>
                <w:r w:rsidR="00D76B7D">
                  <w:rPr>
                    <w:sz w:val="24"/>
                  </w:rPr>
                  <w:t>☐</w:t>
                </w:r>
              </w:sdtContent>
            </w:sdt>
          </w:p>
        </w:tc>
        <w:tc>
          <w:tcPr>
            <w:tcW w:w="2096" w:type="dxa"/>
          </w:tcPr>
          <w:p w14:paraId="168653A3" w14:textId="77777777" w:rsidR="00151075" w:rsidRDefault="00D76B7D">
            <w:pPr>
              <w:spacing w:after="0"/>
            </w:pPr>
            <w:r>
              <w:rPr>
                <w:color w:val="646464"/>
                <w:sz w:val="15"/>
              </w:rPr>
              <w:t>{{CATEGORIEËN_PERSOONSGEGEVENS_14_TOELICHTING}}</w:t>
            </w:r>
          </w:p>
        </w:tc>
      </w:tr>
      <w:tr w:rsidR="00151075" w14:paraId="17C18690" w14:textId="77777777">
        <w:trPr>
          <w:jc w:val="center"/>
        </w:trPr>
        <w:tc>
          <w:tcPr>
            <w:tcW w:w="2096" w:type="dxa"/>
          </w:tcPr>
          <w:p w14:paraId="457ABC6F" w14:textId="77777777" w:rsidR="00151075" w:rsidRDefault="00D76B7D">
            <w:pPr>
              <w:spacing w:after="0"/>
            </w:pPr>
            <w:r>
              <w:rPr>
                <w:sz w:val="16"/>
              </w:rPr>
              <w:t>Genetische gegevens</w:t>
            </w:r>
          </w:p>
        </w:tc>
        <w:tc>
          <w:tcPr>
            <w:tcW w:w="2096" w:type="dxa"/>
          </w:tcPr>
          <w:p w14:paraId="109BC744" w14:textId="77777777" w:rsidR="00151075" w:rsidRDefault="00000000">
            <w:pPr>
              <w:spacing w:after="0"/>
              <w:jc w:val="center"/>
            </w:pPr>
            <w:sdt>
              <w:sdtPr>
                <w:alias w:val="CHECKBOX_67"/>
                <w:tag w:val="CHECKBOX_67"/>
                <w:id w:val="1624939471"/>
                <w14:checkbox>
                  <w14:checked w14:val="0"/>
                  <w14:checkedState w14:val="2612" w14:font="MS Gothic"/>
                  <w14:uncheckedState w14:val="2610" w14:font="MS Gothic"/>
                </w14:checkbox>
              </w:sdtPr>
              <w:sdtContent>
                <w:r w:rsidR="00D76B7D">
                  <w:rPr>
                    <w:sz w:val="24"/>
                  </w:rPr>
                  <w:t>☐</w:t>
                </w:r>
              </w:sdtContent>
            </w:sdt>
          </w:p>
        </w:tc>
        <w:tc>
          <w:tcPr>
            <w:tcW w:w="2096" w:type="dxa"/>
          </w:tcPr>
          <w:p w14:paraId="4338467B" w14:textId="77777777" w:rsidR="00151075" w:rsidRDefault="00000000">
            <w:pPr>
              <w:spacing w:after="0"/>
              <w:jc w:val="center"/>
            </w:pPr>
            <w:sdt>
              <w:sdtPr>
                <w:alias w:val="CHECKBOX_68"/>
                <w:tag w:val="CHECKBOX_68"/>
                <w:id w:val="1692904556"/>
                <w14:checkbox>
                  <w14:checked w14:val="0"/>
                  <w14:checkedState w14:val="2612" w14:font="MS Gothic"/>
                  <w14:uncheckedState w14:val="2610" w14:font="MS Gothic"/>
                </w14:checkbox>
              </w:sdtPr>
              <w:sdtContent>
                <w:r w:rsidR="00D76B7D">
                  <w:rPr>
                    <w:sz w:val="24"/>
                  </w:rPr>
                  <w:t>☐</w:t>
                </w:r>
              </w:sdtContent>
            </w:sdt>
          </w:p>
        </w:tc>
        <w:tc>
          <w:tcPr>
            <w:tcW w:w="2096" w:type="dxa"/>
          </w:tcPr>
          <w:p w14:paraId="60F4C129" w14:textId="77777777" w:rsidR="00151075" w:rsidRDefault="00000000">
            <w:pPr>
              <w:spacing w:after="0"/>
              <w:jc w:val="center"/>
            </w:pPr>
            <w:sdt>
              <w:sdtPr>
                <w:alias w:val="CHECKBOX_69"/>
                <w:tag w:val="CHECKBOX_69"/>
                <w:id w:val="961625342"/>
                <w14:checkbox>
                  <w14:checked w14:val="0"/>
                  <w14:checkedState w14:val="2612" w14:font="MS Gothic"/>
                  <w14:uncheckedState w14:val="2610" w14:font="MS Gothic"/>
                </w14:checkbox>
              </w:sdtPr>
              <w:sdtContent>
                <w:r w:rsidR="00D76B7D">
                  <w:rPr>
                    <w:sz w:val="24"/>
                  </w:rPr>
                  <w:t>☐</w:t>
                </w:r>
              </w:sdtContent>
            </w:sdt>
          </w:p>
        </w:tc>
        <w:tc>
          <w:tcPr>
            <w:tcW w:w="2096" w:type="dxa"/>
          </w:tcPr>
          <w:p w14:paraId="28A331FD" w14:textId="77777777" w:rsidR="00151075" w:rsidRDefault="00D76B7D">
            <w:pPr>
              <w:spacing w:after="0"/>
            </w:pPr>
            <w:r>
              <w:rPr>
                <w:color w:val="646464"/>
                <w:sz w:val="15"/>
              </w:rPr>
              <w:t>{{CATEGORIEËN_PERSOONSGEGEVENS_15_TOELICHTING}}</w:t>
            </w:r>
          </w:p>
        </w:tc>
      </w:tr>
      <w:tr w:rsidR="00151075" w14:paraId="175C6632" w14:textId="77777777">
        <w:trPr>
          <w:jc w:val="center"/>
        </w:trPr>
        <w:tc>
          <w:tcPr>
            <w:tcW w:w="2096" w:type="dxa"/>
          </w:tcPr>
          <w:p w14:paraId="7653F902" w14:textId="77777777" w:rsidR="00151075" w:rsidRDefault="00D76B7D">
            <w:pPr>
              <w:spacing w:after="0"/>
            </w:pPr>
            <w:r>
              <w:rPr>
                <w:sz w:val="16"/>
              </w:rPr>
              <w:t>Gebruikersaccounts / autorisatiegegevens</w:t>
            </w:r>
          </w:p>
        </w:tc>
        <w:tc>
          <w:tcPr>
            <w:tcW w:w="2096" w:type="dxa"/>
          </w:tcPr>
          <w:p w14:paraId="0E84B27F" w14:textId="77777777" w:rsidR="00151075" w:rsidRDefault="00000000">
            <w:pPr>
              <w:spacing w:after="0"/>
              <w:jc w:val="center"/>
            </w:pPr>
            <w:sdt>
              <w:sdtPr>
                <w:alias w:val="CHECKBOX_70"/>
                <w:tag w:val="CHECKBOX_70"/>
                <w:id w:val="767113844"/>
                <w14:checkbox>
                  <w14:checked w14:val="0"/>
                  <w14:checkedState w14:val="2612" w14:font="MS Gothic"/>
                  <w14:uncheckedState w14:val="2610" w14:font="MS Gothic"/>
                </w14:checkbox>
              </w:sdtPr>
              <w:sdtContent>
                <w:r w:rsidR="00D76B7D">
                  <w:rPr>
                    <w:sz w:val="24"/>
                  </w:rPr>
                  <w:t>☐</w:t>
                </w:r>
              </w:sdtContent>
            </w:sdt>
          </w:p>
        </w:tc>
        <w:tc>
          <w:tcPr>
            <w:tcW w:w="2096" w:type="dxa"/>
          </w:tcPr>
          <w:p w14:paraId="13C073DA" w14:textId="77777777" w:rsidR="00151075" w:rsidRDefault="00000000">
            <w:pPr>
              <w:spacing w:after="0"/>
              <w:jc w:val="center"/>
            </w:pPr>
            <w:sdt>
              <w:sdtPr>
                <w:alias w:val="CHECKBOX_71"/>
                <w:tag w:val="CHECKBOX_71"/>
                <w:id w:val="55149160"/>
                <w14:checkbox>
                  <w14:checked w14:val="0"/>
                  <w14:checkedState w14:val="2612" w14:font="MS Gothic"/>
                  <w14:uncheckedState w14:val="2610" w14:font="MS Gothic"/>
                </w14:checkbox>
              </w:sdtPr>
              <w:sdtContent>
                <w:r w:rsidR="00D76B7D">
                  <w:rPr>
                    <w:sz w:val="24"/>
                  </w:rPr>
                  <w:t>☐</w:t>
                </w:r>
              </w:sdtContent>
            </w:sdt>
          </w:p>
        </w:tc>
        <w:tc>
          <w:tcPr>
            <w:tcW w:w="2096" w:type="dxa"/>
          </w:tcPr>
          <w:p w14:paraId="59293122" w14:textId="77777777" w:rsidR="00151075" w:rsidRDefault="00000000">
            <w:pPr>
              <w:spacing w:after="0"/>
              <w:jc w:val="center"/>
            </w:pPr>
            <w:sdt>
              <w:sdtPr>
                <w:alias w:val="CHECKBOX_72"/>
                <w:tag w:val="CHECKBOX_72"/>
                <w:id w:val="1062360070"/>
                <w14:checkbox>
                  <w14:checked w14:val="0"/>
                  <w14:checkedState w14:val="2612" w14:font="MS Gothic"/>
                  <w14:uncheckedState w14:val="2610" w14:font="MS Gothic"/>
                </w14:checkbox>
              </w:sdtPr>
              <w:sdtContent>
                <w:r w:rsidR="00D76B7D">
                  <w:rPr>
                    <w:sz w:val="24"/>
                  </w:rPr>
                  <w:t>☐</w:t>
                </w:r>
              </w:sdtContent>
            </w:sdt>
          </w:p>
        </w:tc>
        <w:tc>
          <w:tcPr>
            <w:tcW w:w="2096" w:type="dxa"/>
          </w:tcPr>
          <w:p w14:paraId="1C4ED55F" w14:textId="77777777" w:rsidR="00151075" w:rsidRDefault="00D76B7D">
            <w:pPr>
              <w:spacing w:after="0"/>
            </w:pPr>
            <w:r>
              <w:rPr>
                <w:color w:val="646464"/>
                <w:sz w:val="15"/>
              </w:rPr>
              <w:t>{{CATEGORIEËN_PERSOONSGEGEVENS_16_TOELICHTING}}</w:t>
            </w:r>
          </w:p>
        </w:tc>
      </w:tr>
      <w:tr w:rsidR="00151075" w14:paraId="3505ECAB" w14:textId="77777777">
        <w:trPr>
          <w:jc w:val="center"/>
        </w:trPr>
        <w:tc>
          <w:tcPr>
            <w:tcW w:w="2096" w:type="dxa"/>
          </w:tcPr>
          <w:p w14:paraId="4EC946FB" w14:textId="77777777" w:rsidR="00151075" w:rsidRDefault="00D76B7D">
            <w:pPr>
              <w:spacing w:after="0"/>
            </w:pPr>
            <w:r>
              <w:rPr>
                <w:sz w:val="16"/>
              </w:rPr>
              <w:t>Overige gegevens</w:t>
            </w:r>
          </w:p>
        </w:tc>
        <w:tc>
          <w:tcPr>
            <w:tcW w:w="2096" w:type="dxa"/>
          </w:tcPr>
          <w:p w14:paraId="1AB4FB94" w14:textId="77777777" w:rsidR="00151075" w:rsidRDefault="00000000">
            <w:pPr>
              <w:spacing w:after="0"/>
              <w:jc w:val="center"/>
            </w:pPr>
            <w:sdt>
              <w:sdtPr>
                <w:alias w:val="CHECKBOX_73"/>
                <w:tag w:val="CHECKBOX_73"/>
                <w:id w:val="224432221"/>
                <w14:checkbox>
                  <w14:checked w14:val="0"/>
                  <w14:checkedState w14:val="2612" w14:font="MS Gothic"/>
                  <w14:uncheckedState w14:val="2610" w14:font="MS Gothic"/>
                </w14:checkbox>
              </w:sdtPr>
              <w:sdtContent>
                <w:r w:rsidR="00D76B7D">
                  <w:rPr>
                    <w:sz w:val="24"/>
                  </w:rPr>
                  <w:t>☐</w:t>
                </w:r>
              </w:sdtContent>
            </w:sdt>
          </w:p>
        </w:tc>
        <w:tc>
          <w:tcPr>
            <w:tcW w:w="2096" w:type="dxa"/>
          </w:tcPr>
          <w:p w14:paraId="2C2421ED" w14:textId="77777777" w:rsidR="00151075" w:rsidRDefault="00000000">
            <w:pPr>
              <w:spacing w:after="0"/>
              <w:jc w:val="center"/>
            </w:pPr>
            <w:sdt>
              <w:sdtPr>
                <w:alias w:val="CHECKBOX_74"/>
                <w:tag w:val="CHECKBOX_74"/>
                <w:id w:val="1537506809"/>
                <w14:checkbox>
                  <w14:checked w14:val="0"/>
                  <w14:checkedState w14:val="2612" w14:font="MS Gothic"/>
                  <w14:uncheckedState w14:val="2610" w14:font="MS Gothic"/>
                </w14:checkbox>
              </w:sdtPr>
              <w:sdtContent>
                <w:r w:rsidR="00D76B7D">
                  <w:rPr>
                    <w:sz w:val="24"/>
                  </w:rPr>
                  <w:t>☐</w:t>
                </w:r>
              </w:sdtContent>
            </w:sdt>
          </w:p>
        </w:tc>
        <w:tc>
          <w:tcPr>
            <w:tcW w:w="2096" w:type="dxa"/>
          </w:tcPr>
          <w:p w14:paraId="01364DAE" w14:textId="77777777" w:rsidR="00151075" w:rsidRDefault="00000000">
            <w:pPr>
              <w:spacing w:after="0"/>
              <w:jc w:val="center"/>
            </w:pPr>
            <w:sdt>
              <w:sdtPr>
                <w:alias w:val="CHECKBOX_75"/>
                <w:tag w:val="CHECKBOX_75"/>
                <w:id w:val="1880925033"/>
                <w14:checkbox>
                  <w14:checked w14:val="0"/>
                  <w14:checkedState w14:val="2612" w14:font="MS Gothic"/>
                  <w14:uncheckedState w14:val="2610" w14:font="MS Gothic"/>
                </w14:checkbox>
              </w:sdtPr>
              <w:sdtContent>
                <w:r w:rsidR="00D76B7D">
                  <w:rPr>
                    <w:sz w:val="24"/>
                  </w:rPr>
                  <w:t>☐</w:t>
                </w:r>
              </w:sdtContent>
            </w:sdt>
          </w:p>
        </w:tc>
        <w:tc>
          <w:tcPr>
            <w:tcW w:w="2096" w:type="dxa"/>
          </w:tcPr>
          <w:p w14:paraId="1B4EB1C1" w14:textId="77777777" w:rsidR="00151075" w:rsidRDefault="00D76B7D">
            <w:pPr>
              <w:spacing w:after="0"/>
            </w:pPr>
            <w:r>
              <w:rPr>
                <w:color w:val="646464"/>
                <w:sz w:val="15"/>
              </w:rPr>
              <w:t>{{CATEGORIEËN_PERSOONSGEGEVENS_17_TOELICHTING}}</w:t>
            </w:r>
          </w:p>
        </w:tc>
      </w:tr>
    </w:tbl>
    <w:p w14:paraId="3F5519E6" w14:textId="77777777" w:rsidR="00151075" w:rsidRDefault="00151075"/>
    <w:p w14:paraId="3ECF7079" w14:textId="77777777" w:rsidR="00151075" w:rsidRDefault="00D76B7D">
      <w:pPr>
        <w:pStyle w:val="Heading3"/>
      </w:pPr>
      <w:r>
        <w:t>Categorieën betrokkenen</w:t>
      </w:r>
    </w:p>
    <w:tbl>
      <w:tblPr>
        <w:tblStyle w:val="TableGrid"/>
        <w:tblW w:w="0" w:type="auto"/>
        <w:jc w:val="center"/>
        <w:tblLook w:val="04A0" w:firstRow="1" w:lastRow="0" w:firstColumn="1" w:lastColumn="0" w:noHBand="0" w:noVBand="1"/>
      </w:tblPr>
      <w:tblGrid>
        <w:gridCol w:w="3045"/>
        <w:gridCol w:w="1255"/>
        <w:gridCol w:w="1284"/>
        <w:gridCol w:w="1334"/>
        <w:gridCol w:w="3554"/>
      </w:tblGrid>
      <w:tr w:rsidR="00151075" w14:paraId="05F5CB4E" w14:textId="77777777">
        <w:trPr>
          <w:tblHeader/>
          <w:jc w:val="center"/>
        </w:trPr>
        <w:tc>
          <w:tcPr>
            <w:tcW w:w="4025" w:type="dxa"/>
            <w:shd w:val="clear" w:color="auto" w:fill="3A6EA5"/>
            <w:tcMar>
              <w:top w:w="80" w:type="dxa"/>
              <w:left w:w="80" w:type="dxa"/>
              <w:bottom w:w="80" w:type="dxa"/>
              <w:right w:w="80" w:type="dxa"/>
            </w:tcMar>
            <w:vAlign w:val="center"/>
          </w:tcPr>
          <w:p w14:paraId="371AA0EF" w14:textId="77777777" w:rsidR="00151075" w:rsidRDefault="00D76B7D">
            <w:pPr>
              <w:spacing w:after="0"/>
            </w:pPr>
            <w:r>
              <w:rPr>
                <w:b/>
                <w:color w:val="FFFFFF"/>
                <w:sz w:val="16"/>
              </w:rPr>
              <w:t>Onderwerp</w:t>
            </w:r>
          </w:p>
        </w:tc>
        <w:tc>
          <w:tcPr>
            <w:tcW w:w="680" w:type="dxa"/>
            <w:shd w:val="clear" w:color="auto" w:fill="3A6EA5"/>
            <w:tcMar>
              <w:top w:w="80" w:type="dxa"/>
              <w:left w:w="80" w:type="dxa"/>
              <w:bottom w:w="80" w:type="dxa"/>
              <w:right w:w="80" w:type="dxa"/>
            </w:tcMar>
            <w:vAlign w:val="center"/>
          </w:tcPr>
          <w:p w14:paraId="139CB589" w14:textId="77777777" w:rsidR="00151075" w:rsidRDefault="00D76B7D">
            <w:pPr>
              <w:spacing w:after="0"/>
            </w:pPr>
            <w:r>
              <w:rPr>
                <w:b/>
                <w:color w:val="FFFFFF"/>
                <w:sz w:val="16"/>
              </w:rPr>
              <w:t>Ja</w:t>
            </w:r>
          </w:p>
        </w:tc>
        <w:tc>
          <w:tcPr>
            <w:tcW w:w="680" w:type="dxa"/>
            <w:shd w:val="clear" w:color="auto" w:fill="3A6EA5"/>
            <w:tcMar>
              <w:top w:w="80" w:type="dxa"/>
              <w:left w:w="80" w:type="dxa"/>
              <w:bottom w:w="80" w:type="dxa"/>
              <w:right w:w="80" w:type="dxa"/>
            </w:tcMar>
            <w:vAlign w:val="center"/>
          </w:tcPr>
          <w:p w14:paraId="7DED11E5" w14:textId="77777777" w:rsidR="00151075" w:rsidRDefault="00D76B7D">
            <w:pPr>
              <w:spacing w:after="0"/>
            </w:pPr>
            <w:r>
              <w:rPr>
                <w:b/>
                <w:color w:val="FFFFFF"/>
                <w:sz w:val="16"/>
              </w:rPr>
              <w:t>Nee</w:t>
            </w:r>
          </w:p>
        </w:tc>
        <w:tc>
          <w:tcPr>
            <w:tcW w:w="793" w:type="dxa"/>
            <w:shd w:val="clear" w:color="auto" w:fill="3A6EA5"/>
            <w:tcMar>
              <w:top w:w="80" w:type="dxa"/>
              <w:left w:w="80" w:type="dxa"/>
              <w:bottom w:w="80" w:type="dxa"/>
              <w:right w:w="80" w:type="dxa"/>
            </w:tcMar>
            <w:vAlign w:val="center"/>
          </w:tcPr>
          <w:p w14:paraId="0AD48930" w14:textId="77777777" w:rsidR="00151075" w:rsidRDefault="00D76B7D">
            <w:pPr>
              <w:spacing w:after="0"/>
            </w:pPr>
            <w:r>
              <w:rPr>
                <w:b/>
                <w:color w:val="FFFFFF"/>
                <w:sz w:val="16"/>
              </w:rPr>
              <w:t>N.v.t.</w:t>
            </w:r>
          </w:p>
        </w:tc>
        <w:tc>
          <w:tcPr>
            <w:tcW w:w="3288" w:type="dxa"/>
            <w:shd w:val="clear" w:color="auto" w:fill="3A6EA5"/>
            <w:tcMar>
              <w:top w:w="80" w:type="dxa"/>
              <w:left w:w="80" w:type="dxa"/>
              <w:bottom w:w="80" w:type="dxa"/>
              <w:right w:w="80" w:type="dxa"/>
            </w:tcMar>
            <w:vAlign w:val="center"/>
          </w:tcPr>
          <w:p w14:paraId="169FA7D1" w14:textId="77777777" w:rsidR="00151075" w:rsidRDefault="00D76B7D">
            <w:pPr>
              <w:spacing w:after="0"/>
            </w:pPr>
            <w:r>
              <w:rPr>
                <w:b/>
                <w:color w:val="FFFFFF"/>
                <w:sz w:val="16"/>
              </w:rPr>
              <w:t>Toelichting</w:t>
            </w:r>
          </w:p>
        </w:tc>
      </w:tr>
      <w:tr w:rsidR="00151075" w14:paraId="33C169C1" w14:textId="77777777">
        <w:trPr>
          <w:jc w:val="center"/>
        </w:trPr>
        <w:tc>
          <w:tcPr>
            <w:tcW w:w="2096" w:type="dxa"/>
          </w:tcPr>
          <w:p w14:paraId="418522A9" w14:textId="77777777" w:rsidR="00151075" w:rsidRDefault="00D76B7D">
            <w:pPr>
              <w:spacing w:after="0"/>
            </w:pPr>
            <w:r>
              <w:rPr>
                <w:sz w:val="16"/>
              </w:rPr>
              <w:t>Cliënten / patiënten</w:t>
            </w:r>
          </w:p>
        </w:tc>
        <w:tc>
          <w:tcPr>
            <w:tcW w:w="2096" w:type="dxa"/>
          </w:tcPr>
          <w:p w14:paraId="2B8F977F" w14:textId="77777777" w:rsidR="00151075" w:rsidRDefault="00000000">
            <w:pPr>
              <w:spacing w:after="0"/>
              <w:jc w:val="center"/>
            </w:pPr>
            <w:sdt>
              <w:sdtPr>
                <w:alias w:val="CHECKBOX_76"/>
                <w:tag w:val="CHECKBOX_76"/>
                <w:id w:val="1881554899"/>
                <w14:checkbox>
                  <w14:checked w14:val="0"/>
                  <w14:checkedState w14:val="2612" w14:font="MS Gothic"/>
                  <w14:uncheckedState w14:val="2610" w14:font="MS Gothic"/>
                </w14:checkbox>
              </w:sdtPr>
              <w:sdtContent>
                <w:r w:rsidR="00D76B7D">
                  <w:rPr>
                    <w:sz w:val="24"/>
                  </w:rPr>
                  <w:t>☐</w:t>
                </w:r>
              </w:sdtContent>
            </w:sdt>
          </w:p>
        </w:tc>
        <w:tc>
          <w:tcPr>
            <w:tcW w:w="2096" w:type="dxa"/>
          </w:tcPr>
          <w:p w14:paraId="3EB39E68" w14:textId="77777777" w:rsidR="00151075" w:rsidRDefault="00000000">
            <w:pPr>
              <w:spacing w:after="0"/>
              <w:jc w:val="center"/>
            </w:pPr>
            <w:sdt>
              <w:sdtPr>
                <w:alias w:val="CHECKBOX_77"/>
                <w:tag w:val="CHECKBOX_77"/>
                <w:id w:val="1500127696"/>
                <w14:checkbox>
                  <w14:checked w14:val="0"/>
                  <w14:checkedState w14:val="2612" w14:font="MS Gothic"/>
                  <w14:uncheckedState w14:val="2610" w14:font="MS Gothic"/>
                </w14:checkbox>
              </w:sdtPr>
              <w:sdtContent>
                <w:r w:rsidR="00D76B7D">
                  <w:rPr>
                    <w:sz w:val="24"/>
                  </w:rPr>
                  <w:t>☐</w:t>
                </w:r>
              </w:sdtContent>
            </w:sdt>
          </w:p>
        </w:tc>
        <w:tc>
          <w:tcPr>
            <w:tcW w:w="2096" w:type="dxa"/>
          </w:tcPr>
          <w:p w14:paraId="0BD0C943" w14:textId="77777777" w:rsidR="00151075" w:rsidRDefault="00000000">
            <w:pPr>
              <w:spacing w:after="0"/>
              <w:jc w:val="center"/>
            </w:pPr>
            <w:sdt>
              <w:sdtPr>
                <w:alias w:val="CHECKBOX_78"/>
                <w:tag w:val="CHECKBOX_78"/>
                <w:id w:val="258816579"/>
                <w14:checkbox>
                  <w14:checked w14:val="0"/>
                  <w14:checkedState w14:val="2612" w14:font="MS Gothic"/>
                  <w14:uncheckedState w14:val="2610" w14:font="MS Gothic"/>
                </w14:checkbox>
              </w:sdtPr>
              <w:sdtContent>
                <w:r w:rsidR="00D76B7D">
                  <w:rPr>
                    <w:sz w:val="24"/>
                  </w:rPr>
                  <w:t>☐</w:t>
                </w:r>
              </w:sdtContent>
            </w:sdt>
          </w:p>
        </w:tc>
        <w:tc>
          <w:tcPr>
            <w:tcW w:w="2096" w:type="dxa"/>
          </w:tcPr>
          <w:p w14:paraId="63C5BBC5" w14:textId="77777777" w:rsidR="00151075" w:rsidRDefault="00D76B7D">
            <w:pPr>
              <w:spacing w:after="0"/>
            </w:pPr>
            <w:r>
              <w:rPr>
                <w:color w:val="646464"/>
                <w:sz w:val="15"/>
              </w:rPr>
              <w:t>{{CATEGORIEËN_BETROKKENEN_1_TOELICHTING}}</w:t>
            </w:r>
          </w:p>
        </w:tc>
      </w:tr>
      <w:tr w:rsidR="00151075" w14:paraId="504C92AB" w14:textId="77777777">
        <w:trPr>
          <w:jc w:val="center"/>
        </w:trPr>
        <w:tc>
          <w:tcPr>
            <w:tcW w:w="2096" w:type="dxa"/>
          </w:tcPr>
          <w:p w14:paraId="1E02EE40" w14:textId="77777777" w:rsidR="00151075" w:rsidRDefault="00D76B7D">
            <w:pPr>
              <w:spacing w:after="0"/>
            </w:pPr>
            <w:r>
              <w:rPr>
                <w:sz w:val="16"/>
              </w:rPr>
              <w:t>Wettelijk vertegenwoordigers / mantelzorgers</w:t>
            </w:r>
          </w:p>
        </w:tc>
        <w:tc>
          <w:tcPr>
            <w:tcW w:w="2096" w:type="dxa"/>
          </w:tcPr>
          <w:p w14:paraId="717ADE9F" w14:textId="77777777" w:rsidR="00151075" w:rsidRDefault="00000000">
            <w:pPr>
              <w:spacing w:after="0"/>
              <w:jc w:val="center"/>
            </w:pPr>
            <w:sdt>
              <w:sdtPr>
                <w:alias w:val="CHECKBOX_79"/>
                <w:tag w:val="CHECKBOX_79"/>
                <w:id w:val="1498755143"/>
                <w14:checkbox>
                  <w14:checked w14:val="0"/>
                  <w14:checkedState w14:val="2612" w14:font="MS Gothic"/>
                  <w14:uncheckedState w14:val="2610" w14:font="MS Gothic"/>
                </w14:checkbox>
              </w:sdtPr>
              <w:sdtContent>
                <w:r w:rsidR="00D76B7D">
                  <w:rPr>
                    <w:sz w:val="24"/>
                  </w:rPr>
                  <w:t>☐</w:t>
                </w:r>
              </w:sdtContent>
            </w:sdt>
          </w:p>
        </w:tc>
        <w:tc>
          <w:tcPr>
            <w:tcW w:w="2096" w:type="dxa"/>
          </w:tcPr>
          <w:p w14:paraId="11BB5DA5" w14:textId="77777777" w:rsidR="00151075" w:rsidRDefault="00000000">
            <w:pPr>
              <w:spacing w:after="0"/>
              <w:jc w:val="center"/>
            </w:pPr>
            <w:sdt>
              <w:sdtPr>
                <w:alias w:val="CHECKBOX_80"/>
                <w:tag w:val="CHECKBOX_80"/>
                <w:id w:val="1994899763"/>
                <w14:checkbox>
                  <w14:checked w14:val="0"/>
                  <w14:checkedState w14:val="2612" w14:font="MS Gothic"/>
                  <w14:uncheckedState w14:val="2610" w14:font="MS Gothic"/>
                </w14:checkbox>
              </w:sdtPr>
              <w:sdtContent>
                <w:r w:rsidR="00D76B7D">
                  <w:rPr>
                    <w:sz w:val="24"/>
                  </w:rPr>
                  <w:t>☐</w:t>
                </w:r>
              </w:sdtContent>
            </w:sdt>
          </w:p>
        </w:tc>
        <w:tc>
          <w:tcPr>
            <w:tcW w:w="2096" w:type="dxa"/>
          </w:tcPr>
          <w:p w14:paraId="5C043B5C" w14:textId="77777777" w:rsidR="00151075" w:rsidRDefault="00000000">
            <w:pPr>
              <w:spacing w:after="0"/>
              <w:jc w:val="center"/>
            </w:pPr>
            <w:sdt>
              <w:sdtPr>
                <w:alias w:val="CHECKBOX_81"/>
                <w:tag w:val="CHECKBOX_81"/>
                <w:id w:val="46607881"/>
                <w14:checkbox>
                  <w14:checked w14:val="0"/>
                  <w14:checkedState w14:val="2612" w14:font="MS Gothic"/>
                  <w14:uncheckedState w14:val="2610" w14:font="MS Gothic"/>
                </w14:checkbox>
              </w:sdtPr>
              <w:sdtContent>
                <w:r w:rsidR="00D76B7D">
                  <w:rPr>
                    <w:sz w:val="24"/>
                  </w:rPr>
                  <w:t>☐</w:t>
                </w:r>
              </w:sdtContent>
            </w:sdt>
          </w:p>
        </w:tc>
        <w:tc>
          <w:tcPr>
            <w:tcW w:w="2096" w:type="dxa"/>
          </w:tcPr>
          <w:p w14:paraId="29663002" w14:textId="77777777" w:rsidR="00151075" w:rsidRDefault="00D76B7D">
            <w:pPr>
              <w:spacing w:after="0"/>
            </w:pPr>
            <w:r>
              <w:rPr>
                <w:color w:val="646464"/>
                <w:sz w:val="15"/>
              </w:rPr>
              <w:t>{{CATEGORIEËN_BETROKKENEN_2_TOELICHTING}}</w:t>
            </w:r>
          </w:p>
        </w:tc>
      </w:tr>
      <w:tr w:rsidR="00151075" w14:paraId="02C46440" w14:textId="77777777">
        <w:trPr>
          <w:jc w:val="center"/>
        </w:trPr>
        <w:tc>
          <w:tcPr>
            <w:tcW w:w="2096" w:type="dxa"/>
          </w:tcPr>
          <w:p w14:paraId="24A39113" w14:textId="77777777" w:rsidR="00151075" w:rsidRDefault="00D76B7D">
            <w:pPr>
              <w:spacing w:after="0"/>
            </w:pPr>
            <w:r>
              <w:rPr>
                <w:sz w:val="16"/>
              </w:rPr>
              <w:t>Medewerkers</w:t>
            </w:r>
          </w:p>
        </w:tc>
        <w:tc>
          <w:tcPr>
            <w:tcW w:w="2096" w:type="dxa"/>
          </w:tcPr>
          <w:p w14:paraId="32014F68" w14:textId="77777777" w:rsidR="00151075" w:rsidRDefault="00000000">
            <w:pPr>
              <w:spacing w:after="0"/>
              <w:jc w:val="center"/>
            </w:pPr>
            <w:sdt>
              <w:sdtPr>
                <w:alias w:val="CHECKBOX_82"/>
                <w:tag w:val="CHECKBOX_82"/>
                <w:id w:val="1066363984"/>
                <w14:checkbox>
                  <w14:checked w14:val="0"/>
                  <w14:checkedState w14:val="2612" w14:font="MS Gothic"/>
                  <w14:uncheckedState w14:val="2610" w14:font="MS Gothic"/>
                </w14:checkbox>
              </w:sdtPr>
              <w:sdtContent>
                <w:r w:rsidR="00D76B7D">
                  <w:rPr>
                    <w:sz w:val="24"/>
                  </w:rPr>
                  <w:t>☐</w:t>
                </w:r>
              </w:sdtContent>
            </w:sdt>
          </w:p>
        </w:tc>
        <w:tc>
          <w:tcPr>
            <w:tcW w:w="2096" w:type="dxa"/>
          </w:tcPr>
          <w:p w14:paraId="775029E3" w14:textId="77777777" w:rsidR="00151075" w:rsidRDefault="00000000">
            <w:pPr>
              <w:spacing w:after="0"/>
              <w:jc w:val="center"/>
            </w:pPr>
            <w:sdt>
              <w:sdtPr>
                <w:alias w:val="CHECKBOX_83"/>
                <w:tag w:val="CHECKBOX_83"/>
                <w:id w:val="1327350117"/>
                <w14:checkbox>
                  <w14:checked w14:val="0"/>
                  <w14:checkedState w14:val="2612" w14:font="MS Gothic"/>
                  <w14:uncheckedState w14:val="2610" w14:font="MS Gothic"/>
                </w14:checkbox>
              </w:sdtPr>
              <w:sdtContent>
                <w:r w:rsidR="00D76B7D">
                  <w:rPr>
                    <w:sz w:val="24"/>
                  </w:rPr>
                  <w:t>☐</w:t>
                </w:r>
              </w:sdtContent>
            </w:sdt>
          </w:p>
        </w:tc>
        <w:tc>
          <w:tcPr>
            <w:tcW w:w="2096" w:type="dxa"/>
          </w:tcPr>
          <w:p w14:paraId="5963D2E3" w14:textId="77777777" w:rsidR="00151075" w:rsidRDefault="00000000">
            <w:pPr>
              <w:spacing w:after="0"/>
              <w:jc w:val="center"/>
            </w:pPr>
            <w:sdt>
              <w:sdtPr>
                <w:alias w:val="CHECKBOX_84"/>
                <w:tag w:val="CHECKBOX_84"/>
                <w:id w:val="1509628916"/>
                <w14:checkbox>
                  <w14:checked w14:val="0"/>
                  <w14:checkedState w14:val="2612" w14:font="MS Gothic"/>
                  <w14:uncheckedState w14:val="2610" w14:font="MS Gothic"/>
                </w14:checkbox>
              </w:sdtPr>
              <w:sdtContent>
                <w:r w:rsidR="00D76B7D">
                  <w:rPr>
                    <w:sz w:val="24"/>
                  </w:rPr>
                  <w:t>☐</w:t>
                </w:r>
              </w:sdtContent>
            </w:sdt>
          </w:p>
        </w:tc>
        <w:tc>
          <w:tcPr>
            <w:tcW w:w="2096" w:type="dxa"/>
          </w:tcPr>
          <w:p w14:paraId="659E3E2E" w14:textId="77777777" w:rsidR="00151075" w:rsidRDefault="00D76B7D">
            <w:pPr>
              <w:spacing w:after="0"/>
            </w:pPr>
            <w:r>
              <w:rPr>
                <w:color w:val="646464"/>
                <w:sz w:val="15"/>
              </w:rPr>
              <w:t>{{CATEGORIEËN_BETROKKENEN_3_TOELICHTING}}</w:t>
            </w:r>
          </w:p>
        </w:tc>
      </w:tr>
      <w:tr w:rsidR="00151075" w14:paraId="35BEF99A" w14:textId="77777777">
        <w:trPr>
          <w:jc w:val="center"/>
        </w:trPr>
        <w:tc>
          <w:tcPr>
            <w:tcW w:w="2096" w:type="dxa"/>
          </w:tcPr>
          <w:p w14:paraId="43469031" w14:textId="77777777" w:rsidR="00151075" w:rsidRDefault="00D76B7D">
            <w:pPr>
              <w:spacing w:after="0"/>
            </w:pPr>
            <w:r>
              <w:rPr>
                <w:sz w:val="16"/>
              </w:rPr>
              <w:t>Vrijwilligers</w:t>
            </w:r>
          </w:p>
        </w:tc>
        <w:tc>
          <w:tcPr>
            <w:tcW w:w="2096" w:type="dxa"/>
          </w:tcPr>
          <w:p w14:paraId="05167056" w14:textId="77777777" w:rsidR="00151075" w:rsidRDefault="00000000">
            <w:pPr>
              <w:spacing w:after="0"/>
              <w:jc w:val="center"/>
            </w:pPr>
            <w:sdt>
              <w:sdtPr>
                <w:alias w:val="CHECKBOX_85"/>
                <w:tag w:val="CHECKBOX_85"/>
                <w:id w:val="1614469423"/>
                <w14:checkbox>
                  <w14:checked w14:val="0"/>
                  <w14:checkedState w14:val="2612" w14:font="MS Gothic"/>
                  <w14:uncheckedState w14:val="2610" w14:font="MS Gothic"/>
                </w14:checkbox>
              </w:sdtPr>
              <w:sdtContent>
                <w:r w:rsidR="00D76B7D">
                  <w:rPr>
                    <w:sz w:val="24"/>
                  </w:rPr>
                  <w:t>☐</w:t>
                </w:r>
              </w:sdtContent>
            </w:sdt>
          </w:p>
        </w:tc>
        <w:tc>
          <w:tcPr>
            <w:tcW w:w="2096" w:type="dxa"/>
          </w:tcPr>
          <w:p w14:paraId="48E05721" w14:textId="77777777" w:rsidR="00151075" w:rsidRDefault="00000000">
            <w:pPr>
              <w:spacing w:after="0"/>
              <w:jc w:val="center"/>
            </w:pPr>
            <w:sdt>
              <w:sdtPr>
                <w:alias w:val="CHECKBOX_86"/>
                <w:tag w:val="CHECKBOX_86"/>
                <w:id w:val="1153165617"/>
                <w14:checkbox>
                  <w14:checked w14:val="0"/>
                  <w14:checkedState w14:val="2612" w14:font="MS Gothic"/>
                  <w14:uncheckedState w14:val="2610" w14:font="MS Gothic"/>
                </w14:checkbox>
              </w:sdtPr>
              <w:sdtContent>
                <w:r w:rsidR="00D76B7D">
                  <w:rPr>
                    <w:sz w:val="24"/>
                  </w:rPr>
                  <w:t>☐</w:t>
                </w:r>
              </w:sdtContent>
            </w:sdt>
          </w:p>
        </w:tc>
        <w:tc>
          <w:tcPr>
            <w:tcW w:w="2096" w:type="dxa"/>
          </w:tcPr>
          <w:p w14:paraId="617B5631" w14:textId="77777777" w:rsidR="00151075" w:rsidRDefault="00000000">
            <w:pPr>
              <w:spacing w:after="0"/>
              <w:jc w:val="center"/>
            </w:pPr>
            <w:sdt>
              <w:sdtPr>
                <w:alias w:val="CHECKBOX_87"/>
                <w:tag w:val="CHECKBOX_87"/>
                <w:id w:val="1634005057"/>
                <w14:checkbox>
                  <w14:checked w14:val="0"/>
                  <w14:checkedState w14:val="2612" w14:font="MS Gothic"/>
                  <w14:uncheckedState w14:val="2610" w14:font="MS Gothic"/>
                </w14:checkbox>
              </w:sdtPr>
              <w:sdtContent>
                <w:r w:rsidR="00D76B7D">
                  <w:rPr>
                    <w:sz w:val="24"/>
                  </w:rPr>
                  <w:t>☐</w:t>
                </w:r>
              </w:sdtContent>
            </w:sdt>
          </w:p>
        </w:tc>
        <w:tc>
          <w:tcPr>
            <w:tcW w:w="2096" w:type="dxa"/>
          </w:tcPr>
          <w:p w14:paraId="53A68166" w14:textId="77777777" w:rsidR="00151075" w:rsidRDefault="00D76B7D">
            <w:pPr>
              <w:spacing w:after="0"/>
            </w:pPr>
            <w:r>
              <w:rPr>
                <w:color w:val="646464"/>
                <w:sz w:val="15"/>
              </w:rPr>
              <w:t>{{CATEGORIEËN_BETROKKENEN_4_TOELICHTING}}</w:t>
            </w:r>
          </w:p>
        </w:tc>
      </w:tr>
      <w:tr w:rsidR="00151075" w14:paraId="29DA58D7" w14:textId="77777777">
        <w:trPr>
          <w:jc w:val="center"/>
        </w:trPr>
        <w:tc>
          <w:tcPr>
            <w:tcW w:w="2096" w:type="dxa"/>
          </w:tcPr>
          <w:p w14:paraId="7A7A50B9" w14:textId="77777777" w:rsidR="00151075" w:rsidRDefault="00D76B7D">
            <w:pPr>
              <w:spacing w:after="0"/>
            </w:pPr>
            <w:r>
              <w:rPr>
                <w:sz w:val="16"/>
              </w:rPr>
              <w:t>Behandelaren / zorgprofessionals</w:t>
            </w:r>
          </w:p>
        </w:tc>
        <w:tc>
          <w:tcPr>
            <w:tcW w:w="2096" w:type="dxa"/>
          </w:tcPr>
          <w:p w14:paraId="4177C9DC" w14:textId="77777777" w:rsidR="00151075" w:rsidRDefault="00000000">
            <w:pPr>
              <w:spacing w:after="0"/>
              <w:jc w:val="center"/>
            </w:pPr>
            <w:sdt>
              <w:sdtPr>
                <w:alias w:val="CHECKBOX_88"/>
                <w:tag w:val="CHECKBOX_88"/>
                <w:id w:val="1427675202"/>
                <w14:checkbox>
                  <w14:checked w14:val="0"/>
                  <w14:checkedState w14:val="2612" w14:font="MS Gothic"/>
                  <w14:uncheckedState w14:val="2610" w14:font="MS Gothic"/>
                </w14:checkbox>
              </w:sdtPr>
              <w:sdtContent>
                <w:r w:rsidR="00D76B7D">
                  <w:rPr>
                    <w:sz w:val="24"/>
                  </w:rPr>
                  <w:t>☐</w:t>
                </w:r>
              </w:sdtContent>
            </w:sdt>
          </w:p>
        </w:tc>
        <w:tc>
          <w:tcPr>
            <w:tcW w:w="2096" w:type="dxa"/>
          </w:tcPr>
          <w:p w14:paraId="2B87D21E" w14:textId="77777777" w:rsidR="00151075" w:rsidRDefault="00000000">
            <w:pPr>
              <w:spacing w:after="0"/>
              <w:jc w:val="center"/>
            </w:pPr>
            <w:sdt>
              <w:sdtPr>
                <w:alias w:val="CHECKBOX_89"/>
                <w:tag w:val="CHECKBOX_89"/>
                <w:id w:val="1443394589"/>
                <w14:checkbox>
                  <w14:checked w14:val="0"/>
                  <w14:checkedState w14:val="2612" w14:font="MS Gothic"/>
                  <w14:uncheckedState w14:val="2610" w14:font="MS Gothic"/>
                </w14:checkbox>
              </w:sdtPr>
              <w:sdtContent>
                <w:r w:rsidR="00D76B7D">
                  <w:rPr>
                    <w:sz w:val="24"/>
                  </w:rPr>
                  <w:t>☐</w:t>
                </w:r>
              </w:sdtContent>
            </w:sdt>
          </w:p>
        </w:tc>
        <w:tc>
          <w:tcPr>
            <w:tcW w:w="2096" w:type="dxa"/>
          </w:tcPr>
          <w:p w14:paraId="14949088" w14:textId="77777777" w:rsidR="00151075" w:rsidRDefault="00000000">
            <w:pPr>
              <w:spacing w:after="0"/>
              <w:jc w:val="center"/>
            </w:pPr>
            <w:sdt>
              <w:sdtPr>
                <w:alias w:val="CHECKBOX_90"/>
                <w:tag w:val="CHECKBOX_90"/>
                <w:id w:val="1476737743"/>
                <w14:checkbox>
                  <w14:checked w14:val="0"/>
                  <w14:checkedState w14:val="2612" w14:font="MS Gothic"/>
                  <w14:uncheckedState w14:val="2610" w14:font="MS Gothic"/>
                </w14:checkbox>
              </w:sdtPr>
              <w:sdtContent>
                <w:r w:rsidR="00D76B7D">
                  <w:rPr>
                    <w:sz w:val="24"/>
                  </w:rPr>
                  <w:t>☐</w:t>
                </w:r>
              </w:sdtContent>
            </w:sdt>
          </w:p>
        </w:tc>
        <w:tc>
          <w:tcPr>
            <w:tcW w:w="2096" w:type="dxa"/>
          </w:tcPr>
          <w:p w14:paraId="22797DC3" w14:textId="77777777" w:rsidR="00151075" w:rsidRDefault="00D76B7D">
            <w:pPr>
              <w:spacing w:after="0"/>
            </w:pPr>
            <w:r>
              <w:rPr>
                <w:color w:val="646464"/>
                <w:sz w:val="15"/>
              </w:rPr>
              <w:t>{{CATEGORIEËN_BETROKKENEN_5_TOELICHTING}}</w:t>
            </w:r>
          </w:p>
        </w:tc>
      </w:tr>
      <w:tr w:rsidR="00151075" w14:paraId="1F613429" w14:textId="77777777">
        <w:trPr>
          <w:jc w:val="center"/>
        </w:trPr>
        <w:tc>
          <w:tcPr>
            <w:tcW w:w="2096" w:type="dxa"/>
          </w:tcPr>
          <w:p w14:paraId="388EF005" w14:textId="77777777" w:rsidR="00151075" w:rsidRDefault="00D76B7D">
            <w:pPr>
              <w:spacing w:after="0"/>
            </w:pPr>
            <w:r>
              <w:rPr>
                <w:sz w:val="16"/>
              </w:rPr>
              <w:t>Externe zorgverleners</w:t>
            </w:r>
          </w:p>
        </w:tc>
        <w:tc>
          <w:tcPr>
            <w:tcW w:w="2096" w:type="dxa"/>
          </w:tcPr>
          <w:p w14:paraId="5E9AC755" w14:textId="77777777" w:rsidR="00151075" w:rsidRDefault="00000000">
            <w:pPr>
              <w:spacing w:after="0"/>
              <w:jc w:val="center"/>
            </w:pPr>
            <w:sdt>
              <w:sdtPr>
                <w:alias w:val="CHECKBOX_91"/>
                <w:tag w:val="CHECKBOX_91"/>
                <w:id w:val="1572535157"/>
                <w14:checkbox>
                  <w14:checked w14:val="0"/>
                  <w14:checkedState w14:val="2612" w14:font="MS Gothic"/>
                  <w14:uncheckedState w14:val="2610" w14:font="MS Gothic"/>
                </w14:checkbox>
              </w:sdtPr>
              <w:sdtContent>
                <w:r w:rsidR="00D76B7D">
                  <w:rPr>
                    <w:sz w:val="24"/>
                  </w:rPr>
                  <w:t>☐</w:t>
                </w:r>
              </w:sdtContent>
            </w:sdt>
          </w:p>
        </w:tc>
        <w:tc>
          <w:tcPr>
            <w:tcW w:w="2096" w:type="dxa"/>
          </w:tcPr>
          <w:p w14:paraId="72DDE7B6" w14:textId="77777777" w:rsidR="00151075" w:rsidRDefault="00000000">
            <w:pPr>
              <w:spacing w:after="0"/>
              <w:jc w:val="center"/>
            </w:pPr>
            <w:sdt>
              <w:sdtPr>
                <w:alias w:val="CHECKBOX_92"/>
                <w:tag w:val="CHECKBOX_92"/>
                <w:id w:val="1646393845"/>
                <w14:checkbox>
                  <w14:checked w14:val="0"/>
                  <w14:checkedState w14:val="2612" w14:font="MS Gothic"/>
                  <w14:uncheckedState w14:val="2610" w14:font="MS Gothic"/>
                </w14:checkbox>
              </w:sdtPr>
              <w:sdtContent>
                <w:r w:rsidR="00D76B7D">
                  <w:rPr>
                    <w:sz w:val="24"/>
                  </w:rPr>
                  <w:t>☐</w:t>
                </w:r>
              </w:sdtContent>
            </w:sdt>
          </w:p>
        </w:tc>
        <w:tc>
          <w:tcPr>
            <w:tcW w:w="2096" w:type="dxa"/>
          </w:tcPr>
          <w:p w14:paraId="460F172B" w14:textId="77777777" w:rsidR="00151075" w:rsidRDefault="00000000">
            <w:pPr>
              <w:spacing w:after="0"/>
              <w:jc w:val="center"/>
            </w:pPr>
            <w:sdt>
              <w:sdtPr>
                <w:alias w:val="CHECKBOX_93"/>
                <w:tag w:val="CHECKBOX_93"/>
                <w:id w:val="1836943218"/>
                <w14:checkbox>
                  <w14:checked w14:val="0"/>
                  <w14:checkedState w14:val="2612" w14:font="MS Gothic"/>
                  <w14:uncheckedState w14:val="2610" w14:font="MS Gothic"/>
                </w14:checkbox>
              </w:sdtPr>
              <w:sdtContent>
                <w:r w:rsidR="00D76B7D">
                  <w:rPr>
                    <w:sz w:val="24"/>
                  </w:rPr>
                  <w:t>☐</w:t>
                </w:r>
              </w:sdtContent>
            </w:sdt>
          </w:p>
        </w:tc>
        <w:tc>
          <w:tcPr>
            <w:tcW w:w="2096" w:type="dxa"/>
          </w:tcPr>
          <w:p w14:paraId="4BF8B5BF" w14:textId="77777777" w:rsidR="00151075" w:rsidRDefault="00D76B7D">
            <w:pPr>
              <w:spacing w:after="0"/>
            </w:pPr>
            <w:r>
              <w:rPr>
                <w:color w:val="646464"/>
                <w:sz w:val="15"/>
              </w:rPr>
              <w:t>{{CATEGORIEËN_BETROKKENEN_6_TOELICHTING}}</w:t>
            </w:r>
          </w:p>
        </w:tc>
      </w:tr>
      <w:tr w:rsidR="00151075" w14:paraId="3078754A" w14:textId="77777777">
        <w:trPr>
          <w:jc w:val="center"/>
        </w:trPr>
        <w:tc>
          <w:tcPr>
            <w:tcW w:w="2096" w:type="dxa"/>
          </w:tcPr>
          <w:p w14:paraId="6F1ABF37" w14:textId="77777777" w:rsidR="00151075" w:rsidRDefault="00D76B7D">
            <w:pPr>
              <w:spacing w:after="0"/>
            </w:pPr>
            <w:r>
              <w:rPr>
                <w:sz w:val="16"/>
              </w:rPr>
              <w:t>Leveranciersmedewerkers</w:t>
            </w:r>
          </w:p>
        </w:tc>
        <w:tc>
          <w:tcPr>
            <w:tcW w:w="2096" w:type="dxa"/>
          </w:tcPr>
          <w:p w14:paraId="70269544" w14:textId="77777777" w:rsidR="00151075" w:rsidRDefault="00000000">
            <w:pPr>
              <w:spacing w:after="0"/>
              <w:jc w:val="center"/>
            </w:pPr>
            <w:sdt>
              <w:sdtPr>
                <w:alias w:val="CHECKBOX_94"/>
                <w:tag w:val="CHECKBOX_94"/>
                <w:id w:val="1173947072"/>
                <w14:checkbox>
                  <w14:checked w14:val="0"/>
                  <w14:checkedState w14:val="2612" w14:font="MS Gothic"/>
                  <w14:uncheckedState w14:val="2610" w14:font="MS Gothic"/>
                </w14:checkbox>
              </w:sdtPr>
              <w:sdtContent>
                <w:r w:rsidR="00D76B7D">
                  <w:rPr>
                    <w:sz w:val="24"/>
                  </w:rPr>
                  <w:t>☐</w:t>
                </w:r>
              </w:sdtContent>
            </w:sdt>
          </w:p>
        </w:tc>
        <w:tc>
          <w:tcPr>
            <w:tcW w:w="2096" w:type="dxa"/>
          </w:tcPr>
          <w:p w14:paraId="13394E50" w14:textId="77777777" w:rsidR="00151075" w:rsidRDefault="00000000">
            <w:pPr>
              <w:spacing w:after="0"/>
              <w:jc w:val="center"/>
            </w:pPr>
            <w:sdt>
              <w:sdtPr>
                <w:alias w:val="CHECKBOX_95"/>
                <w:tag w:val="CHECKBOX_95"/>
                <w:id w:val="1237074690"/>
                <w14:checkbox>
                  <w14:checked w14:val="0"/>
                  <w14:checkedState w14:val="2612" w14:font="MS Gothic"/>
                  <w14:uncheckedState w14:val="2610" w14:font="MS Gothic"/>
                </w14:checkbox>
              </w:sdtPr>
              <w:sdtContent>
                <w:r w:rsidR="00D76B7D">
                  <w:rPr>
                    <w:sz w:val="24"/>
                  </w:rPr>
                  <w:t>☐</w:t>
                </w:r>
              </w:sdtContent>
            </w:sdt>
          </w:p>
        </w:tc>
        <w:tc>
          <w:tcPr>
            <w:tcW w:w="2096" w:type="dxa"/>
          </w:tcPr>
          <w:p w14:paraId="187E093D" w14:textId="77777777" w:rsidR="00151075" w:rsidRDefault="00000000">
            <w:pPr>
              <w:spacing w:after="0"/>
              <w:jc w:val="center"/>
            </w:pPr>
            <w:sdt>
              <w:sdtPr>
                <w:alias w:val="CHECKBOX_96"/>
                <w:tag w:val="CHECKBOX_96"/>
                <w:id w:val="1123130327"/>
                <w14:checkbox>
                  <w14:checked w14:val="0"/>
                  <w14:checkedState w14:val="2612" w14:font="MS Gothic"/>
                  <w14:uncheckedState w14:val="2610" w14:font="MS Gothic"/>
                </w14:checkbox>
              </w:sdtPr>
              <w:sdtContent>
                <w:r w:rsidR="00D76B7D">
                  <w:rPr>
                    <w:sz w:val="24"/>
                  </w:rPr>
                  <w:t>☐</w:t>
                </w:r>
              </w:sdtContent>
            </w:sdt>
          </w:p>
        </w:tc>
        <w:tc>
          <w:tcPr>
            <w:tcW w:w="2096" w:type="dxa"/>
          </w:tcPr>
          <w:p w14:paraId="36352926" w14:textId="77777777" w:rsidR="00151075" w:rsidRDefault="00D76B7D">
            <w:pPr>
              <w:spacing w:after="0"/>
            </w:pPr>
            <w:r>
              <w:rPr>
                <w:color w:val="646464"/>
                <w:sz w:val="15"/>
              </w:rPr>
              <w:t>{{CATEGORIEËN_BETROKKENEN_7_TOELICHTING}}</w:t>
            </w:r>
          </w:p>
        </w:tc>
      </w:tr>
      <w:tr w:rsidR="00151075" w14:paraId="13DBA1F0" w14:textId="77777777">
        <w:trPr>
          <w:jc w:val="center"/>
        </w:trPr>
        <w:tc>
          <w:tcPr>
            <w:tcW w:w="2096" w:type="dxa"/>
          </w:tcPr>
          <w:p w14:paraId="18387399" w14:textId="77777777" w:rsidR="00151075" w:rsidRDefault="00D76B7D">
            <w:pPr>
              <w:spacing w:after="0"/>
            </w:pPr>
            <w:r>
              <w:rPr>
                <w:sz w:val="16"/>
              </w:rPr>
              <w:t>Bezoekers</w:t>
            </w:r>
          </w:p>
        </w:tc>
        <w:tc>
          <w:tcPr>
            <w:tcW w:w="2096" w:type="dxa"/>
          </w:tcPr>
          <w:p w14:paraId="48B774A5" w14:textId="77777777" w:rsidR="00151075" w:rsidRDefault="00000000">
            <w:pPr>
              <w:spacing w:after="0"/>
              <w:jc w:val="center"/>
            </w:pPr>
            <w:sdt>
              <w:sdtPr>
                <w:alias w:val="CHECKBOX_97"/>
                <w:tag w:val="CHECKBOX_97"/>
                <w:id w:val="1680351626"/>
                <w14:checkbox>
                  <w14:checked w14:val="0"/>
                  <w14:checkedState w14:val="2612" w14:font="MS Gothic"/>
                  <w14:uncheckedState w14:val="2610" w14:font="MS Gothic"/>
                </w14:checkbox>
              </w:sdtPr>
              <w:sdtContent>
                <w:r w:rsidR="00D76B7D">
                  <w:rPr>
                    <w:sz w:val="24"/>
                  </w:rPr>
                  <w:t>☐</w:t>
                </w:r>
              </w:sdtContent>
            </w:sdt>
          </w:p>
        </w:tc>
        <w:tc>
          <w:tcPr>
            <w:tcW w:w="2096" w:type="dxa"/>
          </w:tcPr>
          <w:p w14:paraId="4102C365" w14:textId="77777777" w:rsidR="00151075" w:rsidRDefault="00000000">
            <w:pPr>
              <w:spacing w:after="0"/>
              <w:jc w:val="center"/>
            </w:pPr>
            <w:sdt>
              <w:sdtPr>
                <w:alias w:val="CHECKBOX_98"/>
                <w:tag w:val="CHECKBOX_98"/>
                <w:id w:val="1819859443"/>
                <w14:checkbox>
                  <w14:checked w14:val="0"/>
                  <w14:checkedState w14:val="2612" w14:font="MS Gothic"/>
                  <w14:uncheckedState w14:val="2610" w14:font="MS Gothic"/>
                </w14:checkbox>
              </w:sdtPr>
              <w:sdtContent>
                <w:r w:rsidR="00D76B7D">
                  <w:rPr>
                    <w:sz w:val="24"/>
                  </w:rPr>
                  <w:t>☐</w:t>
                </w:r>
              </w:sdtContent>
            </w:sdt>
          </w:p>
        </w:tc>
        <w:tc>
          <w:tcPr>
            <w:tcW w:w="2096" w:type="dxa"/>
          </w:tcPr>
          <w:p w14:paraId="220ED149" w14:textId="77777777" w:rsidR="00151075" w:rsidRDefault="00000000">
            <w:pPr>
              <w:spacing w:after="0"/>
              <w:jc w:val="center"/>
            </w:pPr>
            <w:sdt>
              <w:sdtPr>
                <w:alias w:val="CHECKBOX_99"/>
                <w:tag w:val="CHECKBOX_99"/>
                <w:id w:val="1676189781"/>
                <w14:checkbox>
                  <w14:checked w14:val="0"/>
                  <w14:checkedState w14:val="2612" w14:font="MS Gothic"/>
                  <w14:uncheckedState w14:val="2610" w14:font="MS Gothic"/>
                </w14:checkbox>
              </w:sdtPr>
              <w:sdtContent>
                <w:r w:rsidR="00D76B7D">
                  <w:rPr>
                    <w:sz w:val="24"/>
                  </w:rPr>
                  <w:t>☐</w:t>
                </w:r>
              </w:sdtContent>
            </w:sdt>
          </w:p>
        </w:tc>
        <w:tc>
          <w:tcPr>
            <w:tcW w:w="2096" w:type="dxa"/>
          </w:tcPr>
          <w:p w14:paraId="2D7F9DF6" w14:textId="77777777" w:rsidR="00151075" w:rsidRDefault="00D76B7D">
            <w:pPr>
              <w:spacing w:after="0"/>
            </w:pPr>
            <w:r>
              <w:rPr>
                <w:color w:val="646464"/>
                <w:sz w:val="15"/>
              </w:rPr>
              <w:t>{{CATEGORIEËN_BETROKKENEN_8_TOELICHTING}}</w:t>
            </w:r>
          </w:p>
        </w:tc>
      </w:tr>
      <w:tr w:rsidR="00151075" w14:paraId="0689EF3A" w14:textId="77777777">
        <w:trPr>
          <w:jc w:val="center"/>
        </w:trPr>
        <w:tc>
          <w:tcPr>
            <w:tcW w:w="2096" w:type="dxa"/>
          </w:tcPr>
          <w:p w14:paraId="6BE0372C" w14:textId="77777777" w:rsidR="00151075" w:rsidRDefault="00D76B7D">
            <w:pPr>
              <w:spacing w:after="0"/>
            </w:pPr>
            <w:r>
              <w:rPr>
                <w:sz w:val="16"/>
              </w:rPr>
              <w:t>Overige betrokkenen</w:t>
            </w:r>
          </w:p>
        </w:tc>
        <w:tc>
          <w:tcPr>
            <w:tcW w:w="2096" w:type="dxa"/>
          </w:tcPr>
          <w:p w14:paraId="13B17BAA" w14:textId="77777777" w:rsidR="00151075" w:rsidRDefault="00000000">
            <w:pPr>
              <w:spacing w:after="0"/>
              <w:jc w:val="center"/>
            </w:pPr>
            <w:sdt>
              <w:sdtPr>
                <w:alias w:val="CHECKBOX_100"/>
                <w:tag w:val="CHECKBOX_100"/>
                <w:id w:val="1017991030"/>
                <w14:checkbox>
                  <w14:checked w14:val="0"/>
                  <w14:checkedState w14:val="2612" w14:font="MS Gothic"/>
                  <w14:uncheckedState w14:val="2610" w14:font="MS Gothic"/>
                </w14:checkbox>
              </w:sdtPr>
              <w:sdtContent>
                <w:r w:rsidR="00D76B7D">
                  <w:rPr>
                    <w:sz w:val="24"/>
                  </w:rPr>
                  <w:t>☐</w:t>
                </w:r>
              </w:sdtContent>
            </w:sdt>
          </w:p>
        </w:tc>
        <w:tc>
          <w:tcPr>
            <w:tcW w:w="2096" w:type="dxa"/>
          </w:tcPr>
          <w:p w14:paraId="1AE1D2CC" w14:textId="77777777" w:rsidR="00151075" w:rsidRDefault="00000000">
            <w:pPr>
              <w:spacing w:after="0"/>
              <w:jc w:val="center"/>
            </w:pPr>
            <w:sdt>
              <w:sdtPr>
                <w:alias w:val="CHECKBOX_101"/>
                <w:tag w:val="CHECKBOX_101"/>
                <w:id w:val="1966174423"/>
                <w14:checkbox>
                  <w14:checked w14:val="0"/>
                  <w14:checkedState w14:val="2612" w14:font="MS Gothic"/>
                  <w14:uncheckedState w14:val="2610" w14:font="MS Gothic"/>
                </w14:checkbox>
              </w:sdtPr>
              <w:sdtContent>
                <w:r w:rsidR="00D76B7D">
                  <w:rPr>
                    <w:sz w:val="24"/>
                  </w:rPr>
                  <w:t>☐</w:t>
                </w:r>
              </w:sdtContent>
            </w:sdt>
          </w:p>
        </w:tc>
        <w:tc>
          <w:tcPr>
            <w:tcW w:w="2096" w:type="dxa"/>
          </w:tcPr>
          <w:p w14:paraId="64608BC3" w14:textId="77777777" w:rsidR="00151075" w:rsidRDefault="00000000">
            <w:pPr>
              <w:spacing w:after="0"/>
              <w:jc w:val="center"/>
            </w:pPr>
            <w:sdt>
              <w:sdtPr>
                <w:alias w:val="CHECKBOX_102"/>
                <w:tag w:val="CHECKBOX_102"/>
                <w:id w:val="1224285509"/>
                <w14:checkbox>
                  <w14:checked w14:val="0"/>
                  <w14:checkedState w14:val="2612" w14:font="MS Gothic"/>
                  <w14:uncheckedState w14:val="2610" w14:font="MS Gothic"/>
                </w14:checkbox>
              </w:sdtPr>
              <w:sdtContent>
                <w:r w:rsidR="00D76B7D">
                  <w:rPr>
                    <w:sz w:val="24"/>
                  </w:rPr>
                  <w:t>☐</w:t>
                </w:r>
              </w:sdtContent>
            </w:sdt>
          </w:p>
        </w:tc>
        <w:tc>
          <w:tcPr>
            <w:tcW w:w="2096" w:type="dxa"/>
          </w:tcPr>
          <w:p w14:paraId="66DEA5C2" w14:textId="77777777" w:rsidR="00151075" w:rsidRDefault="00D76B7D">
            <w:pPr>
              <w:spacing w:after="0"/>
            </w:pPr>
            <w:r>
              <w:rPr>
                <w:color w:val="646464"/>
                <w:sz w:val="15"/>
              </w:rPr>
              <w:t>{{CATEGORIEËN_BETROKKENEN_9_TOELICHTING}}</w:t>
            </w:r>
          </w:p>
        </w:tc>
      </w:tr>
    </w:tbl>
    <w:p w14:paraId="74AB3F30" w14:textId="77777777" w:rsidR="00151075" w:rsidRDefault="00151075"/>
    <w:tbl>
      <w:tblPr>
        <w:tblStyle w:val="TableGrid"/>
        <w:tblW w:w="0" w:type="auto"/>
        <w:jc w:val="center"/>
        <w:tblLook w:val="04A0" w:firstRow="1" w:lastRow="0" w:firstColumn="1" w:lastColumn="0" w:noHBand="0" w:noVBand="1"/>
      </w:tblPr>
      <w:tblGrid>
        <w:gridCol w:w="3604"/>
        <w:gridCol w:w="6868"/>
      </w:tblGrid>
      <w:tr w:rsidR="00151075" w14:paraId="09B6A605" w14:textId="77777777" w:rsidTr="005A6DD4">
        <w:trPr>
          <w:tblHeader/>
          <w:jc w:val="center"/>
        </w:trPr>
        <w:tc>
          <w:tcPr>
            <w:tcW w:w="3610" w:type="dxa"/>
            <w:shd w:val="clear" w:color="auto" w:fill="1F4E79"/>
            <w:tcMar>
              <w:top w:w="80" w:type="dxa"/>
              <w:left w:w="80" w:type="dxa"/>
              <w:bottom w:w="80" w:type="dxa"/>
              <w:right w:w="80" w:type="dxa"/>
            </w:tcMar>
            <w:vAlign w:val="center"/>
          </w:tcPr>
          <w:p w14:paraId="68A3FA56" w14:textId="77777777" w:rsidR="00151075" w:rsidRDefault="00D76B7D">
            <w:pPr>
              <w:spacing w:after="0"/>
            </w:pPr>
            <w:r>
              <w:rPr>
                <w:b/>
                <w:color w:val="FFFFFF"/>
                <w:sz w:val="17"/>
              </w:rPr>
              <w:t>Onderwerp</w:t>
            </w:r>
          </w:p>
        </w:tc>
        <w:tc>
          <w:tcPr>
            <w:tcW w:w="6880" w:type="dxa"/>
            <w:shd w:val="clear" w:color="auto" w:fill="1F4E79"/>
            <w:tcMar>
              <w:top w:w="80" w:type="dxa"/>
              <w:left w:w="80" w:type="dxa"/>
              <w:bottom w:w="80" w:type="dxa"/>
              <w:right w:w="80" w:type="dxa"/>
            </w:tcMar>
            <w:vAlign w:val="center"/>
          </w:tcPr>
          <w:p w14:paraId="75C7B6A4" w14:textId="77777777" w:rsidR="00151075" w:rsidRDefault="00D76B7D">
            <w:pPr>
              <w:spacing w:after="0"/>
            </w:pPr>
            <w:r>
              <w:rPr>
                <w:b/>
                <w:color w:val="FFFFFF"/>
                <w:sz w:val="17"/>
              </w:rPr>
              <w:t>Invullen</w:t>
            </w:r>
          </w:p>
        </w:tc>
      </w:tr>
      <w:tr w:rsidR="00151075" w14:paraId="4A881197" w14:textId="77777777" w:rsidTr="005A6DD4">
        <w:trPr>
          <w:jc w:val="center"/>
        </w:trPr>
        <w:tc>
          <w:tcPr>
            <w:tcW w:w="3610" w:type="dxa"/>
            <w:shd w:val="clear" w:color="auto" w:fill="F3F6F8"/>
          </w:tcPr>
          <w:p w14:paraId="3F0BCBC8" w14:textId="77777777" w:rsidR="00151075" w:rsidRDefault="00D76B7D">
            <w:pPr>
              <w:spacing w:after="0"/>
            </w:pPr>
            <w:r>
              <w:rPr>
                <w:b/>
                <w:sz w:val="16"/>
              </w:rPr>
              <w:t>Dataminimalisatie onderbouwd</w:t>
            </w:r>
          </w:p>
        </w:tc>
        <w:tc>
          <w:tcPr>
            <w:tcW w:w="6880" w:type="dxa"/>
          </w:tcPr>
          <w:p w14:paraId="429599D0" w14:textId="77777777" w:rsidR="00151075" w:rsidRDefault="00000000">
            <w:pPr>
              <w:spacing w:after="0"/>
            </w:pPr>
            <w:sdt>
              <w:sdtPr>
                <w:alias w:val="DATAMINIMALISATIE_ONDERBOUWING"/>
                <w:tag w:val="DATAMINIMALISATIE_ONDERBOUWING"/>
                <w:id w:val="7718382"/>
                <w:text/>
              </w:sdtPr>
              <w:sdtContent>
                <w:r w:rsidR="00D76B7D">
                  <w:rPr>
                    <w:color w:val="646464"/>
                    <w:sz w:val="16"/>
                  </w:rPr>
                  <w:t>{{DATAMINIMALISATIE_ONDERBOUWING}}</w:t>
                </w:r>
              </w:sdtContent>
            </w:sdt>
          </w:p>
        </w:tc>
      </w:tr>
      <w:tr w:rsidR="00151075" w14:paraId="7FEE97B3" w14:textId="77777777" w:rsidTr="005A6DD4">
        <w:trPr>
          <w:jc w:val="center"/>
        </w:trPr>
        <w:tc>
          <w:tcPr>
            <w:tcW w:w="3610" w:type="dxa"/>
            <w:shd w:val="clear" w:color="auto" w:fill="F3F6F8"/>
          </w:tcPr>
          <w:p w14:paraId="6117A0B9" w14:textId="77777777" w:rsidR="00151075" w:rsidRPr="005A6DD4" w:rsidRDefault="00D76B7D">
            <w:pPr>
              <w:spacing w:after="0"/>
              <w:rPr>
                <w:lang w:val="nl-NL"/>
              </w:rPr>
            </w:pPr>
            <w:r w:rsidRPr="005A6DD4">
              <w:rPr>
                <w:b/>
                <w:sz w:val="16"/>
                <w:lang w:val="nl-NL"/>
              </w:rPr>
              <w:t>Zijn gegevens juist en actueel?</w:t>
            </w:r>
          </w:p>
        </w:tc>
        <w:tc>
          <w:tcPr>
            <w:tcW w:w="6880" w:type="dxa"/>
          </w:tcPr>
          <w:p w14:paraId="627DD55D" w14:textId="77777777" w:rsidR="00151075" w:rsidRDefault="00000000">
            <w:pPr>
              <w:spacing w:after="0"/>
            </w:pPr>
            <w:sdt>
              <w:sdtPr>
                <w:alias w:val="JUISTHEID_ACTUALITEIT"/>
                <w:tag w:val="JUISTHEID_ACTUALITEIT"/>
                <w:id w:val="551429958"/>
                <w:text/>
              </w:sdtPr>
              <w:sdtContent>
                <w:r w:rsidR="00D76B7D">
                  <w:rPr>
                    <w:color w:val="646464"/>
                    <w:sz w:val="16"/>
                  </w:rPr>
                  <w:t>{{JUISTHEID_ACTUALITEIT}}</w:t>
                </w:r>
              </w:sdtContent>
            </w:sdt>
          </w:p>
        </w:tc>
      </w:tr>
      <w:tr w:rsidR="00151075" w14:paraId="291C5879" w14:textId="77777777" w:rsidTr="005A6DD4">
        <w:trPr>
          <w:jc w:val="center"/>
        </w:trPr>
        <w:tc>
          <w:tcPr>
            <w:tcW w:w="3610" w:type="dxa"/>
            <w:shd w:val="clear" w:color="auto" w:fill="F3F6F8"/>
          </w:tcPr>
          <w:p w14:paraId="7F3E9E7E" w14:textId="77777777" w:rsidR="00151075" w:rsidRDefault="00D76B7D">
            <w:pPr>
              <w:spacing w:after="0"/>
            </w:pPr>
            <w:r>
              <w:rPr>
                <w:b/>
                <w:sz w:val="16"/>
              </w:rPr>
              <w:t>Worden test-/acceptatiegegevens gebruikt?</w:t>
            </w:r>
          </w:p>
        </w:tc>
        <w:tc>
          <w:tcPr>
            <w:tcW w:w="6880" w:type="dxa"/>
          </w:tcPr>
          <w:p w14:paraId="20533A57" w14:textId="77777777" w:rsidR="00151075" w:rsidRDefault="00000000">
            <w:pPr>
              <w:spacing w:after="0"/>
            </w:pPr>
            <w:sdt>
              <w:sdtPr>
                <w:alias w:val="TESTDATA"/>
                <w:tag w:val="TESTDATA"/>
                <w:id w:val="1742980521"/>
                <w:text/>
              </w:sdtPr>
              <w:sdtContent>
                <w:r w:rsidR="00D76B7D">
                  <w:rPr>
                    <w:color w:val="646464"/>
                    <w:sz w:val="16"/>
                  </w:rPr>
                  <w:t>{{TESTDATA}}</w:t>
                </w:r>
              </w:sdtContent>
            </w:sdt>
          </w:p>
        </w:tc>
      </w:tr>
      <w:tr w:rsidR="00151075" w14:paraId="4C14465E" w14:textId="77777777" w:rsidTr="005A6DD4">
        <w:trPr>
          <w:jc w:val="center"/>
        </w:trPr>
        <w:tc>
          <w:tcPr>
            <w:tcW w:w="3610" w:type="dxa"/>
            <w:shd w:val="clear" w:color="auto" w:fill="F3F6F8"/>
          </w:tcPr>
          <w:p w14:paraId="3F7ADAD8" w14:textId="77777777" w:rsidR="00151075" w:rsidRDefault="00D76B7D">
            <w:pPr>
              <w:spacing w:after="0"/>
            </w:pPr>
            <w:r>
              <w:rPr>
                <w:b/>
                <w:sz w:val="16"/>
              </w:rPr>
              <w:t>Pseudonimisering of anonimisering mogelijk?</w:t>
            </w:r>
          </w:p>
        </w:tc>
        <w:tc>
          <w:tcPr>
            <w:tcW w:w="6880" w:type="dxa"/>
          </w:tcPr>
          <w:p w14:paraId="672A75D8" w14:textId="77777777" w:rsidR="00151075" w:rsidRDefault="00000000">
            <w:pPr>
              <w:spacing w:after="0"/>
            </w:pPr>
            <w:sdt>
              <w:sdtPr>
                <w:alias w:val="PSEUDONIMISERING_ANONIMISERING"/>
                <w:tag w:val="PSEUDONIMISERING_ANONIMISERING"/>
                <w:id w:val="-974212651"/>
                <w:text/>
              </w:sdtPr>
              <w:sdtContent>
                <w:r w:rsidR="00D76B7D">
                  <w:rPr>
                    <w:color w:val="646464"/>
                    <w:sz w:val="16"/>
                  </w:rPr>
                  <w:t>{{PSEUDONIMISERING_ANONIMISERING}}</w:t>
                </w:r>
              </w:sdtContent>
            </w:sdt>
          </w:p>
        </w:tc>
      </w:tr>
    </w:tbl>
    <w:p w14:paraId="40DC7105" w14:textId="77777777" w:rsidR="00151075" w:rsidRDefault="00151075"/>
    <w:p w14:paraId="63E8A3BB" w14:textId="77777777" w:rsidR="00151075" w:rsidRDefault="00D76B7D">
      <w:pPr>
        <w:pStyle w:val="Heading2"/>
      </w:pPr>
      <w:r>
        <w:t>6. Partijen, rollen en contractuele basis</w:t>
      </w:r>
    </w:p>
    <w:tbl>
      <w:tblPr>
        <w:tblStyle w:val="TableGrid"/>
        <w:tblW w:w="10485" w:type="dxa"/>
        <w:jc w:val="center"/>
        <w:tblLook w:val="04A0" w:firstRow="1" w:lastRow="0" w:firstColumn="1" w:lastColumn="0" w:noHBand="0" w:noVBand="1"/>
      </w:tblPr>
      <w:tblGrid>
        <w:gridCol w:w="3774"/>
        <w:gridCol w:w="6711"/>
      </w:tblGrid>
      <w:tr w:rsidR="00151075" w14:paraId="47C38520" w14:textId="77777777" w:rsidTr="005A6DD4">
        <w:trPr>
          <w:tblHeader/>
          <w:jc w:val="center"/>
        </w:trPr>
        <w:tc>
          <w:tcPr>
            <w:tcW w:w="3774" w:type="dxa"/>
            <w:shd w:val="clear" w:color="auto" w:fill="1F4E79"/>
            <w:tcMar>
              <w:top w:w="80" w:type="dxa"/>
              <w:left w:w="80" w:type="dxa"/>
              <w:bottom w:w="80" w:type="dxa"/>
              <w:right w:w="80" w:type="dxa"/>
            </w:tcMar>
            <w:vAlign w:val="center"/>
          </w:tcPr>
          <w:p w14:paraId="6EDE31BF" w14:textId="77777777" w:rsidR="00151075" w:rsidRDefault="00D76B7D">
            <w:pPr>
              <w:spacing w:after="0"/>
            </w:pPr>
            <w:r>
              <w:rPr>
                <w:b/>
                <w:color w:val="FFFFFF"/>
                <w:sz w:val="17"/>
              </w:rPr>
              <w:t>Partij / onderwerp</w:t>
            </w:r>
          </w:p>
        </w:tc>
        <w:tc>
          <w:tcPr>
            <w:tcW w:w="6711" w:type="dxa"/>
            <w:shd w:val="clear" w:color="auto" w:fill="1F4E79"/>
            <w:tcMar>
              <w:top w:w="80" w:type="dxa"/>
              <w:left w:w="80" w:type="dxa"/>
              <w:bottom w:w="80" w:type="dxa"/>
              <w:right w:w="80" w:type="dxa"/>
            </w:tcMar>
            <w:vAlign w:val="center"/>
          </w:tcPr>
          <w:p w14:paraId="5D274D0B" w14:textId="77777777" w:rsidR="00151075" w:rsidRDefault="00D76B7D">
            <w:pPr>
              <w:spacing w:after="0"/>
            </w:pPr>
            <w:r>
              <w:rPr>
                <w:b/>
                <w:color w:val="FFFFFF"/>
                <w:sz w:val="17"/>
              </w:rPr>
              <w:t>Invullen</w:t>
            </w:r>
          </w:p>
        </w:tc>
      </w:tr>
      <w:tr w:rsidR="00151075" w14:paraId="3306D7C7" w14:textId="77777777" w:rsidTr="005A6DD4">
        <w:trPr>
          <w:jc w:val="center"/>
        </w:trPr>
        <w:tc>
          <w:tcPr>
            <w:tcW w:w="3774" w:type="dxa"/>
            <w:shd w:val="clear" w:color="auto" w:fill="F3F6F8"/>
          </w:tcPr>
          <w:p w14:paraId="32D6E635" w14:textId="77777777" w:rsidR="00151075" w:rsidRPr="005A6DD4" w:rsidRDefault="00D76B7D">
            <w:pPr>
              <w:spacing w:after="0"/>
              <w:rPr>
                <w:lang w:val="nl-NL"/>
              </w:rPr>
            </w:pPr>
            <w:r w:rsidRPr="005A6DD4">
              <w:rPr>
                <w:b/>
                <w:sz w:val="16"/>
                <w:lang w:val="nl-NL"/>
              </w:rPr>
              <w:t>Eigen organisatie: rol en verantwoordelijkheid</w:t>
            </w:r>
          </w:p>
        </w:tc>
        <w:tc>
          <w:tcPr>
            <w:tcW w:w="6711" w:type="dxa"/>
          </w:tcPr>
          <w:p w14:paraId="794A40F6" w14:textId="77777777" w:rsidR="00151075" w:rsidRDefault="00000000">
            <w:pPr>
              <w:spacing w:after="0"/>
            </w:pPr>
            <w:sdt>
              <w:sdtPr>
                <w:alias w:val="PARTIJ_EIGEN_ORGANISATIE"/>
                <w:tag w:val="PARTIJ_EIGEN_ORGANISATIE"/>
                <w:id w:val="1632985763"/>
                <w:text/>
              </w:sdtPr>
              <w:sdtContent>
                <w:r w:rsidR="00D76B7D">
                  <w:rPr>
                    <w:color w:val="646464"/>
                    <w:sz w:val="16"/>
                  </w:rPr>
                  <w:t>{{PARTIJ_EIGEN_ORGANISATIE}}</w:t>
                </w:r>
              </w:sdtContent>
            </w:sdt>
          </w:p>
        </w:tc>
      </w:tr>
      <w:tr w:rsidR="00151075" w14:paraId="2D78019E" w14:textId="77777777" w:rsidTr="005A6DD4">
        <w:trPr>
          <w:jc w:val="center"/>
        </w:trPr>
        <w:tc>
          <w:tcPr>
            <w:tcW w:w="3774" w:type="dxa"/>
            <w:shd w:val="clear" w:color="auto" w:fill="F3F6F8"/>
          </w:tcPr>
          <w:p w14:paraId="2890CE7A" w14:textId="77777777" w:rsidR="00151075" w:rsidRDefault="00D76B7D">
            <w:pPr>
              <w:spacing w:after="0"/>
            </w:pPr>
            <w:r>
              <w:rPr>
                <w:b/>
                <w:sz w:val="16"/>
              </w:rPr>
              <w:t>Leverancier: rol en verantwoordelijkheid</w:t>
            </w:r>
          </w:p>
        </w:tc>
        <w:tc>
          <w:tcPr>
            <w:tcW w:w="6711" w:type="dxa"/>
          </w:tcPr>
          <w:p w14:paraId="564DE859" w14:textId="77777777" w:rsidR="00151075" w:rsidRDefault="00000000">
            <w:pPr>
              <w:spacing w:after="0"/>
            </w:pPr>
            <w:sdt>
              <w:sdtPr>
                <w:alias w:val="PARTIJ_LEVERANCIER"/>
                <w:tag w:val="PARTIJ_LEVERANCIER"/>
                <w:id w:val="196047264"/>
                <w:text/>
              </w:sdtPr>
              <w:sdtContent>
                <w:r w:rsidR="00D76B7D">
                  <w:rPr>
                    <w:color w:val="646464"/>
                    <w:sz w:val="16"/>
                  </w:rPr>
                  <w:t>{{PARTIJ_LEVERANCIER}}</w:t>
                </w:r>
              </w:sdtContent>
            </w:sdt>
          </w:p>
        </w:tc>
      </w:tr>
      <w:tr w:rsidR="00151075" w14:paraId="156F50A2" w14:textId="77777777" w:rsidTr="005A6DD4">
        <w:trPr>
          <w:jc w:val="center"/>
        </w:trPr>
        <w:tc>
          <w:tcPr>
            <w:tcW w:w="3774" w:type="dxa"/>
            <w:shd w:val="clear" w:color="auto" w:fill="F3F6F8"/>
          </w:tcPr>
          <w:p w14:paraId="6FE2E44F" w14:textId="77777777" w:rsidR="00151075" w:rsidRDefault="00D76B7D">
            <w:pPr>
              <w:spacing w:after="0"/>
            </w:pPr>
            <w:r>
              <w:rPr>
                <w:b/>
                <w:sz w:val="16"/>
              </w:rPr>
              <w:t>Subverwerkers</w:t>
            </w:r>
          </w:p>
        </w:tc>
        <w:tc>
          <w:tcPr>
            <w:tcW w:w="6711" w:type="dxa"/>
          </w:tcPr>
          <w:p w14:paraId="6E5DA9B3" w14:textId="77777777" w:rsidR="00151075" w:rsidRDefault="00000000">
            <w:pPr>
              <w:spacing w:after="0"/>
            </w:pPr>
            <w:sdt>
              <w:sdtPr>
                <w:alias w:val="SUBVERWERKERS"/>
                <w:tag w:val="SUBVERWERKERS"/>
                <w:id w:val="881363714"/>
                <w:text/>
              </w:sdtPr>
              <w:sdtContent>
                <w:r w:rsidR="00D76B7D">
                  <w:rPr>
                    <w:color w:val="646464"/>
                    <w:sz w:val="16"/>
                  </w:rPr>
                  <w:t>{{SUBVERWERKERS}}</w:t>
                </w:r>
              </w:sdtContent>
            </w:sdt>
          </w:p>
        </w:tc>
      </w:tr>
      <w:tr w:rsidR="00151075" w14:paraId="02CB3805" w14:textId="77777777" w:rsidTr="005A6DD4">
        <w:trPr>
          <w:jc w:val="center"/>
        </w:trPr>
        <w:tc>
          <w:tcPr>
            <w:tcW w:w="3774" w:type="dxa"/>
            <w:shd w:val="clear" w:color="auto" w:fill="F3F6F8"/>
          </w:tcPr>
          <w:p w14:paraId="6A750A7A" w14:textId="77777777" w:rsidR="00151075" w:rsidRDefault="00D76B7D">
            <w:pPr>
              <w:spacing w:after="0"/>
            </w:pPr>
            <w:r>
              <w:rPr>
                <w:b/>
                <w:sz w:val="16"/>
              </w:rPr>
              <w:t>Externe zorgpartij / ketenpartner</w:t>
            </w:r>
          </w:p>
        </w:tc>
        <w:tc>
          <w:tcPr>
            <w:tcW w:w="6711" w:type="dxa"/>
          </w:tcPr>
          <w:p w14:paraId="271FC9EE" w14:textId="77777777" w:rsidR="00151075" w:rsidRDefault="00000000">
            <w:pPr>
              <w:spacing w:after="0"/>
            </w:pPr>
            <w:sdt>
              <w:sdtPr>
                <w:alias w:val="PARTIJ_KETENPARTNER"/>
                <w:tag w:val="PARTIJ_KETENPARTNER"/>
                <w:id w:val="321169592"/>
                <w:text/>
              </w:sdtPr>
              <w:sdtContent>
                <w:r w:rsidR="00D76B7D">
                  <w:rPr>
                    <w:color w:val="646464"/>
                    <w:sz w:val="16"/>
                  </w:rPr>
                  <w:t>{{PARTIJ_KETENPARTNER}}</w:t>
                </w:r>
              </w:sdtContent>
            </w:sdt>
          </w:p>
        </w:tc>
      </w:tr>
      <w:tr w:rsidR="00151075" w14:paraId="122DB4F3" w14:textId="77777777" w:rsidTr="005A6DD4">
        <w:trPr>
          <w:jc w:val="center"/>
        </w:trPr>
        <w:tc>
          <w:tcPr>
            <w:tcW w:w="3774" w:type="dxa"/>
            <w:shd w:val="clear" w:color="auto" w:fill="F3F6F8"/>
          </w:tcPr>
          <w:p w14:paraId="4930BA95" w14:textId="77777777" w:rsidR="00151075" w:rsidRDefault="00D76B7D">
            <w:pPr>
              <w:spacing w:after="0"/>
            </w:pPr>
            <w:r>
              <w:rPr>
                <w:b/>
                <w:sz w:val="16"/>
              </w:rPr>
              <w:t>Hosting/cloudpartij</w:t>
            </w:r>
          </w:p>
        </w:tc>
        <w:tc>
          <w:tcPr>
            <w:tcW w:w="6711" w:type="dxa"/>
          </w:tcPr>
          <w:p w14:paraId="6D72CAC2" w14:textId="77777777" w:rsidR="00151075" w:rsidRDefault="00000000">
            <w:pPr>
              <w:spacing w:after="0"/>
            </w:pPr>
            <w:sdt>
              <w:sdtPr>
                <w:alias w:val="PARTIJ_HOSTING"/>
                <w:tag w:val="PARTIJ_HOSTING"/>
                <w:id w:val="-810470534"/>
                <w:text/>
              </w:sdtPr>
              <w:sdtContent>
                <w:r w:rsidR="00D76B7D">
                  <w:rPr>
                    <w:color w:val="646464"/>
                    <w:sz w:val="16"/>
                  </w:rPr>
                  <w:t>{{PARTIJ_HOSTING}}</w:t>
                </w:r>
              </w:sdtContent>
            </w:sdt>
          </w:p>
        </w:tc>
      </w:tr>
      <w:tr w:rsidR="00151075" w14:paraId="6A15F59B" w14:textId="77777777" w:rsidTr="005A6DD4">
        <w:trPr>
          <w:jc w:val="center"/>
        </w:trPr>
        <w:tc>
          <w:tcPr>
            <w:tcW w:w="3774" w:type="dxa"/>
            <w:shd w:val="clear" w:color="auto" w:fill="F3F6F8"/>
          </w:tcPr>
          <w:p w14:paraId="7E838D70" w14:textId="77777777" w:rsidR="00151075" w:rsidRDefault="00D76B7D">
            <w:pPr>
              <w:spacing w:after="0"/>
            </w:pPr>
            <w:r>
              <w:rPr>
                <w:b/>
                <w:sz w:val="16"/>
              </w:rPr>
              <w:t>Gezamenlijke verantwoordelijkheid?</w:t>
            </w:r>
          </w:p>
        </w:tc>
        <w:tc>
          <w:tcPr>
            <w:tcW w:w="6711" w:type="dxa"/>
          </w:tcPr>
          <w:p w14:paraId="17D6069D" w14:textId="77777777" w:rsidR="00151075" w:rsidRDefault="00000000">
            <w:pPr>
              <w:spacing w:after="0"/>
            </w:pPr>
            <w:sdt>
              <w:sdtPr>
                <w:alias w:val="GEZAMENLIJKE_VERANTWOORDELIJKHEID"/>
                <w:tag w:val="GEZAMENLIJKE_VERANTWOORDELIJKHEID"/>
                <w:id w:val="294656366"/>
                <w:text/>
              </w:sdtPr>
              <w:sdtContent>
                <w:r w:rsidR="00D76B7D">
                  <w:rPr>
                    <w:color w:val="646464"/>
                    <w:sz w:val="16"/>
                  </w:rPr>
                  <w:t>{{GEZAMENLIJKE_VERANTWOORDELIJKHEID}}</w:t>
                </w:r>
              </w:sdtContent>
            </w:sdt>
          </w:p>
        </w:tc>
      </w:tr>
      <w:tr w:rsidR="00151075" w14:paraId="567A3BEC" w14:textId="77777777" w:rsidTr="005A6DD4">
        <w:trPr>
          <w:jc w:val="center"/>
        </w:trPr>
        <w:tc>
          <w:tcPr>
            <w:tcW w:w="3774" w:type="dxa"/>
            <w:shd w:val="clear" w:color="auto" w:fill="F3F6F8"/>
          </w:tcPr>
          <w:p w14:paraId="677C367D" w14:textId="77777777" w:rsidR="00151075" w:rsidRDefault="00D76B7D">
            <w:pPr>
              <w:spacing w:after="0"/>
            </w:pPr>
            <w:r>
              <w:rPr>
                <w:b/>
                <w:sz w:val="16"/>
              </w:rPr>
              <w:t>Verwerkersovereenkomst aanwezig?</w:t>
            </w:r>
          </w:p>
        </w:tc>
        <w:tc>
          <w:tcPr>
            <w:tcW w:w="6711" w:type="dxa"/>
          </w:tcPr>
          <w:p w14:paraId="23434AEE" w14:textId="77777777" w:rsidR="00151075" w:rsidRDefault="00000000">
            <w:pPr>
              <w:spacing w:after="0"/>
            </w:pPr>
            <w:sdt>
              <w:sdtPr>
                <w:alias w:val="VERWERKERSOVEREENKOMST"/>
                <w:tag w:val="VERWERKERSOVEREENKOMST"/>
                <w:id w:val="-818185167"/>
                <w:text/>
              </w:sdtPr>
              <w:sdtContent>
                <w:r w:rsidR="00D76B7D">
                  <w:rPr>
                    <w:color w:val="646464"/>
                    <w:sz w:val="16"/>
                  </w:rPr>
                  <w:t>{{VERWERKERSOVEREENKOMST}}</w:t>
                </w:r>
              </w:sdtContent>
            </w:sdt>
          </w:p>
        </w:tc>
      </w:tr>
      <w:tr w:rsidR="00151075" w14:paraId="7277A7C9" w14:textId="77777777" w:rsidTr="005A6DD4">
        <w:trPr>
          <w:jc w:val="center"/>
        </w:trPr>
        <w:tc>
          <w:tcPr>
            <w:tcW w:w="3774" w:type="dxa"/>
            <w:shd w:val="clear" w:color="auto" w:fill="F3F6F8"/>
          </w:tcPr>
          <w:p w14:paraId="2A59BE8D" w14:textId="77777777" w:rsidR="00151075" w:rsidRDefault="00D76B7D">
            <w:pPr>
              <w:spacing w:after="0"/>
            </w:pPr>
            <w:r>
              <w:rPr>
                <w:b/>
                <w:sz w:val="16"/>
              </w:rPr>
              <w:t>Gegevensuitwisselingsovereenkomst/convenant aanwezig?</w:t>
            </w:r>
          </w:p>
        </w:tc>
        <w:tc>
          <w:tcPr>
            <w:tcW w:w="6711" w:type="dxa"/>
          </w:tcPr>
          <w:p w14:paraId="4FEFFDB0" w14:textId="77777777" w:rsidR="00151075" w:rsidRDefault="00000000">
            <w:pPr>
              <w:spacing w:after="0"/>
            </w:pPr>
            <w:sdt>
              <w:sdtPr>
                <w:alias w:val="GEGEVENSUITWISSELINGSOVEREENKOMST"/>
                <w:tag w:val="GEGEVENSUITWISSELINGSOVEREENKOMST"/>
                <w:id w:val="-1983445701"/>
                <w:text/>
              </w:sdtPr>
              <w:sdtContent>
                <w:r w:rsidR="00D76B7D">
                  <w:rPr>
                    <w:color w:val="646464"/>
                    <w:sz w:val="16"/>
                  </w:rPr>
                  <w:t>{{GEGEVENSUITWISSELINGSOVEREENKOMST}}</w:t>
                </w:r>
              </w:sdtContent>
            </w:sdt>
          </w:p>
        </w:tc>
      </w:tr>
      <w:tr w:rsidR="00151075" w14:paraId="213372EE" w14:textId="77777777" w:rsidTr="005A6DD4">
        <w:trPr>
          <w:jc w:val="center"/>
        </w:trPr>
        <w:tc>
          <w:tcPr>
            <w:tcW w:w="3774" w:type="dxa"/>
            <w:shd w:val="clear" w:color="auto" w:fill="F3F6F8"/>
          </w:tcPr>
          <w:p w14:paraId="736CC128" w14:textId="77777777" w:rsidR="00151075" w:rsidRDefault="00D76B7D">
            <w:pPr>
              <w:spacing w:after="0"/>
            </w:pPr>
            <w:r>
              <w:rPr>
                <w:b/>
                <w:sz w:val="16"/>
              </w:rPr>
              <w:t>Aansprakelijkheid en incidentafspraken vastgelegd?</w:t>
            </w:r>
          </w:p>
        </w:tc>
        <w:tc>
          <w:tcPr>
            <w:tcW w:w="6711" w:type="dxa"/>
          </w:tcPr>
          <w:p w14:paraId="2E3B051B" w14:textId="77777777" w:rsidR="00151075" w:rsidRDefault="00000000">
            <w:pPr>
              <w:spacing w:after="0"/>
            </w:pPr>
            <w:sdt>
              <w:sdtPr>
                <w:alias w:val="AANSPRAKELIJKHEID_INCIDENTAFSPRAKEN"/>
                <w:tag w:val="AANSPRAKELIJKHEID_INCIDENTAFSPRAKEN"/>
                <w:id w:val="1384060890"/>
                <w:text/>
              </w:sdtPr>
              <w:sdtContent>
                <w:r w:rsidR="00D76B7D">
                  <w:rPr>
                    <w:color w:val="646464"/>
                    <w:sz w:val="16"/>
                  </w:rPr>
                  <w:t>{{AANSPRAKELIJKHEID_INCIDENTAFSPRAKEN}}</w:t>
                </w:r>
              </w:sdtContent>
            </w:sdt>
          </w:p>
        </w:tc>
      </w:tr>
    </w:tbl>
    <w:p w14:paraId="4DCCD5F3" w14:textId="77777777" w:rsidR="00151075" w:rsidRDefault="00151075"/>
    <w:p w14:paraId="46389BAD" w14:textId="77777777" w:rsidR="00151075" w:rsidRDefault="00D76B7D">
      <w:pPr>
        <w:pStyle w:val="Heading2"/>
      </w:pPr>
      <w:r>
        <w:t>7. Rechtmatigheid, doelbinding en transparantie</w:t>
      </w:r>
    </w:p>
    <w:tbl>
      <w:tblPr>
        <w:tblStyle w:val="TableGrid"/>
        <w:tblW w:w="10485" w:type="dxa"/>
        <w:jc w:val="center"/>
        <w:tblLook w:val="04A0" w:firstRow="1" w:lastRow="0" w:firstColumn="1" w:lastColumn="0" w:noHBand="0" w:noVBand="1"/>
      </w:tblPr>
      <w:tblGrid>
        <w:gridCol w:w="3605"/>
        <w:gridCol w:w="6880"/>
      </w:tblGrid>
      <w:tr w:rsidR="00151075" w14:paraId="56726BA3" w14:textId="77777777" w:rsidTr="005A6DD4">
        <w:trPr>
          <w:tblHeader/>
          <w:jc w:val="center"/>
        </w:trPr>
        <w:tc>
          <w:tcPr>
            <w:tcW w:w="3605" w:type="dxa"/>
            <w:shd w:val="clear" w:color="auto" w:fill="1F4E79"/>
            <w:tcMar>
              <w:top w:w="80" w:type="dxa"/>
              <w:left w:w="80" w:type="dxa"/>
              <w:bottom w:w="80" w:type="dxa"/>
              <w:right w:w="80" w:type="dxa"/>
            </w:tcMar>
            <w:vAlign w:val="center"/>
          </w:tcPr>
          <w:p w14:paraId="04B911DF" w14:textId="77777777" w:rsidR="00151075" w:rsidRDefault="00D76B7D">
            <w:pPr>
              <w:spacing w:after="0"/>
            </w:pPr>
            <w:r>
              <w:rPr>
                <w:b/>
                <w:color w:val="FFFFFF"/>
                <w:sz w:val="17"/>
              </w:rPr>
              <w:t>Vraag</w:t>
            </w:r>
          </w:p>
        </w:tc>
        <w:tc>
          <w:tcPr>
            <w:tcW w:w="6880" w:type="dxa"/>
            <w:shd w:val="clear" w:color="auto" w:fill="1F4E79"/>
            <w:tcMar>
              <w:top w:w="80" w:type="dxa"/>
              <w:left w:w="80" w:type="dxa"/>
              <w:bottom w:w="80" w:type="dxa"/>
              <w:right w:w="80" w:type="dxa"/>
            </w:tcMar>
            <w:vAlign w:val="center"/>
          </w:tcPr>
          <w:p w14:paraId="4AEF3934" w14:textId="77777777" w:rsidR="00151075" w:rsidRDefault="00D76B7D">
            <w:pPr>
              <w:spacing w:after="0"/>
            </w:pPr>
            <w:r>
              <w:rPr>
                <w:b/>
                <w:color w:val="FFFFFF"/>
                <w:sz w:val="17"/>
              </w:rPr>
              <w:t>Antwoord</w:t>
            </w:r>
          </w:p>
        </w:tc>
      </w:tr>
      <w:tr w:rsidR="00151075" w14:paraId="6EB0D1C3" w14:textId="77777777" w:rsidTr="005A6DD4">
        <w:trPr>
          <w:jc w:val="center"/>
        </w:trPr>
        <w:tc>
          <w:tcPr>
            <w:tcW w:w="3605" w:type="dxa"/>
            <w:shd w:val="clear" w:color="auto" w:fill="F3F6F8"/>
          </w:tcPr>
          <w:p w14:paraId="7E982DB1" w14:textId="77777777" w:rsidR="00151075" w:rsidRDefault="00D76B7D">
            <w:pPr>
              <w:spacing w:after="0"/>
            </w:pPr>
            <w:r>
              <w:rPr>
                <w:b/>
                <w:sz w:val="16"/>
              </w:rPr>
              <w:t>AVG-grondslag</w:t>
            </w:r>
          </w:p>
        </w:tc>
        <w:tc>
          <w:tcPr>
            <w:tcW w:w="6880" w:type="dxa"/>
          </w:tcPr>
          <w:p w14:paraId="2F1DEB91" w14:textId="77777777" w:rsidR="00151075" w:rsidRDefault="00000000">
            <w:pPr>
              <w:spacing w:after="0"/>
            </w:pPr>
            <w:sdt>
              <w:sdtPr>
                <w:alias w:val="AVG_GRONDSLAG"/>
                <w:tag w:val="AVG_GRONDSLAG"/>
                <w:id w:val="1405420965"/>
                <w:text/>
              </w:sdtPr>
              <w:sdtContent>
                <w:r w:rsidR="00D76B7D">
                  <w:rPr>
                    <w:color w:val="646464"/>
                    <w:sz w:val="16"/>
                  </w:rPr>
                  <w:t>{{AVG_GRONDSLAG}}</w:t>
                </w:r>
              </w:sdtContent>
            </w:sdt>
          </w:p>
        </w:tc>
      </w:tr>
      <w:tr w:rsidR="00151075" w14:paraId="617F3074" w14:textId="77777777" w:rsidTr="005A6DD4">
        <w:trPr>
          <w:jc w:val="center"/>
        </w:trPr>
        <w:tc>
          <w:tcPr>
            <w:tcW w:w="3605" w:type="dxa"/>
            <w:shd w:val="clear" w:color="auto" w:fill="F3F6F8"/>
          </w:tcPr>
          <w:p w14:paraId="106C206E" w14:textId="77777777" w:rsidR="00151075" w:rsidRPr="005A6DD4" w:rsidRDefault="00D76B7D">
            <w:pPr>
              <w:spacing w:after="0"/>
              <w:rPr>
                <w:lang w:val="nl-NL"/>
              </w:rPr>
            </w:pPr>
            <w:r w:rsidRPr="005A6DD4">
              <w:rPr>
                <w:b/>
                <w:sz w:val="16"/>
                <w:lang w:val="nl-NL"/>
              </w:rPr>
              <w:t>Uitzondering/verwerkingsgrond voor bijzondere persoonsgegevens</w:t>
            </w:r>
          </w:p>
        </w:tc>
        <w:tc>
          <w:tcPr>
            <w:tcW w:w="6880" w:type="dxa"/>
          </w:tcPr>
          <w:p w14:paraId="1F24C673" w14:textId="77777777" w:rsidR="00151075" w:rsidRDefault="00000000">
            <w:pPr>
              <w:spacing w:after="0"/>
            </w:pPr>
            <w:sdt>
              <w:sdtPr>
                <w:alias w:val="UITZONDERING_BIJZONDERE_GEGEVENS"/>
                <w:tag w:val="UITZONDERING_BIJZONDERE_GEGEVENS"/>
                <w:id w:val="-1044744994"/>
                <w:text/>
              </w:sdtPr>
              <w:sdtContent>
                <w:r w:rsidR="00D76B7D">
                  <w:rPr>
                    <w:color w:val="646464"/>
                    <w:sz w:val="16"/>
                  </w:rPr>
                  <w:t>{{UITZONDERING_BIJZONDERE_GEGEVENS}}</w:t>
                </w:r>
              </w:sdtContent>
            </w:sdt>
          </w:p>
        </w:tc>
      </w:tr>
      <w:tr w:rsidR="00151075" w14:paraId="559C021F" w14:textId="77777777" w:rsidTr="005A6DD4">
        <w:trPr>
          <w:jc w:val="center"/>
        </w:trPr>
        <w:tc>
          <w:tcPr>
            <w:tcW w:w="3605" w:type="dxa"/>
            <w:shd w:val="clear" w:color="auto" w:fill="F3F6F8"/>
          </w:tcPr>
          <w:p w14:paraId="6772C4DB" w14:textId="77777777" w:rsidR="00151075" w:rsidRDefault="00D76B7D">
            <w:pPr>
              <w:spacing w:after="0"/>
            </w:pPr>
            <w:r>
              <w:rPr>
                <w:b/>
                <w:sz w:val="16"/>
              </w:rPr>
              <w:t>Doelbinding beoordeeld</w:t>
            </w:r>
          </w:p>
        </w:tc>
        <w:tc>
          <w:tcPr>
            <w:tcW w:w="6880" w:type="dxa"/>
          </w:tcPr>
          <w:p w14:paraId="38F6E2EC" w14:textId="77777777" w:rsidR="00151075" w:rsidRDefault="00000000">
            <w:pPr>
              <w:spacing w:after="0"/>
            </w:pPr>
            <w:sdt>
              <w:sdtPr>
                <w:alias w:val="DOELBINDING"/>
                <w:tag w:val="DOELBINDING"/>
                <w:id w:val="-455640770"/>
                <w:text/>
              </w:sdtPr>
              <w:sdtContent>
                <w:r w:rsidR="00D76B7D">
                  <w:rPr>
                    <w:color w:val="646464"/>
                    <w:sz w:val="16"/>
                  </w:rPr>
                  <w:t>{{DOELBINDING}}</w:t>
                </w:r>
              </w:sdtContent>
            </w:sdt>
          </w:p>
        </w:tc>
      </w:tr>
      <w:tr w:rsidR="00151075" w14:paraId="0B4F8413" w14:textId="77777777" w:rsidTr="005A6DD4">
        <w:trPr>
          <w:jc w:val="center"/>
        </w:trPr>
        <w:tc>
          <w:tcPr>
            <w:tcW w:w="3605" w:type="dxa"/>
            <w:shd w:val="clear" w:color="auto" w:fill="F3F6F8"/>
          </w:tcPr>
          <w:p w14:paraId="5D0A4550" w14:textId="77777777" w:rsidR="00151075" w:rsidRDefault="00D76B7D">
            <w:pPr>
              <w:spacing w:after="0"/>
            </w:pPr>
            <w:r>
              <w:rPr>
                <w:b/>
                <w:sz w:val="16"/>
              </w:rPr>
              <w:t>Verenigbaarheid met oorspronkelijk doel</w:t>
            </w:r>
          </w:p>
        </w:tc>
        <w:tc>
          <w:tcPr>
            <w:tcW w:w="6880" w:type="dxa"/>
          </w:tcPr>
          <w:p w14:paraId="6E11F709" w14:textId="77777777" w:rsidR="00151075" w:rsidRDefault="00000000">
            <w:pPr>
              <w:spacing w:after="0"/>
            </w:pPr>
            <w:sdt>
              <w:sdtPr>
                <w:alias w:val="VERENIGBAARHEID"/>
                <w:tag w:val="VERENIGBAARHEID"/>
                <w:id w:val="-2072179709"/>
                <w:text/>
              </w:sdtPr>
              <w:sdtContent>
                <w:r w:rsidR="00D76B7D">
                  <w:rPr>
                    <w:color w:val="646464"/>
                    <w:sz w:val="16"/>
                  </w:rPr>
                  <w:t>{{VERENIGBAARHEID}}</w:t>
                </w:r>
              </w:sdtContent>
            </w:sdt>
          </w:p>
        </w:tc>
      </w:tr>
      <w:tr w:rsidR="00151075" w14:paraId="1494D7DE" w14:textId="77777777" w:rsidTr="005A6DD4">
        <w:trPr>
          <w:jc w:val="center"/>
        </w:trPr>
        <w:tc>
          <w:tcPr>
            <w:tcW w:w="3605" w:type="dxa"/>
            <w:shd w:val="clear" w:color="auto" w:fill="F3F6F8"/>
          </w:tcPr>
          <w:p w14:paraId="048A83D4" w14:textId="77777777" w:rsidR="00151075" w:rsidRDefault="00D76B7D">
            <w:pPr>
              <w:spacing w:after="0"/>
            </w:pPr>
            <w:r>
              <w:rPr>
                <w:b/>
                <w:sz w:val="16"/>
              </w:rPr>
              <w:lastRenderedPageBreak/>
              <w:t>Transparantie richting betrokkenen</w:t>
            </w:r>
          </w:p>
        </w:tc>
        <w:tc>
          <w:tcPr>
            <w:tcW w:w="6880" w:type="dxa"/>
          </w:tcPr>
          <w:p w14:paraId="50F014F6" w14:textId="77777777" w:rsidR="00151075" w:rsidRDefault="00000000">
            <w:pPr>
              <w:spacing w:after="0"/>
            </w:pPr>
            <w:sdt>
              <w:sdtPr>
                <w:alias w:val="TRANSPARANTIE"/>
                <w:tag w:val="TRANSPARANTIE"/>
                <w:id w:val="1254173101"/>
                <w:text/>
              </w:sdtPr>
              <w:sdtContent>
                <w:r w:rsidR="00D76B7D">
                  <w:rPr>
                    <w:color w:val="646464"/>
                    <w:sz w:val="16"/>
                  </w:rPr>
                  <w:t>{{TRANSPARANTIE}}</w:t>
                </w:r>
              </w:sdtContent>
            </w:sdt>
          </w:p>
        </w:tc>
      </w:tr>
      <w:tr w:rsidR="00151075" w14:paraId="796259E8" w14:textId="77777777" w:rsidTr="005A6DD4">
        <w:trPr>
          <w:jc w:val="center"/>
        </w:trPr>
        <w:tc>
          <w:tcPr>
            <w:tcW w:w="3605" w:type="dxa"/>
            <w:shd w:val="clear" w:color="auto" w:fill="F3F6F8"/>
          </w:tcPr>
          <w:p w14:paraId="2D2A1081" w14:textId="77777777" w:rsidR="00151075" w:rsidRDefault="00D76B7D">
            <w:pPr>
              <w:spacing w:after="0"/>
            </w:pPr>
            <w:r>
              <w:rPr>
                <w:b/>
                <w:sz w:val="16"/>
              </w:rPr>
              <w:t>Privacyverklaring / informatiebrief aangepast?</w:t>
            </w:r>
          </w:p>
        </w:tc>
        <w:tc>
          <w:tcPr>
            <w:tcW w:w="6880" w:type="dxa"/>
          </w:tcPr>
          <w:p w14:paraId="41C7E8D3" w14:textId="77777777" w:rsidR="00151075" w:rsidRDefault="00000000">
            <w:pPr>
              <w:spacing w:after="0"/>
            </w:pPr>
            <w:sdt>
              <w:sdtPr>
                <w:alias w:val="PRIVACYVERKLARING_AANGEPAST"/>
                <w:tag w:val="PRIVACYVERKLARING_AANGEPAST"/>
                <w:id w:val="1517800898"/>
                <w:text/>
              </w:sdtPr>
              <w:sdtContent>
                <w:r w:rsidR="00D76B7D">
                  <w:rPr>
                    <w:color w:val="646464"/>
                    <w:sz w:val="16"/>
                  </w:rPr>
                  <w:t>{{PRIVACYVERKLARING_AANGEPAST}}</w:t>
                </w:r>
              </w:sdtContent>
            </w:sdt>
          </w:p>
        </w:tc>
      </w:tr>
      <w:tr w:rsidR="00151075" w14:paraId="1DA406F1" w14:textId="77777777" w:rsidTr="005A6DD4">
        <w:trPr>
          <w:jc w:val="center"/>
        </w:trPr>
        <w:tc>
          <w:tcPr>
            <w:tcW w:w="3605" w:type="dxa"/>
            <w:shd w:val="clear" w:color="auto" w:fill="F3F6F8"/>
          </w:tcPr>
          <w:p w14:paraId="4D2003E7" w14:textId="77777777" w:rsidR="00151075" w:rsidRPr="005A6DD4" w:rsidRDefault="00D76B7D">
            <w:pPr>
              <w:spacing w:after="0"/>
              <w:rPr>
                <w:lang w:val="nl-NL"/>
              </w:rPr>
            </w:pPr>
            <w:r w:rsidRPr="005A6DD4">
              <w:rPr>
                <w:b/>
                <w:sz w:val="16"/>
                <w:lang w:val="nl-NL"/>
              </w:rPr>
              <w:t>Besluitvorming over toestemming indien relevant</w:t>
            </w:r>
          </w:p>
        </w:tc>
        <w:tc>
          <w:tcPr>
            <w:tcW w:w="6880" w:type="dxa"/>
          </w:tcPr>
          <w:p w14:paraId="6042A10A" w14:textId="77777777" w:rsidR="00151075" w:rsidRDefault="00000000">
            <w:pPr>
              <w:spacing w:after="0"/>
            </w:pPr>
            <w:sdt>
              <w:sdtPr>
                <w:alias w:val="TOESTEMMING_BESLUIT"/>
                <w:tag w:val="TOESTEMMING_BESLUIT"/>
                <w:id w:val="-296686932"/>
                <w:text/>
              </w:sdtPr>
              <w:sdtContent>
                <w:r w:rsidR="00D76B7D">
                  <w:rPr>
                    <w:color w:val="646464"/>
                    <w:sz w:val="16"/>
                  </w:rPr>
                  <w:t>{{TOESTEMMING_BESLUIT}}</w:t>
                </w:r>
              </w:sdtContent>
            </w:sdt>
          </w:p>
        </w:tc>
      </w:tr>
    </w:tbl>
    <w:p w14:paraId="38AB0F10" w14:textId="77777777" w:rsidR="00151075" w:rsidRDefault="00151075"/>
    <w:p w14:paraId="156DA58B" w14:textId="77777777" w:rsidR="00151075" w:rsidRDefault="00D76B7D">
      <w:pPr>
        <w:pStyle w:val="Heading2"/>
      </w:pPr>
      <w:r>
        <w:t>8. Noodzaak, proportionaliteit en subsidiariteit</w:t>
      </w:r>
    </w:p>
    <w:p w14:paraId="2A7478F9" w14:textId="77777777" w:rsidR="00151075" w:rsidRDefault="00D76B7D">
      <w:pPr>
        <w:pStyle w:val="Heading3"/>
      </w:pPr>
      <w:r>
        <w:t>Noodzaak en proportionaliteit</w:t>
      </w:r>
    </w:p>
    <w:tbl>
      <w:tblPr>
        <w:tblStyle w:val="TableGrid"/>
        <w:tblW w:w="0" w:type="auto"/>
        <w:jc w:val="center"/>
        <w:tblLook w:val="04A0" w:firstRow="1" w:lastRow="0" w:firstColumn="1" w:lastColumn="0" w:noHBand="0" w:noVBand="1"/>
      </w:tblPr>
      <w:tblGrid>
        <w:gridCol w:w="2723"/>
        <w:gridCol w:w="1216"/>
        <w:gridCol w:w="1246"/>
        <w:gridCol w:w="1299"/>
        <w:gridCol w:w="3988"/>
      </w:tblGrid>
      <w:tr w:rsidR="00151075" w14:paraId="38DA2890" w14:textId="77777777">
        <w:trPr>
          <w:tblHeader/>
          <w:jc w:val="center"/>
        </w:trPr>
        <w:tc>
          <w:tcPr>
            <w:tcW w:w="4025" w:type="dxa"/>
            <w:shd w:val="clear" w:color="auto" w:fill="3A6EA5"/>
            <w:tcMar>
              <w:top w:w="80" w:type="dxa"/>
              <w:left w:w="80" w:type="dxa"/>
              <w:bottom w:w="80" w:type="dxa"/>
              <w:right w:w="80" w:type="dxa"/>
            </w:tcMar>
            <w:vAlign w:val="center"/>
          </w:tcPr>
          <w:p w14:paraId="5151BA21" w14:textId="77777777" w:rsidR="00151075" w:rsidRDefault="00D76B7D">
            <w:pPr>
              <w:spacing w:after="0"/>
            </w:pPr>
            <w:r>
              <w:rPr>
                <w:b/>
                <w:color w:val="FFFFFF"/>
                <w:sz w:val="16"/>
              </w:rPr>
              <w:t>Toetsvraag</w:t>
            </w:r>
          </w:p>
        </w:tc>
        <w:tc>
          <w:tcPr>
            <w:tcW w:w="680" w:type="dxa"/>
            <w:shd w:val="clear" w:color="auto" w:fill="3A6EA5"/>
            <w:tcMar>
              <w:top w:w="80" w:type="dxa"/>
              <w:left w:w="80" w:type="dxa"/>
              <w:bottom w:w="80" w:type="dxa"/>
              <w:right w:w="80" w:type="dxa"/>
            </w:tcMar>
            <w:vAlign w:val="center"/>
          </w:tcPr>
          <w:p w14:paraId="475E5D61" w14:textId="77777777" w:rsidR="00151075" w:rsidRDefault="00D76B7D">
            <w:pPr>
              <w:spacing w:after="0"/>
            </w:pPr>
            <w:r>
              <w:rPr>
                <w:b/>
                <w:color w:val="FFFFFF"/>
                <w:sz w:val="16"/>
              </w:rPr>
              <w:t>Ja</w:t>
            </w:r>
          </w:p>
        </w:tc>
        <w:tc>
          <w:tcPr>
            <w:tcW w:w="680" w:type="dxa"/>
            <w:shd w:val="clear" w:color="auto" w:fill="3A6EA5"/>
            <w:tcMar>
              <w:top w:w="80" w:type="dxa"/>
              <w:left w:w="80" w:type="dxa"/>
              <w:bottom w:w="80" w:type="dxa"/>
              <w:right w:w="80" w:type="dxa"/>
            </w:tcMar>
            <w:vAlign w:val="center"/>
          </w:tcPr>
          <w:p w14:paraId="0A312078" w14:textId="77777777" w:rsidR="00151075" w:rsidRDefault="00D76B7D">
            <w:pPr>
              <w:spacing w:after="0"/>
            </w:pPr>
            <w:r>
              <w:rPr>
                <w:b/>
                <w:color w:val="FFFFFF"/>
                <w:sz w:val="16"/>
              </w:rPr>
              <w:t>Nee</w:t>
            </w:r>
          </w:p>
        </w:tc>
        <w:tc>
          <w:tcPr>
            <w:tcW w:w="793" w:type="dxa"/>
            <w:shd w:val="clear" w:color="auto" w:fill="3A6EA5"/>
            <w:tcMar>
              <w:top w:w="80" w:type="dxa"/>
              <w:left w:w="80" w:type="dxa"/>
              <w:bottom w:w="80" w:type="dxa"/>
              <w:right w:w="80" w:type="dxa"/>
            </w:tcMar>
            <w:vAlign w:val="center"/>
          </w:tcPr>
          <w:p w14:paraId="19B740FC" w14:textId="77777777" w:rsidR="00151075" w:rsidRDefault="00D76B7D">
            <w:pPr>
              <w:spacing w:after="0"/>
            </w:pPr>
            <w:r>
              <w:rPr>
                <w:b/>
                <w:color w:val="FFFFFF"/>
                <w:sz w:val="16"/>
              </w:rPr>
              <w:t>N.v.t.</w:t>
            </w:r>
          </w:p>
        </w:tc>
        <w:tc>
          <w:tcPr>
            <w:tcW w:w="3288" w:type="dxa"/>
            <w:shd w:val="clear" w:color="auto" w:fill="3A6EA5"/>
            <w:tcMar>
              <w:top w:w="80" w:type="dxa"/>
              <w:left w:w="80" w:type="dxa"/>
              <w:bottom w:w="80" w:type="dxa"/>
              <w:right w:w="80" w:type="dxa"/>
            </w:tcMar>
            <w:vAlign w:val="center"/>
          </w:tcPr>
          <w:p w14:paraId="2644CF87" w14:textId="77777777" w:rsidR="00151075" w:rsidRDefault="00D76B7D">
            <w:pPr>
              <w:spacing w:after="0"/>
            </w:pPr>
            <w:r>
              <w:rPr>
                <w:b/>
                <w:color w:val="FFFFFF"/>
                <w:sz w:val="16"/>
              </w:rPr>
              <w:t>Onderbouwing</w:t>
            </w:r>
          </w:p>
        </w:tc>
      </w:tr>
      <w:tr w:rsidR="00151075" w14:paraId="7327C244" w14:textId="77777777">
        <w:trPr>
          <w:jc w:val="center"/>
        </w:trPr>
        <w:tc>
          <w:tcPr>
            <w:tcW w:w="2096" w:type="dxa"/>
          </w:tcPr>
          <w:p w14:paraId="2452F0D5" w14:textId="77777777" w:rsidR="00151075" w:rsidRPr="005A6DD4" w:rsidRDefault="00D76B7D">
            <w:pPr>
              <w:spacing w:after="0"/>
              <w:rPr>
                <w:lang w:val="nl-NL"/>
              </w:rPr>
            </w:pPr>
            <w:r w:rsidRPr="005A6DD4">
              <w:rPr>
                <w:sz w:val="16"/>
                <w:lang w:val="nl-NL"/>
              </w:rPr>
              <w:t>De verwerking is noodzakelijk voor het doel</w:t>
            </w:r>
          </w:p>
        </w:tc>
        <w:tc>
          <w:tcPr>
            <w:tcW w:w="2096" w:type="dxa"/>
          </w:tcPr>
          <w:p w14:paraId="1CEDF106" w14:textId="77777777" w:rsidR="00151075" w:rsidRDefault="00000000">
            <w:pPr>
              <w:spacing w:after="0"/>
              <w:jc w:val="center"/>
            </w:pPr>
            <w:sdt>
              <w:sdtPr>
                <w:alias w:val="CHECKBOX_103"/>
                <w:tag w:val="CHECKBOX_103"/>
                <w:id w:val="1024590513"/>
                <w14:checkbox>
                  <w14:checked w14:val="0"/>
                  <w14:checkedState w14:val="2612" w14:font="MS Gothic"/>
                  <w14:uncheckedState w14:val="2610" w14:font="MS Gothic"/>
                </w14:checkbox>
              </w:sdtPr>
              <w:sdtContent>
                <w:r w:rsidR="00D76B7D">
                  <w:rPr>
                    <w:sz w:val="24"/>
                  </w:rPr>
                  <w:t>☐</w:t>
                </w:r>
              </w:sdtContent>
            </w:sdt>
          </w:p>
        </w:tc>
        <w:tc>
          <w:tcPr>
            <w:tcW w:w="2096" w:type="dxa"/>
          </w:tcPr>
          <w:p w14:paraId="6F443E41" w14:textId="77777777" w:rsidR="00151075" w:rsidRDefault="00000000">
            <w:pPr>
              <w:spacing w:after="0"/>
              <w:jc w:val="center"/>
            </w:pPr>
            <w:sdt>
              <w:sdtPr>
                <w:alias w:val="CHECKBOX_104"/>
                <w:tag w:val="CHECKBOX_104"/>
                <w:id w:val="781919156"/>
                <w14:checkbox>
                  <w14:checked w14:val="0"/>
                  <w14:checkedState w14:val="2612" w14:font="MS Gothic"/>
                  <w14:uncheckedState w14:val="2610" w14:font="MS Gothic"/>
                </w14:checkbox>
              </w:sdtPr>
              <w:sdtContent>
                <w:r w:rsidR="00D76B7D">
                  <w:rPr>
                    <w:sz w:val="24"/>
                  </w:rPr>
                  <w:t>☐</w:t>
                </w:r>
              </w:sdtContent>
            </w:sdt>
          </w:p>
        </w:tc>
        <w:tc>
          <w:tcPr>
            <w:tcW w:w="2096" w:type="dxa"/>
          </w:tcPr>
          <w:p w14:paraId="281543F8" w14:textId="77777777" w:rsidR="00151075" w:rsidRDefault="00000000">
            <w:pPr>
              <w:spacing w:after="0"/>
              <w:jc w:val="center"/>
            </w:pPr>
            <w:sdt>
              <w:sdtPr>
                <w:alias w:val="CHECKBOX_105"/>
                <w:tag w:val="CHECKBOX_105"/>
                <w:id w:val="1094900290"/>
                <w14:checkbox>
                  <w14:checked w14:val="0"/>
                  <w14:checkedState w14:val="2612" w14:font="MS Gothic"/>
                  <w14:uncheckedState w14:val="2610" w14:font="MS Gothic"/>
                </w14:checkbox>
              </w:sdtPr>
              <w:sdtContent>
                <w:r w:rsidR="00D76B7D">
                  <w:rPr>
                    <w:sz w:val="24"/>
                  </w:rPr>
                  <w:t>☐</w:t>
                </w:r>
              </w:sdtContent>
            </w:sdt>
          </w:p>
        </w:tc>
        <w:tc>
          <w:tcPr>
            <w:tcW w:w="2096" w:type="dxa"/>
          </w:tcPr>
          <w:p w14:paraId="52DD3A6A" w14:textId="77777777" w:rsidR="00151075" w:rsidRDefault="00000000">
            <w:pPr>
              <w:spacing w:after="0"/>
            </w:pPr>
            <w:sdt>
              <w:sdtPr>
                <w:alias w:val="NOODZAAK_EN_PROPORTIONALITEIT_1_TOELICHTING"/>
                <w:tag w:val="NOODZAAK_EN_PROPORTIONALITEIT_1_TOELICHTING"/>
                <w:id w:val="405652328"/>
                <w:text/>
              </w:sdtPr>
              <w:sdtContent>
                <w:r w:rsidR="00D76B7D">
                  <w:rPr>
                    <w:color w:val="646464"/>
                    <w:sz w:val="15"/>
                  </w:rPr>
                  <w:t>{{NOODZAAK_EN_PROPORTIONALITEIT_1_TOELICHTING}}</w:t>
                </w:r>
              </w:sdtContent>
            </w:sdt>
          </w:p>
        </w:tc>
      </w:tr>
      <w:tr w:rsidR="00151075" w14:paraId="112C295B" w14:textId="77777777">
        <w:trPr>
          <w:jc w:val="center"/>
        </w:trPr>
        <w:tc>
          <w:tcPr>
            <w:tcW w:w="2096" w:type="dxa"/>
          </w:tcPr>
          <w:p w14:paraId="575496AC" w14:textId="77777777" w:rsidR="00151075" w:rsidRPr="005A6DD4" w:rsidRDefault="00D76B7D">
            <w:pPr>
              <w:spacing w:after="0"/>
              <w:rPr>
                <w:lang w:val="nl-NL"/>
              </w:rPr>
            </w:pPr>
            <w:r w:rsidRPr="005A6DD4">
              <w:rPr>
                <w:sz w:val="16"/>
                <w:lang w:val="nl-NL"/>
              </w:rPr>
              <w:t>Het doel kan niet met minder persoonsgegevens worden bereikt</w:t>
            </w:r>
          </w:p>
        </w:tc>
        <w:tc>
          <w:tcPr>
            <w:tcW w:w="2096" w:type="dxa"/>
          </w:tcPr>
          <w:p w14:paraId="63253AF2" w14:textId="77777777" w:rsidR="00151075" w:rsidRDefault="00000000">
            <w:pPr>
              <w:spacing w:after="0"/>
              <w:jc w:val="center"/>
            </w:pPr>
            <w:sdt>
              <w:sdtPr>
                <w:alias w:val="CHECKBOX_106"/>
                <w:tag w:val="CHECKBOX_106"/>
                <w:id w:val="857619930"/>
                <w14:checkbox>
                  <w14:checked w14:val="0"/>
                  <w14:checkedState w14:val="2612" w14:font="MS Gothic"/>
                  <w14:uncheckedState w14:val="2610" w14:font="MS Gothic"/>
                </w14:checkbox>
              </w:sdtPr>
              <w:sdtContent>
                <w:r w:rsidR="00D76B7D">
                  <w:rPr>
                    <w:sz w:val="24"/>
                  </w:rPr>
                  <w:t>☐</w:t>
                </w:r>
              </w:sdtContent>
            </w:sdt>
          </w:p>
        </w:tc>
        <w:tc>
          <w:tcPr>
            <w:tcW w:w="2096" w:type="dxa"/>
          </w:tcPr>
          <w:p w14:paraId="2653366C" w14:textId="77777777" w:rsidR="00151075" w:rsidRDefault="00000000">
            <w:pPr>
              <w:spacing w:after="0"/>
              <w:jc w:val="center"/>
            </w:pPr>
            <w:sdt>
              <w:sdtPr>
                <w:alias w:val="CHECKBOX_107"/>
                <w:tag w:val="CHECKBOX_107"/>
                <w:id w:val="71402159"/>
                <w14:checkbox>
                  <w14:checked w14:val="0"/>
                  <w14:checkedState w14:val="2612" w14:font="MS Gothic"/>
                  <w14:uncheckedState w14:val="2610" w14:font="MS Gothic"/>
                </w14:checkbox>
              </w:sdtPr>
              <w:sdtContent>
                <w:r w:rsidR="00D76B7D">
                  <w:rPr>
                    <w:sz w:val="24"/>
                  </w:rPr>
                  <w:t>☐</w:t>
                </w:r>
              </w:sdtContent>
            </w:sdt>
          </w:p>
        </w:tc>
        <w:tc>
          <w:tcPr>
            <w:tcW w:w="2096" w:type="dxa"/>
          </w:tcPr>
          <w:p w14:paraId="615BA546" w14:textId="77777777" w:rsidR="00151075" w:rsidRDefault="00000000">
            <w:pPr>
              <w:spacing w:after="0"/>
              <w:jc w:val="center"/>
            </w:pPr>
            <w:sdt>
              <w:sdtPr>
                <w:alias w:val="CHECKBOX_108"/>
                <w:tag w:val="CHECKBOX_108"/>
                <w:id w:val="628272649"/>
                <w14:checkbox>
                  <w14:checked w14:val="0"/>
                  <w14:checkedState w14:val="2612" w14:font="MS Gothic"/>
                  <w14:uncheckedState w14:val="2610" w14:font="MS Gothic"/>
                </w14:checkbox>
              </w:sdtPr>
              <w:sdtContent>
                <w:r w:rsidR="00D76B7D">
                  <w:rPr>
                    <w:sz w:val="24"/>
                  </w:rPr>
                  <w:t>☐</w:t>
                </w:r>
              </w:sdtContent>
            </w:sdt>
          </w:p>
        </w:tc>
        <w:tc>
          <w:tcPr>
            <w:tcW w:w="2096" w:type="dxa"/>
          </w:tcPr>
          <w:p w14:paraId="13E058AE" w14:textId="77777777" w:rsidR="00151075" w:rsidRDefault="00000000">
            <w:pPr>
              <w:spacing w:after="0"/>
            </w:pPr>
            <w:sdt>
              <w:sdtPr>
                <w:alias w:val="NOODZAAK_EN_PROPORTIONALITEIT_2_TOELICHTING"/>
                <w:tag w:val="NOODZAAK_EN_PROPORTIONALITEIT_2_TOELICHTING"/>
                <w:id w:val="1097679359"/>
                <w:text/>
              </w:sdtPr>
              <w:sdtContent>
                <w:r w:rsidR="00D76B7D">
                  <w:rPr>
                    <w:color w:val="646464"/>
                    <w:sz w:val="15"/>
                  </w:rPr>
                  <w:t>{{NOODZAAK_EN_PROPORTIONALITEIT_2_TOELICHTING}}</w:t>
                </w:r>
              </w:sdtContent>
            </w:sdt>
          </w:p>
        </w:tc>
      </w:tr>
      <w:tr w:rsidR="00151075" w14:paraId="2F4644AD" w14:textId="77777777">
        <w:trPr>
          <w:jc w:val="center"/>
        </w:trPr>
        <w:tc>
          <w:tcPr>
            <w:tcW w:w="2096" w:type="dxa"/>
          </w:tcPr>
          <w:p w14:paraId="663B4FD7" w14:textId="77777777" w:rsidR="00151075" w:rsidRPr="005A6DD4" w:rsidRDefault="00D76B7D">
            <w:pPr>
              <w:spacing w:after="0"/>
              <w:rPr>
                <w:lang w:val="nl-NL"/>
              </w:rPr>
            </w:pPr>
            <w:r w:rsidRPr="005A6DD4">
              <w:rPr>
                <w:sz w:val="16"/>
                <w:lang w:val="nl-NL"/>
              </w:rPr>
              <w:t>Het doel kan niet met minder gevoelige gegevens worden bereikt</w:t>
            </w:r>
          </w:p>
        </w:tc>
        <w:tc>
          <w:tcPr>
            <w:tcW w:w="2096" w:type="dxa"/>
          </w:tcPr>
          <w:p w14:paraId="0C72C566" w14:textId="77777777" w:rsidR="00151075" w:rsidRDefault="00000000">
            <w:pPr>
              <w:spacing w:after="0"/>
              <w:jc w:val="center"/>
            </w:pPr>
            <w:sdt>
              <w:sdtPr>
                <w:alias w:val="CHECKBOX_109"/>
                <w:tag w:val="CHECKBOX_109"/>
                <w:id w:val="1139781991"/>
                <w14:checkbox>
                  <w14:checked w14:val="0"/>
                  <w14:checkedState w14:val="2612" w14:font="MS Gothic"/>
                  <w14:uncheckedState w14:val="2610" w14:font="MS Gothic"/>
                </w14:checkbox>
              </w:sdtPr>
              <w:sdtContent>
                <w:r w:rsidR="00D76B7D">
                  <w:rPr>
                    <w:sz w:val="24"/>
                  </w:rPr>
                  <w:t>☐</w:t>
                </w:r>
              </w:sdtContent>
            </w:sdt>
          </w:p>
        </w:tc>
        <w:tc>
          <w:tcPr>
            <w:tcW w:w="2096" w:type="dxa"/>
          </w:tcPr>
          <w:p w14:paraId="2A0B88D0" w14:textId="77777777" w:rsidR="00151075" w:rsidRDefault="00000000">
            <w:pPr>
              <w:spacing w:after="0"/>
              <w:jc w:val="center"/>
            </w:pPr>
            <w:sdt>
              <w:sdtPr>
                <w:alias w:val="CHECKBOX_110"/>
                <w:tag w:val="CHECKBOX_110"/>
                <w:id w:val="1055511178"/>
                <w14:checkbox>
                  <w14:checked w14:val="0"/>
                  <w14:checkedState w14:val="2612" w14:font="MS Gothic"/>
                  <w14:uncheckedState w14:val="2610" w14:font="MS Gothic"/>
                </w14:checkbox>
              </w:sdtPr>
              <w:sdtContent>
                <w:r w:rsidR="00D76B7D">
                  <w:rPr>
                    <w:sz w:val="24"/>
                  </w:rPr>
                  <w:t>☐</w:t>
                </w:r>
              </w:sdtContent>
            </w:sdt>
          </w:p>
        </w:tc>
        <w:tc>
          <w:tcPr>
            <w:tcW w:w="2096" w:type="dxa"/>
          </w:tcPr>
          <w:p w14:paraId="178C543A" w14:textId="77777777" w:rsidR="00151075" w:rsidRDefault="00000000">
            <w:pPr>
              <w:spacing w:after="0"/>
              <w:jc w:val="center"/>
            </w:pPr>
            <w:sdt>
              <w:sdtPr>
                <w:alias w:val="CHECKBOX_111"/>
                <w:tag w:val="CHECKBOX_111"/>
                <w:id w:val="1510922120"/>
                <w14:checkbox>
                  <w14:checked w14:val="0"/>
                  <w14:checkedState w14:val="2612" w14:font="MS Gothic"/>
                  <w14:uncheckedState w14:val="2610" w14:font="MS Gothic"/>
                </w14:checkbox>
              </w:sdtPr>
              <w:sdtContent>
                <w:r w:rsidR="00D76B7D">
                  <w:rPr>
                    <w:sz w:val="24"/>
                  </w:rPr>
                  <w:t>☐</w:t>
                </w:r>
              </w:sdtContent>
            </w:sdt>
          </w:p>
        </w:tc>
        <w:tc>
          <w:tcPr>
            <w:tcW w:w="2096" w:type="dxa"/>
          </w:tcPr>
          <w:p w14:paraId="7D88058A" w14:textId="77777777" w:rsidR="00151075" w:rsidRDefault="00000000">
            <w:pPr>
              <w:spacing w:after="0"/>
            </w:pPr>
            <w:sdt>
              <w:sdtPr>
                <w:alias w:val="NOODZAAK_EN_PROPORTIONALITEIT_3_TOELICHTING"/>
                <w:tag w:val="NOODZAAK_EN_PROPORTIONALITEIT_3_TOELICHTING"/>
                <w:id w:val="-862823874"/>
                <w:text/>
              </w:sdtPr>
              <w:sdtContent>
                <w:r w:rsidR="00D76B7D">
                  <w:rPr>
                    <w:color w:val="646464"/>
                    <w:sz w:val="15"/>
                  </w:rPr>
                  <w:t>{{NOODZAAK_EN_PROPORTIONALITEIT_3_TOELICHTING}}</w:t>
                </w:r>
              </w:sdtContent>
            </w:sdt>
          </w:p>
        </w:tc>
      </w:tr>
      <w:tr w:rsidR="00151075" w14:paraId="42A06536" w14:textId="77777777">
        <w:trPr>
          <w:jc w:val="center"/>
        </w:trPr>
        <w:tc>
          <w:tcPr>
            <w:tcW w:w="2096" w:type="dxa"/>
          </w:tcPr>
          <w:p w14:paraId="35C57AB0" w14:textId="77777777" w:rsidR="00151075" w:rsidRPr="005A6DD4" w:rsidRDefault="00D76B7D">
            <w:pPr>
              <w:spacing w:after="0"/>
              <w:rPr>
                <w:lang w:val="nl-NL"/>
              </w:rPr>
            </w:pPr>
            <w:r w:rsidRPr="005A6DD4">
              <w:rPr>
                <w:sz w:val="16"/>
                <w:lang w:val="nl-NL"/>
              </w:rPr>
              <w:t>Het doel kan niet zonder externe uitwisseling worden bereikt</w:t>
            </w:r>
          </w:p>
        </w:tc>
        <w:tc>
          <w:tcPr>
            <w:tcW w:w="2096" w:type="dxa"/>
          </w:tcPr>
          <w:p w14:paraId="7400839B" w14:textId="77777777" w:rsidR="00151075" w:rsidRDefault="00000000">
            <w:pPr>
              <w:spacing w:after="0"/>
              <w:jc w:val="center"/>
            </w:pPr>
            <w:sdt>
              <w:sdtPr>
                <w:alias w:val="CHECKBOX_112"/>
                <w:tag w:val="CHECKBOX_112"/>
                <w:id w:val="1899289149"/>
                <w14:checkbox>
                  <w14:checked w14:val="0"/>
                  <w14:checkedState w14:val="2612" w14:font="MS Gothic"/>
                  <w14:uncheckedState w14:val="2610" w14:font="MS Gothic"/>
                </w14:checkbox>
              </w:sdtPr>
              <w:sdtContent>
                <w:r w:rsidR="00D76B7D">
                  <w:rPr>
                    <w:sz w:val="24"/>
                  </w:rPr>
                  <w:t>☐</w:t>
                </w:r>
              </w:sdtContent>
            </w:sdt>
          </w:p>
        </w:tc>
        <w:tc>
          <w:tcPr>
            <w:tcW w:w="2096" w:type="dxa"/>
          </w:tcPr>
          <w:p w14:paraId="52C5D10F" w14:textId="77777777" w:rsidR="00151075" w:rsidRDefault="00000000">
            <w:pPr>
              <w:spacing w:after="0"/>
              <w:jc w:val="center"/>
            </w:pPr>
            <w:sdt>
              <w:sdtPr>
                <w:alias w:val="CHECKBOX_113"/>
                <w:tag w:val="CHECKBOX_113"/>
                <w:id w:val="447955447"/>
                <w14:checkbox>
                  <w14:checked w14:val="0"/>
                  <w14:checkedState w14:val="2612" w14:font="MS Gothic"/>
                  <w14:uncheckedState w14:val="2610" w14:font="MS Gothic"/>
                </w14:checkbox>
              </w:sdtPr>
              <w:sdtContent>
                <w:r w:rsidR="00D76B7D">
                  <w:rPr>
                    <w:sz w:val="24"/>
                  </w:rPr>
                  <w:t>☐</w:t>
                </w:r>
              </w:sdtContent>
            </w:sdt>
          </w:p>
        </w:tc>
        <w:tc>
          <w:tcPr>
            <w:tcW w:w="2096" w:type="dxa"/>
          </w:tcPr>
          <w:p w14:paraId="09F2211E" w14:textId="77777777" w:rsidR="00151075" w:rsidRDefault="00000000">
            <w:pPr>
              <w:spacing w:after="0"/>
              <w:jc w:val="center"/>
            </w:pPr>
            <w:sdt>
              <w:sdtPr>
                <w:alias w:val="CHECKBOX_114"/>
                <w:tag w:val="CHECKBOX_114"/>
                <w:id w:val="920289173"/>
                <w14:checkbox>
                  <w14:checked w14:val="0"/>
                  <w14:checkedState w14:val="2612" w14:font="MS Gothic"/>
                  <w14:uncheckedState w14:val="2610" w14:font="MS Gothic"/>
                </w14:checkbox>
              </w:sdtPr>
              <w:sdtContent>
                <w:r w:rsidR="00D76B7D">
                  <w:rPr>
                    <w:sz w:val="24"/>
                  </w:rPr>
                  <w:t>☐</w:t>
                </w:r>
              </w:sdtContent>
            </w:sdt>
          </w:p>
        </w:tc>
        <w:tc>
          <w:tcPr>
            <w:tcW w:w="2096" w:type="dxa"/>
          </w:tcPr>
          <w:p w14:paraId="28ED2842" w14:textId="77777777" w:rsidR="00151075" w:rsidRDefault="00000000">
            <w:pPr>
              <w:spacing w:after="0"/>
            </w:pPr>
            <w:sdt>
              <w:sdtPr>
                <w:alias w:val="NOODZAAK_EN_PROPORTIONALITEIT_4_TOELICHTING"/>
                <w:tag w:val="NOODZAAK_EN_PROPORTIONALITEIT_4_TOELICHTING"/>
                <w:id w:val="1516028173"/>
                <w:text/>
              </w:sdtPr>
              <w:sdtContent>
                <w:r w:rsidR="00D76B7D">
                  <w:rPr>
                    <w:color w:val="646464"/>
                    <w:sz w:val="15"/>
                  </w:rPr>
                  <w:t>{{NOODZAAK_EN_PROPORTIONALITEIT_4_TOELICHTING}}</w:t>
                </w:r>
              </w:sdtContent>
            </w:sdt>
          </w:p>
        </w:tc>
      </w:tr>
      <w:tr w:rsidR="00151075" w14:paraId="6BD7DF15" w14:textId="77777777">
        <w:trPr>
          <w:jc w:val="center"/>
        </w:trPr>
        <w:tc>
          <w:tcPr>
            <w:tcW w:w="2096" w:type="dxa"/>
          </w:tcPr>
          <w:p w14:paraId="1E57B005" w14:textId="77777777" w:rsidR="00151075" w:rsidRPr="005A6DD4" w:rsidRDefault="00D76B7D">
            <w:pPr>
              <w:spacing w:after="0"/>
              <w:rPr>
                <w:lang w:val="nl-NL"/>
              </w:rPr>
            </w:pPr>
            <w:r w:rsidRPr="005A6DD4">
              <w:rPr>
                <w:sz w:val="16"/>
                <w:lang w:val="nl-NL"/>
              </w:rPr>
              <w:t>Er worden niet meer gegevens verwerkt dan nodig</w:t>
            </w:r>
          </w:p>
        </w:tc>
        <w:tc>
          <w:tcPr>
            <w:tcW w:w="2096" w:type="dxa"/>
          </w:tcPr>
          <w:p w14:paraId="25087CC5" w14:textId="77777777" w:rsidR="00151075" w:rsidRDefault="00000000">
            <w:pPr>
              <w:spacing w:after="0"/>
              <w:jc w:val="center"/>
            </w:pPr>
            <w:sdt>
              <w:sdtPr>
                <w:alias w:val="CHECKBOX_115"/>
                <w:tag w:val="CHECKBOX_115"/>
                <w:id w:val="1576601169"/>
                <w14:checkbox>
                  <w14:checked w14:val="0"/>
                  <w14:checkedState w14:val="2612" w14:font="MS Gothic"/>
                  <w14:uncheckedState w14:val="2610" w14:font="MS Gothic"/>
                </w14:checkbox>
              </w:sdtPr>
              <w:sdtContent>
                <w:r w:rsidR="00D76B7D">
                  <w:rPr>
                    <w:sz w:val="24"/>
                  </w:rPr>
                  <w:t>☐</w:t>
                </w:r>
              </w:sdtContent>
            </w:sdt>
          </w:p>
        </w:tc>
        <w:tc>
          <w:tcPr>
            <w:tcW w:w="2096" w:type="dxa"/>
          </w:tcPr>
          <w:p w14:paraId="51A759F2" w14:textId="77777777" w:rsidR="00151075" w:rsidRDefault="00000000">
            <w:pPr>
              <w:spacing w:after="0"/>
              <w:jc w:val="center"/>
            </w:pPr>
            <w:sdt>
              <w:sdtPr>
                <w:alias w:val="CHECKBOX_116"/>
                <w:tag w:val="CHECKBOX_116"/>
                <w:id w:val="1854306543"/>
                <w14:checkbox>
                  <w14:checked w14:val="0"/>
                  <w14:checkedState w14:val="2612" w14:font="MS Gothic"/>
                  <w14:uncheckedState w14:val="2610" w14:font="MS Gothic"/>
                </w14:checkbox>
              </w:sdtPr>
              <w:sdtContent>
                <w:r w:rsidR="00D76B7D">
                  <w:rPr>
                    <w:sz w:val="24"/>
                  </w:rPr>
                  <w:t>☐</w:t>
                </w:r>
              </w:sdtContent>
            </w:sdt>
          </w:p>
        </w:tc>
        <w:tc>
          <w:tcPr>
            <w:tcW w:w="2096" w:type="dxa"/>
          </w:tcPr>
          <w:p w14:paraId="1C328497" w14:textId="77777777" w:rsidR="00151075" w:rsidRDefault="00000000">
            <w:pPr>
              <w:spacing w:after="0"/>
              <w:jc w:val="center"/>
            </w:pPr>
            <w:sdt>
              <w:sdtPr>
                <w:alias w:val="CHECKBOX_117"/>
                <w:tag w:val="CHECKBOX_117"/>
                <w:id w:val="1469668400"/>
                <w14:checkbox>
                  <w14:checked w14:val="0"/>
                  <w14:checkedState w14:val="2612" w14:font="MS Gothic"/>
                  <w14:uncheckedState w14:val="2610" w14:font="MS Gothic"/>
                </w14:checkbox>
              </w:sdtPr>
              <w:sdtContent>
                <w:r w:rsidR="00D76B7D">
                  <w:rPr>
                    <w:sz w:val="24"/>
                  </w:rPr>
                  <w:t>☐</w:t>
                </w:r>
              </w:sdtContent>
            </w:sdt>
          </w:p>
        </w:tc>
        <w:tc>
          <w:tcPr>
            <w:tcW w:w="2096" w:type="dxa"/>
          </w:tcPr>
          <w:p w14:paraId="59154901" w14:textId="77777777" w:rsidR="00151075" w:rsidRDefault="00000000">
            <w:pPr>
              <w:spacing w:after="0"/>
            </w:pPr>
            <w:sdt>
              <w:sdtPr>
                <w:alias w:val="NOODZAAK_EN_PROPORTIONALITEIT_5_TOELICHTING"/>
                <w:tag w:val="NOODZAAK_EN_PROPORTIONALITEIT_5_TOELICHTING"/>
                <w:id w:val="1094516138"/>
                <w:text/>
              </w:sdtPr>
              <w:sdtContent>
                <w:r w:rsidR="00D76B7D">
                  <w:rPr>
                    <w:color w:val="646464"/>
                    <w:sz w:val="15"/>
                  </w:rPr>
                  <w:t>{{NOODZAAK_EN_PROPORTIONALITEIT_5_TOELICHTING}}</w:t>
                </w:r>
              </w:sdtContent>
            </w:sdt>
          </w:p>
        </w:tc>
      </w:tr>
      <w:tr w:rsidR="00151075" w14:paraId="526FCF91" w14:textId="77777777">
        <w:trPr>
          <w:jc w:val="center"/>
        </w:trPr>
        <w:tc>
          <w:tcPr>
            <w:tcW w:w="2096" w:type="dxa"/>
          </w:tcPr>
          <w:p w14:paraId="5396217D" w14:textId="77777777" w:rsidR="00151075" w:rsidRDefault="00D76B7D">
            <w:pPr>
              <w:spacing w:after="0"/>
            </w:pPr>
            <w:r>
              <w:rPr>
                <w:sz w:val="16"/>
              </w:rPr>
              <w:t>Toegang is beperkt tot need-to-know</w:t>
            </w:r>
          </w:p>
        </w:tc>
        <w:tc>
          <w:tcPr>
            <w:tcW w:w="2096" w:type="dxa"/>
          </w:tcPr>
          <w:p w14:paraId="418F91CD" w14:textId="77777777" w:rsidR="00151075" w:rsidRDefault="00000000">
            <w:pPr>
              <w:spacing w:after="0"/>
              <w:jc w:val="center"/>
            </w:pPr>
            <w:sdt>
              <w:sdtPr>
                <w:alias w:val="CHECKBOX_118"/>
                <w:tag w:val="CHECKBOX_118"/>
                <w:id w:val="1640519496"/>
                <w14:checkbox>
                  <w14:checked w14:val="0"/>
                  <w14:checkedState w14:val="2612" w14:font="MS Gothic"/>
                  <w14:uncheckedState w14:val="2610" w14:font="MS Gothic"/>
                </w14:checkbox>
              </w:sdtPr>
              <w:sdtContent>
                <w:r w:rsidR="00D76B7D">
                  <w:rPr>
                    <w:sz w:val="24"/>
                  </w:rPr>
                  <w:t>☐</w:t>
                </w:r>
              </w:sdtContent>
            </w:sdt>
          </w:p>
        </w:tc>
        <w:tc>
          <w:tcPr>
            <w:tcW w:w="2096" w:type="dxa"/>
          </w:tcPr>
          <w:p w14:paraId="3BD933B3" w14:textId="77777777" w:rsidR="00151075" w:rsidRDefault="00000000">
            <w:pPr>
              <w:spacing w:after="0"/>
              <w:jc w:val="center"/>
            </w:pPr>
            <w:sdt>
              <w:sdtPr>
                <w:alias w:val="CHECKBOX_119"/>
                <w:tag w:val="CHECKBOX_119"/>
                <w:id w:val="802283661"/>
                <w14:checkbox>
                  <w14:checked w14:val="0"/>
                  <w14:checkedState w14:val="2612" w14:font="MS Gothic"/>
                  <w14:uncheckedState w14:val="2610" w14:font="MS Gothic"/>
                </w14:checkbox>
              </w:sdtPr>
              <w:sdtContent>
                <w:r w:rsidR="00D76B7D">
                  <w:rPr>
                    <w:sz w:val="24"/>
                  </w:rPr>
                  <w:t>☐</w:t>
                </w:r>
              </w:sdtContent>
            </w:sdt>
          </w:p>
        </w:tc>
        <w:tc>
          <w:tcPr>
            <w:tcW w:w="2096" w:type="dxa"/>
          </w:tcPr>
          <w:p w14:paraId="16A125C8" w14:textId="77777777" w:rsidR="00151075" w:rsidRDefault="00000000">
            <w:pPr>
              <w:spacing w:after="0"/>
              <w:jc w:val="center"/>
            </w:pPr>
            <w:sdt>
              <w:sdtPr>
                <w:alias w:val="CHECKBOX_120"/>
                <w:tag w:val="CHECKBOX_120"/>
                <w:id w:val="350116433"/>
                <w14:checkbox>
                  <w14:checked w14:val="0"/>
                  <w14:checkedState w14:val="2612" w14:font="MS Gothic"/>
                  <w14:uncheckedState w14:val="2610" w14:font="MS Gothic"/>
                </w14:checkbox>
              </w:sdtPr>
              <w:sdtContent>
                <w:r w:rsidR="00D76B7D">
                  <w:rPr>
                    <w:sz w:val="24"/>
                  </w:rPr>
                  <w:t>☐</w:t>
                </w:r>
              </w:sdtContent>
            </w:sdt>
          </w:p>
        </w:tc>
        <w:tc>
          <w:tcPr>
            <w:tcW w:w="2096" w:type="dxa"/>
          </w:tcPr>
          <w:p w14:paraId="3F3335A2" w14:textId="77777777" w:rsidR="00151075" w:rsidRDefault="00000000">
            <w:pPr>
              <w:spacing w:after="0"/>
            </w:pPr>
            <w:sdt>
              <w:sdtPr>
                <w:alias w:val="NOODZAAK_EN_PROPORTIONALITEIT_6_TOELICHTING"/>
                <w:tag w:val="NOODZAAK_EN_PROPORTIONALITEIT_6_TOELICHTING"/>
                <w:id w:val="1429923726"/>
                <w:text/>
              </w:sdtPr>
              <w:sdtContent>
                <w:r w:rsidR="00D76B7D">
                  <w:rPr>
                    <w:color w:val="646464"/>
                    <w:sz w:val="15"/>
                  </w:rPr>
                  <w:t>{{NOODZAAK_EN_PROPORTIONALITEIT_6_TOELICHTING}}</w:t>
                </w:r>
              </w:sdtContent>
            </w:sdt>
          </w:p>
        </w:tc>
      </w:tr>
      <w:tr w:rsidR="00151075" w14:paraId="72EDBAEF" w14:textId="77777777">
        <w:trPr>
          <w:jc w:val="center"/>
        </w:trPr>
        <w:tc>
          <w:tcPr>
            <w:tcW w:w="2096" w:type="dxa"/>
          </w:tcPr>
          <w:p w14:paraId="267ADF32" w14:textId="77777777" w:rsidR="00151075" w:rsidRPr="005A6DD4" w:rsidRDefault="00D76B7D">
            <w:pPr>
              <w:spacing w:after="0"/>
              <w:rPr>
                <w:lang w:val="nl-NL"/>
              </w:rPr>
            </w:pPr>
            <w:r w:rsidRPr="005A6DD4">
              <w:rPr>
                <w:sz w:val="16"/>
                <w:lang w:val="nl-NL"/>
              </w:rPr>
              <w:t>Bewaartermijnen zijn beperkt en onderbouwd</w:t>
            </w:r>
          </w:p>
        </w:tc>
        <w:tc>
          <w:tcPr>
            <w:tcW w:w="2096" w:type="dxa"/>
          </w:tcPr>
          <w:p w14:paraId="52D13BC2" w14:textId="77777777" w:rsidR="00151075" w:rsidRDefault="00000000">
            <w:pPr>
              <w:spacing w:after="0"/>
              <w:jc w:val="center"/>
            </w:pPr>
            <w:sdt>
              <w:sdtPr>
                <w:alias w:val="CHECKBOX_121"/>
                <w:tag w:val="CHECKBOX_121"/>
                <w:id w:val="693075042"/>
                <w14:checkbox>
                  <w14:checked w14:val="0"/>
                  <w14:checkedState w14:val="2612" w14:font="MS Gothic"/>
                  <w14:uncheckedState w14:val="2610" w14:font="MS Gothic"/>
                </w14:checkbox>
              </w:sdtPr>
              <w:sdtContent>
                <w:r w:rsidR="00D76B7D">
                  <w:rPr>
                    <w:sz w:val="24"/>
                  </w:rPr>
                  <w:t>☐</w:t>
                </w:r>
              </w:sdtContent>
            </w:sdt>
          </w:p>
        </w:tc>
        <w:tc>
          <w:tcPr>
            <w:tcW w:w="2096" w:type="dxa"/>
          </w:tcPr>
          <w:p w14:paraId="3FEE5CF7" w14:textId="77777777" w:rsidR="00151075" w:rsidRDefault="00000000">
            <w:pPr>
              <w:spacing w:after="0"/>
              <w:jc w:val="center"/>
            </w:pPr>
            <w:sdt>
              <w:sdtPr>
                <w:alias w:val="CHECKBOX_122"/>
                <w:tag w:val="CHECKBOX_122"/>
                <w:id w:val="1901901495"/>
                <w14:checkbox>
                  <w14:checked w14:val="0"/>
                  <w14:checkedState w14:val="2612" w14:font="MS Gothic"/>
                  <w14:uncheckedState w14:val="2610" w14:font="MS Gothic"/>
                </w14:checkbox>
              </w:sdtPr>
              <w:sdtContent>
                <w:r w:rsidR="00D76B7D">
                  <w:rPr>
                    <w:sz w:val="24"/>
                  </w:rPr>
                  <w:t>☐</w:t>
                </w:r>
              </w:sdtContent>
            </w:sdt>
          </w:p>
        </w:tc>
        <w:tc>
          <w:tcPr>
            <w:tcW w:w="2096" w:type="dxa"/>
          </w:tcPr>
          <w:p w14:paraId="36714141" w14:textId="77777777" w:rsidR="00151075" w:rsidRDefault="00000000">
            <w:pPr>
              <w:spacing w:after="0"/>
              <w:jc w:val="center"/>
            </w:pPr>
            <w:sdt>
              <w:sdtPr>
                <w:alias w:val="CHECKBOX_123"/>
                <w:tag w:val="CHECKBOX_123"/>
                <w:id w:val="564889266"/>
                <w14:checkbox>
                  <w14:checked w14:val="0"/>
                  <w14:checkedState w14:val="2612" w14:font="MS Gothic"/>
                  <w14:uncheckedState w14:val="2610" w14:font="MS Gothic"/>
                </w14:checkbox>
              </w:sdtPr>
              <w:sdtContent>
                <w:r w:rsidR="00D76B7D">
                  <w:rPr>
                    <w:sz w:val="24"/>
                  </w:rPr>
                  <w:t>☐</w:t>
                </w:r>
              </w:sdtContent>
            </w:sdt>
          </w:p>
        </w:tc>
        <w:tc>
          <w:tcPr>
            <w:tcW w:w="2096" w:type="dxa"/>
          </w:tcPr>
          <w:p w14:paraId="31E12611" w14:textId="77777777" w:rsidR="00151075" w:rsidRDefault="00000000">
            <w:pPr>
              <w:spacing w:after="0"/>
            </w:pPr>
            <w:sdt>
              <w:sdtPr>
                <w:alias w:val="NOODZAAK_EN_PROPORTIONALITEIT_7_TOELICHTING"/>
                <w:tag w:val="NOODZAAK_EN_PROPORTIONALITEIT_7_TOELICHTING"/>
                <w:id w:val="1258089016"/>
                <w:text/>
              </w:sdtPr>
              <w:sdtContent>
                <w:r w:rsidR="00D76B7D">
                  <w:rPr>
                    <w:color w:val="646464"/>
                    <w:sz w:val="15"/>
                  </w:rPr>
                  <w:t>{{NOODZAAK_EN_PROPORTIONALITEIT_7_TOELICHTING}}</w:t>
                </w:r>
              </w:sdtContent>
            </w:sdt>
          </w:p>
        </w:tc>
      </w:tr>
      <w:tr w:rsidR="00151075" w14:paraId="5E34875B" w14:textId="77777777">
        <w:trPr>
          <w:jc w:val="center"/>
        </w:trPr>
        <w:tc>
          <w:tcPr>
            <w:tcW w:w="2096" w:type="dxa"/>
          </w:tcPr>
          <w:p w14:paraId="2529468E" w14:textId="77777777" w:rsidR="00151075" w:rsidRDefault="00D76B7D">
            <w:pPr>
              <w:spacing w:after="0"/>
            </w:pPr>
            <w:r>
              <w:rPr>
                <w:sz w:val="16"/>
              </w:rPr>
              <w:t>Privacy by design en privacy by default zijn toegepast</w:t>
            </w:r>
          </w:p>
        </w:tc>
        <w:tc>
          <w:tcPr>
            <w:tcW w:w="2096" w:type="dxa"/>
          </w:tcPr>
          <w:p w14:paraId="3B84866F" w14:textId="77777777" w:rsidR="00151075" w:rsidRDefault="00000000">
            <w:pPr>
              <w:spacing w:after="0"/>
              <w:jc w:val="center"/>
            </w:pPr>
            <w:sdt>
              <w:sdtPr>
                <w:alias w:val="CHECKBOX_124"/>
                <w:tag w:val="CHECKBOX_124"/>
                <w:id w:val="566644869"/>
                <w14:checkbox>
                  <w14:checked w14:val="0"/>
                  <w14:checkedState w14:val="2612" w14:font="MS Gothic"/>
                  <w14:uncheckedState w14:val="2610" w14:font="MS Gothic"/>
                </w14:checkbox>
              </w:sdtPr>
              <w:sdtContent>
                <w:r w:rsidR="00D76B7D">
                  <w:rPr>
                    <w:sz w:val="24"/>
                  </w:rPr>
                  <w:t>☐</w:t>
                </w:r>
              </w:sdtContent>
            </w:sdt>
          </w:p>
        </w:tc>
        <w:tc>
          <w:tcPr>
            <w:tcW w:w="2096" w:type="dxa"/>
          </w:tcPr>
          <w:p w14:paraId="662629C9" w14:textId="77777777" w:rsidR="00151075" w:rsidRDefault="00000000">
            <w:pPr>
              <w:spacing w:after="0"/>
              <w:jc w:val="center"/>
            </w:pPr>
            <w:sdt>
              <w:sdtPr>
                <w:alias w:val="CHECKBOX_125"/>
                <w:tag w:val="CHECKBOX_125"/>
                <w:id w:val="1871796425"/>
                <w14:checkbox>
                  <w14:checked w14:val="0"/>
                  <w14:checkedState w14:val="2612" w14:font="MS Gothic"/>
                  <w14:uncheckedState w14:val="2610" w14:font="MS Gothic"/>
                </w14:checkbox>
              </w:sdtPr>
              <w:sdtContent>
                <w:r w:rsidR="00D76B7D">
                  <w:rPr>
                    <w:sz w:val="24"/>
                  </w:rPr>
                  <w:t>☐</w:t>
                </w:r>
              </w:sdtContent>
            </w:sdt>
          </w:p>
        </w:tc>
        <w:tc>
          <w:tcPr>
            <w:tcW w:w="2096" w:type="dxa"/>
          </w:tcPr>
          <w:p w14:paraId="611DFF93" w14:textId="77777777" w:rsidR="00151075" w:rsidRDefault="00000000">
            <w:pPr>
              <w:spacing w:after="0"/>
              <w:jc w:val="center"/>
            </w:pPr>
            <w:sdt>
              <w:sdtPr>
                <w:alias w:val="CHECKBOX_126"/>
                <w:tag w:val="CHECKBOX_126"/>
                <w:id w:val="631443358"/>
                <w14:checkbox>
                  <w14:checked w14:val="0"/>
                  <w14:checkedState w14:val="2612" w14:font="MS Gothic"/>
                  <w14:uncheckedState w14:val="2610" w14:font="MS Gothic"/>
                </w14:checkbox>
              </w:sdtPr>
              <w:sdtContent>
                <w:r w:rsidR="00D76B7D">
                  <w:rPr>
                    <w:sz w:val="24"/>
                  </w:rPr>
                  <w:t>☐</w:t>
                </w:r>
              </w:sdtContent>
            </w:sdt>
          </w:p>
        </w:tc>
        <w:tc>
          <w:tcPr>
            <w:tcW w:w="2096" w:type="dxa"/>
          </w:tcPr>
          <w:p w14:paraId="56E29865" w14:textId="77777777" w:rsidR="00151075" w:rsidRDefault="00000000">
            <w:pPr>
              <w:spacing w:after="0"/>
            </w:pPr>
            <w:sdt>
              <w:sdtPr>
                <w:alias w:val="NOODZAAK_EN_PROPORTIONALITEIT_8_TOELICHTING"/>
                <w:tag w:val="NOODZAAK_EN_PROPORTIONALITEIT_8_TOELICHTING"/>
                <w:id w:val="-1678175458"/>
                <w:text/>
              </w:sdtPr>
              <w:sdtContent>
                <w:r w:rsidR="00D76B7D">
                  <w:rPr>
                    <w:color w:val="646464"/>
                    <w:sz w:val="15"/>
                  </w:rPr>
                  <w:t>{{NOODZAAK_EN_PROPORTIONALITEIT_8_TOELICHTING}}</w:t>
                </w:r>
              </w:sdtContent>
            </w:sdt>
          </w:p>
        </w:tc>
      </w:tr>
    </w:tbl>
    <w:p w14:paraId="20398594" w14:textId="77777777" w:rsidR="00151075" w:rsidRDefault="00151075"/>
    <w:p w14:paraId="59C6383C" w14:textId="77777777" w:rsidR="00151075" w:rsidRDefault="00D76B7D">
      <w:pPr>
        <w:pStyle w:val="Heading2"/>
      </w:pPr>
      <w:r>
        <w:t>9. Bewaartermijnen, archivering en vernietiging</w:t>
      </w:r>
    </w:p>
    <w:tbl>
      <w:tblPr>
        <w:tblStyle w:val="TableGrid"/>
        <w:tblW w:w="0" w:type="auto"/>
        <w:jc w:val="center"/>
        <w:tblLook w:val="04A0" w:firstRow="1" w:lastRow="0" w:firstColumn="1" w:lastColumn="0" w:noHBand="0" w:noVBand="1"/>
      </w:tblPr>
      <w:tblGrid>
        <w:gridCol w:w="3463"/>
        <w:gridCol w:w="6880"/>
      </w:tblGrid>
      <w:tr w:rsidR="00151075" w14:paraId="473FB708" w14:textId="77777777" w:rsidTr="005A6DD4">
        <w:trPr>
          <w:tblHeader/>
          <w:jc w:val="center"/>
        </w:trPr>
        <w:tc>
          <w:tcPr>
            <w:tcW w:w="3463" w:type="dxa"/>
            <w:shd w:val="clear" w:color="auto" w:fill="1F4E79"/>
            <w:tcMar>
              <w:top w:w="80" w:type="dxa"/>
              <w:left w:w="80" w:type="dxa"/>
              <w:bottom w:w="80" w:type="dxa"/>
              <w:right w:w="80" w:type="dxa"/>
            </w:tcMar>
            <w:vAlign w:val="center"/>
          </w:tcPr>
          <w:p w14:paraId="24683BDA" w14:textId="77777777" w:rsidR="00151075" w:rsidRDefault="00D76B7D">
            <w:pPr>
              <w:spacing w:after="0"/>
            </w:pPr>
            <w:r>
              <w:rPr>
                <w:b/>
                <w:color w:val="FFFFFF"/>
                <w:sz w:val="17"/>
              </w:rPr>
              <w:t>Gegevenstype</w:t>
            </w:r>
          </w:p>
        </w:tc>
        <w:tc>
          <w:tcPr>
            <w:tcW w:w="6880" w:type="dxa"/>
            <w:shd w:val="clear" w:color="auto" w:fill="1F4E79"/>
            <w:tcMar>
              <w:top w:w="80" w:type="dxa"/>
              <w:left w:w="80" w:type="dxa"/>
              <w:bottom w:w="80" w:type="dxa"/>
              <w:right w:w="80" w:type="dxa"/>
            </w:tcMar>
            <w:vAlign w:val="center"/>
          </w:tcPr>
          <w:p w14:paraId="4DCCDCCE" w14:textId="77777777" w:rsidR="00151075" w:rsidRDefault="00D76B7D">
            <w:pPr>
              <w:spacing w:after="0"/>
            </w:pPr>
            <w:r>
              <w:rPr>
                <w:b/>
                <w:color w:val="FFFFFF"/>
                <w:sz w:val="17"/>
              </w:rPr>
              <w:t>Bewaartermijn, grondslag en vernietigingswijze</w:t>
            </w:r>
          </w:p>
        </w:tc>
      </w:tr>
      <w:tr w:rsidR="00151075" w14:paraId="1137512D" w14:textId="77777777" w:rsidTr="005A6DD4">
        <w:trPr>
          <w:jc w:val="center"/>
        </w:trPr>
        <w:tc>
          <w:tcPr>
            <w:tcW w:w="3463" w:type="dxa"/>
            <w:shd w:val="clear" w:color="auto" w:fill="F3F6F8"/>
          </w:tcPr>
          <w:p w14:paraId="725D92D5" w14:textId="77777777" w:rsidR="00151075" w:rsidRDefault="00D76B7D">
            <w:pPr>
              <w:spacing w:after="0"/>
            </w:pPr>
            <w:r>
              <w:rPr>
                <w:b/>
                <w:sz w:val="16"/>
              </w:rPr>
              <w:t>Cliëntgegevens</w:t>
            </w:r>
          </w:p>
        </w:tc>
        <w:tc>
          <w:tcPr>
            <w:tcW w:w="6880" w:type="dxa"/>
          </w:tcPr>
          <w:p w14:paraId="0AD6E8EC" w14:textId="77777777" w:rsidR="00151075" w:rsidRDefault="00000000">
            <w:pPr>
              <w:spacing w:after="0"/>
            </w:pPr>
            <w:sdt>
              <w:sdtPr>
                <w:alias w:val="BEWAARTERMIJN_CLIENT"/>
                <w:tag w:val="BEWAARTERMIJN_CLIENT"/>
                <w:id w:val="-480000707"/>
                <w:text/>
              </w:sdtPr>
              <w:sdtContent>
                <w:r w:rsidR="00D76B7D">
                  <w:rPr>
                    <w:color w:val="646464"/>
                    <w:sz w:val="16"/>
                  </w:rPr>
                  <w:t>{{BEWAARTERMIJN_CLIENT}}</w:t>
                </w:r>
              </w:sdtContent>
            </w:sdt>
          </w:p>
        </w:tc>
      </w:tr>
      <w:tr w:rsidR="00151075" w14:paraId="1BD61AF6" w14:textId="77777777" w:rsidTr="005A6DD4">
        <w:trPr>
          <w:jc w:val="center"/>
        </w:trPr>
        <w:tc>
          <w:tcPr>
            <w:tcW w:w="3463" w:type="dxa"/>
            <w:shd w:val="clear" w:color="auto" w:fill="F3F6F8"/>
          </w:tcPr>
          <w:p w14:paraId="1231F322" w14:textId="77777777" w:rsidR="00151075" w:rsidRDefault="00D76B7D">
            <w:pPr>
              <w:spacing w:after="0"/>
            </w:pPr>
            <w:r>
              <w:rPr>
                <w:b/>
                <w:sz w:val="16"/>
              </w:rPr>
              <w:t>Medische gegevens</w:t>
            </w:r>
          </w:p>
        </w:tc>
        <w:tc>
          <w:tcPr>
            <w:tcW w:w="6880" w:type="dxa"/>
          </w:tcPr>
          <w:p w14:paraId="21491347" w14:textId="77777777" w:rsidR="00151075" w:rsidRDefault="00000000">
            <w:pPr>
              <w:spacing w:after="0"/>
            </w:pPr>
            <w:sdt>
              <w:sdtPr>
                <w:alias w:val="BEWAARTERMIJN_MEDISCH"/>
                <w:tag w:val="BEWAARTERMIJN_MEDISCH"/>
                <w:id w:val="384459226"/>
                <w:text/>
              </w:sdtPr>
              <w:sdtContent>
                <w:r w:rsidR="00D76B7D">
                  <w:rPr>
                    <w:color w:val="646464"/>
                    <w:sz w:val="16"/>
                  </w:rPr>
                  <w:t>{{BEWAARTERMIJN_MEDISCH}}</w:t>
                </w:r>
              </w:sdtContent>
            </w:sdt>
          </w:p>
        </w:tc>
      </w:tr>
      <w:tr w:rsidR="00151075" w14:paraId="3B8ACC8A" w14:textId="77777777" w:rsidTr="005A6DD4">
        <w:trPr>
          <w:jc w:val="center"/>
        </w:trPr>
        <w:tc>
          <w:tcPr>
            <w:tcW w:w="3463" w:type="dxa"/>
            <w:shd w:val="clear" w:color="auto" w:fill="F3F6F8"/>
          </w:tcPr>
          <w:p w14:paraId="7FD505FD" w14:textId="77777777" w:rsidR="00151075" w:rsidRDefault="00D76B7D">
            <w:pPr>
              <w:spacing w:after="0"/>
            </w:pPr>
            <w:r>
              <w:rPr>
                <w:b/>
                <w:sz w:val="16"/>
              </w:rPr>
              <w:t>Loggegevens</w:t>
            </w:r>
          </w:p>
        </w:tc>
        <w:tc>
          <w:tcPr>
            <w:tcW w:w="6880" w:type="dxa"/>
          </w:tcPr>
          <w:p w14:paraId="2A53A4B6" w14:textId="77777777" w:rsidR="00151075" w:rsidRDefault="00000000">
            <w:pPr>
              <w:spacing w:after="0"/>
            </w:pPr>
            <w:sdt>
              <w:sdtPr>
                <w:alias w:val="BEWAARTERMIJN_LOGS"/>
                <w:tag w:val="BEWAARTERMIJN_LOGS"/>
                <w:id w:val="156035931"/>
                <w:text/>
              </w:sdtPr>
              <w:sdtContent>
                <w:r w:rsidR="00D76B7D">
                  <w:rPr>
                    <w:color w:val="646464"/>
                    <w:sz w:val="16"/>
                  </w:rPr>
                  <w:t>{{BEWAARTERMIJN_LOGS}}</w:t>
                </w:r>
              </w:sdtContent>
            </w:sdt>
          </w:p>
        </w:tc>
      </w:tr>
      <w:tr w:rsidR="00151075" w14:paraId="600C74E7" w14:textId="77777777" w:rsidTr="005A6DD4">
        <w:trPr>
          <w:jc w:val="center"/>
        </w:trPr>
        <w:tc>
          <w:tcPr>
            <w:tcW w:w="3463" w:type="dxa"/>
            <w:shd w:val="clear" w:color="auto" w:fill="F3F6F8"/>
          </w:tcPr>
          <w:p w14:paraId="56D5AE50" w14:textId="77777777" w:rsidR="00151075" w:rsidRDefault="00D76B7D">
            <w:pPr>
              <w:spacing w:after="0"/>
            </w:pPr>
            <w:r>
              <w:rPr>
                <w:b/>
                <w:sz w:val="16"/>
              </w:rPr>
              <w:t>Rapportages/dashboards</w:t>
            </w:r>
          </w:p>
        </w:tc>
        <w:tc>
          <w:tcPr>
            <w:tcW w:w="6880" w:type="dxa"/>
          </w:tcPr>
          <w:p w14:paraId="5E8D0748" w14:textId="77777777" w:rsidR="00151075" w:rsidRDefault="00000000">
            <w:pPr>
              <w:spacing w:after="0"/>
            </w:pPr>
            <w:sdt>
              <w:sdtPr>
                <w:alias w:val="BEWAARTERMIJN_RAPPORTAGES"/>
                <w:tag w:val="BEWAARTERMIJN_RAPPORTAGES"/>
                <w:id w:val="-960949340"/>
                <w:text/>
              </w:sdtPr>
              <w:sdtContent>
                <w:r w:rsidR="00D76B7D">
                  <w:rPr>
                    <w:color w:val="646464"/>
                    <w:sz w:val="16"/>
                  </w:rPr>
                  <w:t>{{BEWAARTERMIJN_RAPPORTAGES}}</w:t>
                </w:r>
              </w:sdtContent>
            </w:sdt>
          </w:p>
        </w:tc>
      </w:tr>
      <w:tr w:rsidR="00151075" w14:paraId="39BA76DD" w14:textId="77777777" w:rsidTr="005A6DD4">
        <w:trPr>
          <w:jc w:val="center"/>
        </w:trPr>
        <w:tc>
          <w:tcPr>
            <w:tcW w:w="3463" w:type="dxa"/>
            <w:shd w:val="clear" w:color="auto" w:fill="F3F6F8"/>
          </w:tcPr>
          <w:p w14:paraId="58EDAF9D" w14:textId="77777777" w:rsidR="00151075" w:rsidRDefault="00D76B7D">
            <w:pPr>
              <w:spacing w:after="0"/>
            </w:pPr>
            <w:r>
              <w:rPr>
                <w:b/>
                <w:sz w:val="16"/>
              </w:rPr>
              <w:t>Exportbestanden</w:t>
            </w:r>
          </w:p>
        </w:tc>
        <w:tc>
          <w:tcPr>
            <w:tcW w:w="6880" w:type="dxa"/>
          </w:tcPr>
          <w:p w14:paraId="3176F0E1" w14:textId="77777777" w:rsidR="00151075" w:rsidRDefault="00000000">
            <w:pPr>
              <w:spacing w:after="0"/>
            </w:pPr>
            <w:sdt>
              <w:sdtPr>
                <w:alias w:val="BEWAARTERMIJN_EXPORT"/>
                <w:tag w:val="BEWAARTERMIJN_EXPORT"/>
                <w:id w:val="1980116683"/>
                <w:text/>
              </w:sdtPr>
              <w:sdtContent>
                <w:r w:rsidR="00D76B7D">
                  <w:rPr>
                    <w:color w:val="646464"/>
                    <w:sz w:val="16"/>
                  </w:rPr>
                  <w:t>{{BEWAARTERMIJN_EXPORT}}</w:t>
                </w:r>
              </w:sdtContent>
            </w:sdt>
          </w:p>
        </w:tc>
      </w:tr>
      <w:tr w:rsidR="00151075" w14:paraId="01FB3C64" w14:textId="77777777" w:rsidTr="005A6DD4">
        <w:trPr>
          <w:jc w:val="center"/>
        </w:trPr>
        <w:tc>
          <w:tcPr>
            <w:tcW w:w="3463" w:type="dxa"/>
            <w:shd w:val="clear" w:color="auto" w:fill="F3F6F8"/>
          </w:tcPr>
          <w:p w14:paraId="416EE1D0" w14:textId="77777777" w:rsidR="00151075" w:rsidRDefault="00D76B7D">
            <w:pPr>
              <w:spacing w:after="0"/>
            </w:pPr>
            <w:r>
              <w:rPr>
                <w:b/>
                <w:sz w:val="16"/>
              </w:rPr>
              <w:t>Back-ups</w:t>
            </w:r>
          </w:p>
        </w:tc>
        <w:tc>
          <w:tcPr>
            <w:tcW w:w="6880" w:type="dxa"/>
          </w:tcPr>
          <w:p w14:paraId="55D9C71F" w14:textId="77777777" w:rsidR="00151075" w:rsidRDefault="00000000">
            <w:pPr>
              <w:spacing w:after="0"/>
            </w:pPr>
            <w:sdt>
              <w:sdtPr>
                <w:alias w:val="BEWAARTERMIJN_BACKUPS"/>
                <w:tag w:val="BEWAARTERMIJN_BACKUPS"/>
                <w:id w:val="1030842114"/>
                <w:text/>
              </w:sdtPr>
              <w:sdtContent>
                <w:r w:rsidR="00D76B7D">
                  <w:rPr>
                    <w:color w:val="646464"/>
                    <w:sz w:val="16"/>
                  </w:rPr>
                  <w:t>{{BEWAARTERMIJN_BACKUPS}}</w:t>
                </w:r>
              </w:sdtContent>
            </w:sdt>
          </w:p>
        </w:tc>
      </w:tr>
      <w:tr w:rsidR="00151075" w14:paraId="742178E5" w14:textId="77777777" w:rsidTr="005A6DD4">
        <w:trPr>
          <w:jc w:val="center"/>
        </w:trPr>
        <w:tc>
          <w:tcPr>
            <w:tcW w:w="3463" w:type="dxa"/>
            <w:shd w:val="clear" w:color="auto" w:fill="F3F6F8"/>
          </w:tcPr>
          <w:p w14:paraId="1E487609" w14:textId="77777777" w:rsidR="00151075" w:rsidRDefault="00D76B7D">
            <w:pPr>
              <w:spacing w:after="0"/>
            </w:pPr>
            <w:r>
              <w:rPr>
                <w:b/>
                <w:sz w:val="16"/>
              </w:rPr>
              <w:t>Testdata</w:t>
            </w:r>
          </w:p>
        </w:tc>
        <w:tc>
          <w:tcPr>
            <w:tcW w:w="6880" w:type="dxa"/>
          </w:tcPr>
          <w:p w14:paraId="5CE50977" w14:textId="77777777" w:rsidR="00151075" w:rsidRDefault="00000000">
            <w:pPr>
              <w:spacing w:after="0"/>
            </w:pPr>
            <w:sdt>
              <w:sdtPr>
                <w:alias w:val="BEWAARTERMIJN_TESTDATA"/>
                <w:tag w:val="BEWAARTERMIJN_TESTDATA"/>
                <w:id w:val="-1286501071"/>
                <w:text/>
              </w:sdtPr>
              <w:sdtContent>
                <w:r w:rsidR="00D76B7D">
                  <w:rPr>
                    <w:color w:val="646464"/>
                    <w:sz w:val="16"/>
                  </w:rPr>
                  <w:t>{{BEWAARTERMIJN_TESTDATA}}</w:t>
                </w:r>
              </w:sdtContent>
            </w:sdt>
          </w:p>
        </w:tc>
      </w:tr>
      <w:tr w:rsidR="00151075" w14:paraId="4614B6CA" w14:textId="77777777" w:rsidTr="005A6DD4">
        <w:trPr>
          <w:jc w:val="center"/>
        </w:trPr>
        <w:tc>
          <w:tcPr>
            <w:tcW w:w="3463" w:type="dxa"/>
            <w:shd w:val="clear" w:color="auto" w:fill="F3F6F8"/>
          </w:tcPr>
          <w:p w14:paraId="4327E92B" w14:textId="77777777" w:rsidR="00151075" w:rsidRDefault="00D76B7D">
            <w:pPr>
              <w:spacing w:after="0"/>
            </w:pPr>
            <w:r>
              <w:rPr>
                <w:b/>
                <w:sz w:val="16"/>
              </w:rPr>
              <w:t>Vernietigingsproces en bewijs</w:t>
            </w:r>
          </w:p>
        </w:tc>
        <w:tc>
          <w:tcPr>
            <w:tcW w:w="6880" w:type="dxa"/>
          </w:tcPr>
          <w:p w14:paraId="6D28F9C0" w14:textId="77777777" w:rsidR="00151075" w:rsidRDefault="00000000">
            <w:pPr>
              <w:spacing w:after="0"/>
            </w:pPr>
            <w:sdt>
              <w:sdtPr>
                <w:alias w:val="VERNIETIGINGSPROCES"/>
                <w:tag w:val="VERNIETIGINGSPROCES"/>
                <w:id w:val="-1341929142"/>
                <w:text/>
              </w:sdtPr>
              <w:sdtContent>
                <w:r w:rsidR="00D76B7D">
                  <w:rPr>
                    <w:color w:val="646464"/>
                    <w:sz w:val="16"/>
                  </w:rPr>
                  <w:t>{{VERNIETIGINGSPROCES}}</w:t>
                </w:r>
              </w:sdtContent>
            </w:sdt>
          </w:p>
        </w:tc>
      </w:tr>
    </w:tbl>
    <w:p w14:paraId="23B53E93" w14:textId="77777777" w:rsidR="00151075" w:rsidRDefault="00151075"/>
    <w:p w14:paraId="7B2E430C" w14:textId="77777777" w:rsidR="00151075" w:rsidRDefault="00D76B7D">
      <w:pPr>
        <w:pStyle w:val="Heading2"/>
      </w:pPr>
      <w:r>
        <w:t>10. Rechten van betrokkenen</w:t>
      </w:r>
    </w:p>
    <w:p w14:paraId="38CF25A9" w14:textId="77777777" w:rsidR="00151075" w:rsidRDefault="00D76B7D">
      <w:pPr>
        <w:pStyle w:val="Heading3"/>
      </w:pPr>
      <w:r>
        <w:t>Rechten van betrokkenen</w:t>
      </w:r>
    </w:p>
    <w:tbl>
      <w:tblPr>
        <w:tblStyle w:val="TableGrid"/>
        <w:tblW w:w="0" w:type="auto"/>
        <w:jc w:val="center"/>
        <w:tblLook w:val="04A0" w:firstRow="1" w:lastRow="0" w:firstColumn="1" w:lastColumn="0" w:noHBand="0" w:noVBand="1"/>
      </w:tblPr>
      <w:tblGrid>
        <w:gridCol w:w="2788"/>
        <w:gridCol w:w="1387"/>
        <w:gridCol w:w="1385"/>
        <w:gridCol w:w="1247"/>
        <w:gridCol w:w="3665"/>
      </w:tblGrid>
      <w:tr w:rsidR="00151075" w14:paraId="040668F3" w14:textId="77777777">
        <w:trPr>
          <w:tblHeader/>
          <w:jc w:val="center"/>
        </w:trPr>
        <w:tc>
          <w:tcPr>
            <w:tcW w:w="4025" w:type="dxa"/>
            <w:shd w:val="clear" w:color="auto" w:fill="3A6EA5"/>
            <w:tcMar>
              <w:top w:w="80" w:type="dxa"/>
              <w:left w:w="80" w:type="dxa"/>
              <w:bottom w:w="80" w:type="dxa"/>
              <w:right w:w="80" w:type="dxa"/>
            </w:tcMar>
            <w:vAlign w:val="center"/>
          </w:tcPr>
          <w:p w14:paraId="7DE4996F" w14:textId="77777777" w:rsidR="00151075" w:rsidRDefault="00D76B7D">
            <w:pPr>
              <w:spacing w:after="0"/>
            </w:pPr>
            <w:r>
              <w:rPr>
                <w:b/>
                <w:color w:val="FFFFFF"/>
                <w:sz w:val="16"/>
              </w:rPr>
              <w:t>Recht / proces</w:t>
            </w:r>
          </w:p>
        </w:tc>
        <w:tc>
          <w:tcPr>
            <w:tcW w:w="680" w:type="dxa"/>
            <w:shd w:val="clear" w:color="auto" w:fill="3A6EA5"/>
            <w:tcMar>
              <w:top w:w="80" w:type="dxa"/>
              <w:left w:w="80" w:type="dxa"/>
              <w:bottom w:w="80" w:type="dxa"/>
              <w:right w:w="80" w:type="dxa"/>
            </w:tcMar>
            <w:vAlign w:val="center"/>
          </w:tcPr>
          <w:p w14:paraId="45DF3DBF" w14:textId="77777777" w:rsidR="00151075" w:rsidRDefault="00D76B7D">
            <w:pPr>
              <w:spacing w:after="0"/>
            </w:pPr>
            <w:r>
              <w:rPr>
                <w:b/>
                <w:color w:val="FFFFFF"/>
                <w:sz w:val="16"/>
              </w:rPr>
              <w:t>Ingericht</w:t>
            </w:r>
          </w:p>
        </w:tc>
        <w:tc>
          <w:tcPr>
            <w:tcW w:w="680" w:type="dxa"/>
            <w:shd w:val="clear" w:color="auto" w:fill="3A6EA5"/>
            <w:tcMar>
              <w:top w:w="80" w:type="dxa"/>
              <w:left w:w="80" w:type="dxa"/>
              <w:bottom w:w="80" w:type="dxa"/>
              <w:right w:w="80" w:type="dxa"/>
            </w:tcMar>
            <w:vAlign w:val="center"/>
          </w:tcPr>
          <w:p w14:paraId="20509D22" w14:textId="77777777" w:rsidR="00151075" w:rsidRDefault="00D76B7D">
            <w:pPr>
              <w:spacing w:after="0"/>
            </w:pPr>
            <w:r>
              <w:rPr>
                <w:b/>
                <w:color w:val="FFFFFF"/>
                <w:sz w:val="16"/>
              </w:rPr>
              <w:t>Niet ingericht</w:t>
            </w:r>
          </w:p>
        </w:tc>
        <w:tc>
          <w:tcPr>
            <w:tcW w:w="793" w:type="dxa"/>
            <w:shd w:val="clear" w:color="auto" w:fill="3A6EA5"/>
            <w:tcMar>
              <w:top w:w="80" w:type="dxa"/>
              <w:left w:w="80" w:type="dxa"/>
              <w:bottom w:w="80" w:type="dxa"/>
              <w:right w:w="80" w:type="dxa"/>
            </w:tcMar>
            <w:vAlign w:val="center"/>
          </w:tcPr>
          <w:p w14:paraId="4FA8E589" w14:textId="77777777" w:rsidR="00151075" w:rsidRDefault="00D76B7D">
            <w:pPr>
              <w:spacing w:after="0"/>
            </w:pPr>
            <w:r>
              <w:rPr>
                <w:b/>
                <w:color w:val="FFFFFF"/>
                <w:sz w:val="16"/>
              </w:rPr>
              <w:t>N.v.t.</w:t>
            </w:r>
          </w:p>
        </w:tc>
        <w:tc>
          <w:tcPr>
            <w:tcW w:w="3288" w:type="dxa"/>
            <w:shd w:val="clear" w:color="auto" w:fill="3A6EA5"/>
            <w:tcMar>
              <w:top w:w="80" w:type="dxa"/>
              <w:left w:w="80" w:type="dxa"/>
              <w:bottom w:w="80" w:type="dxa"/>
              <w:right w:w="80" w:type="dxa"/>
            </w:tcMar>
            <w:vAlign w:val="center"/>
          </w:tcPr>
          <w:p w14:paraId="1D7A9DDA" w14:textId="77777777" w:rsidR="00151075" w:rsidRDefault="00D76B7D">
            <w:pPr>
              <w:spacing w:after="0"/>
            </w:pPr>
            <w:r>
              <w:rPr>
                <w:b/>
                <w:color w:val="FFFFFF"/>
                <w:sz w:val="16"/>
              </w:rPr>
              <w:t>Toelichting</w:t>
            </w:r>
          </w:p>
        </w:tc>
      </w:tr>
      <w:tr w:rsidR="00151075" w14:paraId="5A825A28" w14:textId="77777777">
        <w:trPr>
          <w:jc w:val="center"/>
        </w:trPr>
        <w:tc>
          <w:tcPr>
            <w:tcW w:w="2096" w:type="dxa"/>
          </w:tcPr>
          <w:p w14:paraId="04F4E0F6" w14:textId="77777777" w:rsidR="00151075" w:rsidRDefault="00D76B7D">
            <w:pPr>
              <w:spacing w:after="0"/>
            </w:pPr>
            <w:r>
              <w:rPr>
                <w:sz w:val="16"/>
              </w:rPr>
              <w:t>Inzage</w:t>
            </w:r>
          </w:p>
        </w:tc>
        <w:tc>
          <w:tcPr>
            <w:tcW w:w="2096" w:type="dxa"/>
          </w:tcPr>
          <w:p w14:paraId="4166F710" w14:textId="77777777" w:rsidR="00151075" w:rsidRDefault="00000000">
            <w:pPr>
              <w:spacing w:after="0"/>
              <w:jc w:val="center"/>
            </w:pPr>
            <w:sdt>
              <w:sdtPr>
                <w:alias w:val="CHECKBOX_127"/>
                <w:tag w:val="CHECKBOX_127"/>
                <w:id w:val="1946767991"/>
                <w14:checkbox>
                  <w14:checked w14:val="0"/>
                  <w14:checkedState w14:val="2612" w14:font="MS Gothic"/>
                  <w14:uncheckedState w14:val="2610" w14:font="MS Gothic"/>
                </w14:checkbox>
              </w:sdtPr>
              <w:sdtContent>
                <w:r w:rsidR="00D76B7D">
                  <w:rPr>
                    <w:sz w:val="24"/>
                  </w:rPr>
                  <w:t>☐</w:t>
                </w:r>
              </w:sdtContent>
            </w:sdt>
          </w:p>
        </w:tc>
        <w:tc>
          <w:tcPr>
            <w:tcW w:w="2096" w:type="dxa"/>
          </w:tcPr>
          <w:p w14:paraId="2620F569" w14:textId="77777777" w:rsidR="00151075" w:rsidRDefault="00000000">
            <w:pPr>
              <w:spacing w:after="0"/>
              <w:jc w:val="center"/>
            </w:pPr>
            <w:sdt>
              <w:sdtPr>
                <w:alias w:val="CHECKBOX_128"/>
                <w:tag w:val="CHECKBOX_128"/>
                <w:id w:val="1234100202"/>
                <w14:checkbox>
                  <w14:checked w14:val="0"/>
                  <w14:checkedState w14:val="2612" w14:font="MS Gothic"/>
                  <w14:uncheckedState w14:val="2610" w14:font="MS Gothic"/>
                </w14:checkbox>
              </w:sdtPr>
              <w:sdtContent>
                <w:r w:rsidR="00D76B7D">
                  <w:rPr>
                    <w:sz w:val="24"/>
                  </w:rPr>
                  <w:t>☐</w:t>
                </w:r>
              </w:sdtContent>
            </w:sdt>
          </w:p>
        </w:tc>
        <w:tc>
          <w:tcPr>
            <w:tcW w:w="2096" w:type="dxa"/>
          </w:tcPr>
          <w:p w14:paraId="59737364" w14:textId="77777777" w:rsidR="00151075" w:rsidRDefault="00000000">
            <w:pPr>
              <w:spacing w:after="0"/>
              <w:jc w:val="center"/>
            </w:pPr>
            <w:sdt>
              <w:sdtPr>
                <w:alias w:val="CHECKBOX_129"/>
                <w:tag w:val="CHECKBOX_129"/>
                <w:id w:val="1047300352"/>
                <w14:checkbox>
                  <w14:checked w14:val="0"/>
                  <w14:checkedState w14:val="2612" w14:font="MS Gothic"/>
                  <w14:uncheckedState w14:val="2610" w14:font="MS Gothic"/>
                </w14:checkbox>
              </w:sdtPr>
              <w:sdtContent>
                <w:r w:rsidR="00D76B7D">
                  <w:rPr>
                    <w:sz w:val="24"/>
                  </w:rPr>
                  <w:t>☐</w:t>
                </w:r>
              </w:sdtContent>
            </w:sdt>
          </w:p>
        </w:tc>
        <w:tc>
          <w:tcPr>
            <w:tcW w:w="2096" w:type="dxa"/>
          </w:tcPr>
          <w:p w14:paraId="3D1EB0A6" w14:textId="77777777" w:rsidR="00151075" w:rsidRDefault="00000000">
            <w:pPr>
              <w:spacing w:after="0"/>
            </w:pPr>
            <w:sdt>
              <w:sdtPr>
                <w:alias w:val="RECHTEN_VAN_BETROKKENEN_1_TOELICHTING"/>
                <w:tag w:val="RECHTEN_VAN_BETROKKENEN_1_TOELICHTING"/>
                <w:id w:val="-1160377090"/>
                <w:text/>
              </w:sdtPr>
              <w:sdtContent>
                <w:r w:rsidR="00D76B7D">
                  <w:rPr>
                    <w:color w:val="646464"/>
                    <w:sz w:val="15"/>
                  </w:rPr>
                  <w:t>{{RECHTEN_VAN_BETROKKENEN_1_TOELICHTING}}</w:t>
                </w:r>
              </w:sdtContent>
            </w:sdt>
          </w:p>
        </w:tc>
      </w:tr>
      <w:tr w:rsidR="00151075" w14:paraId="6BACA20E" w14:textId="77777777">
        <w:trPr>
          <w:jc w:val="center"/>
        </w:trPr>
        <w:tc>
          <w:tcPr>
            <w:tcW w:w="2096" w:type="dxa"/>
          </w:tcPr>
          <w:p w14:paraId="55C9A7BE" w14:textId="77777777" w:rsidR="00151075" w:rsidRDefault="00D76B7D">
            <w:pPr>
              <w:spacing w:after="0"/>
            </w:pPr>
            <w:r>
              <w:rPr>
                <w:sz w:val="16"/>
              </w:rPr>
              <w:t>Correctie</w:t>
            </w:r>
          </w:p>
        </w:tc>
        <w:tc>
          <w:tcPr>
            <w:tcW w:w="2096" w:type="dxa"/>
          </w:tcPr>
          <w:p w14:paraId="3434FD7D" w14:textId="77777777" w:rsidR="00151075" w:rsidRDefault="00000000">
            <w:pPr>
              <w:spacing w:after="0"/>
              <w:jc w:val="center"/>
            </w:pPr>
            <w:sdt>
              <w:sdtPr>
                <w:alias w:val="CHECKBOX_130"/>
                <w:tag w:val="CHECKBOX_130"/>
                <w:id w:val="864665972"/>
                <w14:checkbox>
                  <w14:checked w14:val="0"/>
                  <w14:checkedState w14:val="2612" w14:font="MS Gothic"/>
                  <w14:uncheckedState w14:val="2610" w14:font="MS Gothic"/>
                </w14:checkbox>
              </w:sdtPr>
              <w:sdtContent>
                <w:r w:rsidR="00D76B7D">
                  <w:rPr>
                    <w:sz w:val="24"/>
                  </w:rPr>
                  <w:t>☐</w:t>
                </w:r>
              </w:sdtContent>
            </w:sdt>
          </w:p>
        </w:tc>
        <w:tc>
          <w:tcPr>
            <w:tcW w:w="2096" w:type="dxa"/>
          </w:tcPr>
          <w:p w14:paraId="6FED799A" w14:textId="77777777" w:rsidR="00151075" w:rsidRDefault="00000000">
            <w:pPr>
              <w:spacing w:after="0"/>
              <w:jc w:val="center"/>
            </w:pPr>
            <w:sdt>
              <w:sdtPr>
                <w:alias w:val="CHECKBOX_131"/>
                <w:tag w:val="CHECKBOX_131"/>
                <w:id w:val="387175973"/>
                <w14:checkbox>
                  <w14:checked w14:val="0"/>
                  <w14:checkedState w14:val="2612" w14:font="MS Gothic"/>
                  <w14:uncheckedState w14:val="2610" w14:font="MS Gothic"/>
                </w14:checkbox>
              </w:sdtPr>
              <w:sdtContent>
                <w:r w:rsidR="00D76B7D">
                  <w:rPr>
                    <w:sz w:val="24"/>
                  </w:rPr>
                  <w:t>☐</w:t>
                </w:r>
              </w:sdtContent>
            </w:sdt>
          </w:p>
        </w:tc>
        <w:tc>
          <w:tcPr>
            <w:tcW w:w="2096" w:type="dxa"/>
          </w:tcPr>
          <w:p w14:paraId="045EF6F2" w14:textId="77777777" w:rsidR="00151075" w:rsidRDefault="00000000">
            <w:pPr>
              <w:spacing w:after="0"/>
              <w:jc w:val="center"/>
            </w:pPr>
            <w:sdt>
              <w:sdtPr>
                <w:alias w:val="CHECKBOX_132"/>
                <w:tag w:val="CHECKBOX_132"/>
                <w:id w:val="1385733647"/>
                <w14:checkbox>
                  <w14:checked w14:val="0"/>
                  <w14:checkedState w14:val="2612" w14:font="MS Gothic"/>
                  <w14:uncheckedState w14:val="2610" w14:font="MS Gothic"/>
                </w14:checkbox>
              </w:sdtPr>
              <w:sdtContent>
                <w:r w:rsidR="00D76B7D">
                  <w:rPr>
                    <w:sz w:val="24"/>
                  </w:rPr>
                  <w:t>☐</w:t>
                </w:r>
              </w:sdtContent>
            </w:sdt>
          </w:p>
        </w:tc>
        <w:tc>
          <w:tcPr>
            <w:tcW w:w="2096" w:type="dxa"/>
          </w:tcPr>
          <w:p w14:paraId="4A3447E7" w14:textId="77777777" w:rsidR="00151075" w:rsidRDefault="00000000">
            <w:pPr>
              <w:spacing w:after="0"/>
            </w:pPr>
            <w:sdt>
              <w:sdtPr>
                <w:alias w:val="RECHTEN_VAN_BETROKKENEN_2_TOELICHTING"/>
                <w:tag w:val="RECHTEN_VAN_BETROKKENEN_2_TOELICHTING"/>
                <w:id w:val="-1519536097"/>
                <w:text/>
              </w:sdtPr>
              <w:sdtContent>
                <w:r w:rsidR="00D76B7D">
                  <w:rPr>
                    <w:color w:val="646464"/>
                    <w:sz w:val="15"/>
                  </w:rPr>
                  <w:t>{{RECHTEN_VAN_BETROKKENEN_2_TOELICHTING}}</w:t>
                </w:r>
              </w:sdtContent>
            </w:sdt>
          </w:p>
        </w:tc>
      </w:tr>
      <w:tr w:rsidR="00151075" w14:paraId="2E7383D1" w14:textId="77777777">
        <w:trPr>
          <w:jc w:val="center"/>
        </w:trPr>
        <w:tc>
          <w:tcPr>
            <w:tcW w:w="2096" w:type="dxa"/>
          </w:tcPr>
          <w:p w14:paraId="58D1D2EB" w14:textId="77777777" w:rsidR="00151075" w:rsidRDefault="00D76B7D">
            <w:pPr>
              <w:spacing w:after="0"/>
            </w:pPr>
            <w:r>
              <w:rPr>
                <w:sz w:val="16"/>
              </w:rPr>
              <w:t>Verwijdering</w:t>
            </w:r>
          </w:p>
        </w:tc>
        <w:tc>
          <w:tcPr>
            <w:tcW w:w="2096" w:type="dxa"/>
          </w:tcPr>
          <w:p w14:paraId="04956781" w14:textId="77777777" w:rsidR="00151075" w:rsidRDefault="00000000">
            <w:pPr>
              <w:spacing w:after="0"/>
              <w:jc w:val="center"/>
            </w:pPr>
            <w:sdt>
              <w:sdtPr>
                <w:alias w:val="CHECKBOX_133"/>
                <w:tag w:val="CHECKBOX_133"/>
                <w:id w:val="288935228"/>
                <w14:checkbox>
                  <w14:checked w14:val="0"/>
                  <w14:checkedState w14:val="2612" w14:font="MS Gothic"/>
                  <w14:uncheckedState w14:val="2610" w14:font="MS Gothic"/>
                </w14:checkbox>
              </w:sdtPr>
              <w:sdtContent>
                <w:r w:rsidR="00D76B7D">
                  <w:rPr>
                    <w:sz w:val="24"/>
                  </w:rPr>
                  <w:t>☐</w:t>
                </w:r>
              </w:sdtContent>
            </w:sdt>
          </w:p>
        </w:tc>
        <w:tc>
          <w:tcPr>
            <w:tcW w:w="2096" w:type="dxa"/>
          </w:tcPr>
          <w:p w14:paraId="72B06314" w14:textId="77777777" w:rsidR="00151075" w:rsidRDefault="00000000">
            <w:pPr>
              <w:spacing w:after="0"/>
              <w:jc w:val="center"/>
            </w:pPr>
            <w:sdt>
              <w:sdtPr>
                <w:alias w:val="CHECKBOX_134"/>
                <w:tag w:val="CHECKBOX_134"/>
                <w:id w:val="1968693458"/>
                <w14:checkbox>
                  <w14:checked w14:val="0"/>
                  <w14:checkedState w14:val="2612" w14:font="MS Gothic"/>
                  <w14:uncheckedState w14:val="2610" w14:font="MS Gothic"/>
                </w14:checkbox>
              </w:sdtPr>
              <w:sdtContent>
                <w:r w:rsidR="00D76B7D">
                  <w:rPr>
                    <w:sz w:val="24"/>
                  </w:rPr>
                  <w:t>☐</w:t>
                </w:r>
              </w:sdtContent>
            </w:sdt>
          </w:p>
        </w:tc>
        <w:tc>
          <w:tcPr>
            <w:tcW w:w="2096" w:type="dxa"/>
          </w:tcPr>
          <w:p w14:paraId="73D5DE57" w14:textId="77777777" w:rsidR="00151075" w:rsidRDefault="00000000">
            <w:pPr>
              <w:spacing w:after="0"/>
              <w:jc w:val="center"/>
            </w:pPr>
            <w:sdt>
              <w:sdtPr>
                <w:alias w:val="CHECKBOX_135"/>
                <w:tag w:val="CHECKBOX_135"/>
                <w:id w:val="349732987"/>
                <w14:checkbox>
                  <w14:checked w14:val="0"/>
                  <w14:checkedState w14:val="2612" w14:font="MS Gothic"/>
                  <w14:uncheckedState w14:val="2610" w14:font="MS Gothic"/>
                </w14:checkbox>
              </w:sdtPr>
              <w:sdtContent>
                <w:r w:rsidR="00D76B7D">
                  <w:rPr>
                    <w:sz w:val="24"/>
                  </w:rPr>
                  <w:t>☐</w:t>
                </w:r>
              </w:sdtContent>
            </w:sdt>
          </w:p>
        </w:tc>
        <w:tc>
          <w:tcPr>
            <w:tcW w:w="2096" w:type="dxa"/>
          </w:tcPr>
          <w:p w14:paraId="6EBF94FB" w14:textId="77777777" w:rsidR="00151075" w:rsidRDefault="00000000">
            <w:pPr>
              <w:spacing w:after="0"/>
            </w:pPr>
            <w:sdt>
              <w:sdtPr>
                <w:alias w:val="RECHTEN_VAN_BETROKKENEN_3_TOELICHTING"/>
                <w:tag w:val="RECHTEN_VAN_BETROKKENEN_3_TOELICHTING"/>
                <w:id w:val="-1920557511"/>
                <w:text/>
              </w:sdtPr>
              <w:sdtContent>
                <w:r w:rsidR="00D76B7D">
                  <w:rPr>
                    <w:color w:val="646464"/>
                    <w:sz w:val="15"/>
                  </w:rPr>
                  <w:t>{{RECHTEN_VAN_BETROKKENEN_3_TOELICHTING}}</w:t>
                </w:r>
              </w:sdtContent>
            </w:sdt>
          </w:p>
        </w:tc>
      </w:tr>
      <w:tr w:rsidR="00151075" w14:paraId="36739933" w14:textId="77777777">
        <w:trPr>
          <w:jc w:val="center"/>
        </w:trPr>
        <w:tc>
          <w:tcPr>
            <w:tcW w:w="2096" w:type="dxa"/>
          </w:tcPr>
          <w:p w14:paraId="2094ABB0" w14:textId="77777777" w:rsidR="00151075" w:rsidRDefault="00D76B7D">
            <w:pPr>
              <w:spacing w:after="0"/>
            </w:pPr>
            <w:r>
              <w:rPr>
                <w:sz w:val="16"/>
              </w:rPr>
              <w:t>Beperking van verwerking</w:t>
            </w:r>
          </w:p>
        </w:tc>
        <w:tc>
          <w:tcPr>
            <w:tcW w:w="2096" w:type="dxa"/>
          </w:tcPr>
          <w:p w14:paraId="028B52B6" w14:textId="77777777" w:rsidR="00151075" w:rsidRDefault="00000000">
            <w:pPr>
              <w:spacing w:after="0"/>
              <w:jc w:val="center"/>
            </w:pPr>
            <w:sdt>
              <w:sdtPr>
                <w:alias w:val="CHECKBOX_136"/>
                <w:tag w:val="CHECKBOX_136"/>
                <w:id w:val="1287404770"/>
                <w14:checkbox>
                  <w14:checked w14:val="0"/>
                  <w14:checkedState w14:val="2612" w14:font="MS Gothic"/>
                  <w14:uncheckedState w14:val="2610" w14:font="MS Gothic"/>
                </w14:checkbox>
              </w:sdtPr>
              <w:sdtContent>
                <w:r w:rsidR="00D76B7D">
                  <w:rPr>
                    <w:sz w:val="24"/>
                  </w:rPr>
                  <w:t>☐</w:t>
                </w:r>
              </w:sdtContent>
            </w:sdt>
          </w:p>
        </w:tc>
        <w:tc>
          <w:tcPr>
            <w:tcW w:w="2096" w:type="dxa"/>
          </w:tcPr>
          <w:p w14:paraId="35F0C671" w14:textId="77777777" w:rsidR="00151075" w:rsidRDefault="00000000">
            <w:pPr>
              <w:spacing w:after="0"/>
              <w:jc w:val="center"/>
            </w:pPr>
            <w:sdt>
              <w:sdtPr>
                <w:alias w:val="CHECKBOX_137"/>
                <w:tag w:val="CHECKBOX_137"/>
                <w:id w:val="1545575025"/>
                <w14:checkbox>
                  <w14:checked w14:val="0"/>
                  <w14:checkedState w14:val="2612" w14:font="MS Gothic"/>
                  <w14:uncheckedState w14:val="2610" w14:font="MS Gothic"/>
                </w14:checkbox>
              </w:sdtPr>
              <w:sdtContent>
                <w:r w:rsidR="00D76B7D">
                  <w:rPr>
                    <w:sz w:val="24"/>
                  </w:rPr>
                  <w:t>☐</w:t>
                </w:r>
              </w:sdtContent>
            </w:sdt>
          </w:p>
        </w:tc>
        <w:tc>
          <w:tcPr>
            <w:tcW w:w="2096" w:type="dxa"/>
          </w:tcPr>
          <w:p w14:paraId="70F9AAFA" w14:textId="77777777" w:rsidR="00151075" w:rsidRDefault="00000000">
            <w:pPr>
              <w:spacing w:after="0"/>
              <w:jc w:val="center"/>
            </w:pPr>
            <w:sdt>
              <w:sdtPr>
                <w:alias w:val="CHECKBOX_138"/>
                <w:tag w:val="CHECKBOX_138"/>
                <w:id w:val="620846755"/>
                <w14:checkbox>
                  <w14:checked w14:val="0"/>
                  <w14:checkedState w14:val="2612" w14:font="MS Gothic"/>
                  <w14:uncheckedState w14:val="2610" w14:font="MS Gothic"/>
                </w14:checkbox>
              </w:sdtPr>
              <w:sdtContent>
                <w:r w:rsidR="00D76B7D">
                  <w:rPr>
                    <w:sz w:val="24"/>
                  </w:rPr>
                  <w:t>☐</w:t>
                </w:r>
              </w:sdtContent>
            </w:sdt>
          </w:p>
        </w:tc>
        <w:tc>
          <w:tcPr>
            <w:tcW w:w="2096" w:type="dxa"/>
          </w:tcPr>
          <w:p w14:paraId="35212611" w14:textId="77777777" w:rsidR="00151075" w:rsidRDefault="00000000">
            <w:pPr>
              <w:spacing w:after="0"/>
            </w:pPr>
            <w:sdt>
              <w:sdtPr>
                <w:alias w:val="RECHTEN_VAN_BETROKKENEN_4_TOELICHTING"/>
                <w:tag w:val="RECHTEN_VAN_BETROKKENEN_4_TOELICHTING"/>
                <w:id w:val="-1485077543"/>
                <w:text/>
              </w:sdtPr>
              <w:sdtContent>
                <w:r w:rsidR="00D76B7D">
                  <w:rPr>
                    <w:color w:val="646464"/>
                    <w:sz w:val="15"/>
                  </w:rPr>
                  <w:t>{{RECHTEN_VAN_BETROKKENEN_4_TOELICHTING}}</w:t>
                </w:r>
              </w:sdtContent>
            </w:sdt>
          </w:p>
        </w:tc>
      </w:tr>
      <w:tr w:rsidR="00151075" w14:paraId="229017D6" w14:textId="77777777">
        <w:trPr>
          <w:jc w:val="center"/>
        </w:trPr>
        <w:tc>
          <w:tcPr>
            <w:tcW w:w="2096" w:type="dxa"/>
          </w:tcPr>
          <w:p w14:paraId="0BC90EA6" w14:textId="77777777" w:rsidR="00151075" w:rsidRDefault="00D76B7D">
            <w:pPr>
              <w:spacing w:after="0"/>
            </w:pPr>
            <w:r>
              <w:rPr>
                <w:sz w:val="16"/>
              </w:rPr>
              <w:t>Bezwaar</w:t>
            </w:r>
          </w:p>
        </w:tc>
        <w:tc>
          <w:tcPr>
            <w:tcW w:w="2096" w:type="dxa"/>
          </w:tcPr>
          <w:p w14:paraId="3B43B6F8" w14:textId="77777777" w:rsidR="00151075" w:rsidRDefault="00000000">
            <w:pPr>
              <w:spacing w:after="0"/>
              <w:jc w:val="center"/>
            </w:pPr>
            <w:sdt>
              <w:sdtPr>
                <w:alias w:val="CHECKBOX_139"/>
                <w:tag w:val="CHECKBOX_139"/>
                <w:id w:val="1280935149"/>
                <w14:checkbox>
                  <w14:checked w14:val="0"/>
                  <w14:checkedState w14:val="2612" w14:font="MS Gothic"/>
                  <w14:uncheckedState w14:val="2610" w14:font="MS Gothic"/>
                </w14:checkbox>
              </w:sdtPr>
              <w:sdtContent>
                <w:r w:rsidR="00D76B7D">
                  <w:rPr>
                    <w:sz w:val="24"/>
                  </w:rPr>
                  <w:t>☐</w:t>
                </w:r>
              </w:sdtContent>
            </w:sdt>
          </w:p>
        </w:tc>
        <w:tc>
          <w:tcPr>
            <w:tcW w:w="2096" w:type="dxa"/>
          </w:tcPr>
          <w:p w14:paraId="2FCF1891" w14:textId="77777777" w:rsidR="00151075" w:rsidRDefault="00000000">
            <w:pPr>
              <w:spacing w:after="0"/>
              <w:jc w:val="center"/>
            </w:pPr>
            <w:sdt>
              <w:sdtPr>
                <w:alias w:val="CHECKBOX_140"/>
                <w:tag w:val="CHECKBOX_140"/>
                <w:id w:val="679715700"/>
                <w14:checkbox>
                  <w14:checked w14:val="0"/>
                  <w14:checkedState w14:val="2612" w14:font="MS Gothic"/>
                  <w14:uncheckedState w14:val="2610" w14:font="MS Gothic"/>
                </w14:checkbox>
              </w:sdtPr>
              <w:sdtContent>
                <w:r w:rsidR="00D76B7D">
                  <w:rPr>
                    <w:sz w:val="24"/>
                  </w:rPr>
                  <w:t>☐</w:t>
                </w:r>
              </w:sdtContent>
            </w:sdt>
          </w:p>
        </w:tc>
        <w:tc>
          <w:tcPr>
            <w:tcW w:w="2096" w:type="dxa"/>
          </w:tcPr>
          <w:p w14:paraId="36EE4FAA" w14:textId="77777777" w:rsidR="00151075" w:rsidRDefault="00000000">
            <w:pPr>
              <w:spacing w:after="0"/>
              <w:jc w:val="center"/>
            </w:pPr>
            <w:sdt>
              <w:sdtPr>
                <w:alias w:val="CHECKBOX_141"/>
                <w:tag w:val="CHECKBOX_141"/>
                <w:id w:val="934729111"/>
                <w14:checkbox>
                  <w14:checked w14:val="0"/>
                  <w14:checkedState w14:val="2612" w14:font="MS Gothic"/>
                  <w14:uncheckedState w14:val="2610" w14:font="MS Gothic"/>
                </w14:checkbox>
              </w:sdtPr>
              <w:sdtContent>
                <w:r w:rsidR="00D76B7D">
                  <w:rPr>
                    <w:sz w:val="24"/>
                  </w:rPr>
                  <w:t>☐</w:t>
                </w:r>
              </w:sdtContent>
            </w:sdt>
          </w:p>
        </w:tc>
        <w:tc>
          <w:tcPr>
            <w:tcW w:w="2096" w:type="dxa"/>
          </w:tcPr>
          <w:p w14:paraId="6F72F031" w14:textId="77777777" w:rsidR="00151075" w:rsidRDefault="00000000">
            <w:pPr>
              <w:spacing w:after="0"/>
            </w:pPr>
            <w:sdt>
              <w:sdtPr>
                <w:alias w:val="RECHTEN_VAN_BETROKKENEN_5_TOELICHTING"/>
                <w:tag w:val="RECHTEN_VAN_BETROKKENEN_5_TOELICHTING"/>
                <w:id w:val="1324007385"/>
                <w:text/>
              </w:sdtPr>
              <w:sdtContent>
                <w:r w:rsidR="00D76B7D">
                  <w:rPr>
                    <w:color w:val="646464"/>
                    <w:sz w:val="15"/>
                  </w:rPr>
                  <w:t>{{RECHTEN_VAN_BETROKKENEN_5_TOELICHTING}}</w:t>
                </w:r>
              </w:sdtContent>
            </w:sdt>
          </w:p>
        </w:tc>
      </w:tr>
      <w:tr w:rsidR="00151075" w14:paraId="2DA3A514" w14:textId="77777777">
        <w:trPr>
          <w:jc w:val="center"/>
        </w:trPr>
        <w:tc>
          <w:tcPr>
            <w:tcW w:w="2096" w:type="dxa"/>
          </w:tcPr>
          <w:p w14:paraId="0CEF1F2C" w14:textId="77777777" w:rsidR="00151075" w:rsidRDefault="00D76B7D">
            <w:pPr>
              <w:spacing w:after="0"/>
            </w:pPr>
            <w:r>
              <w:rPr>
                <w:sz w:val="16"/>
              </w:rPr>
              <w:t>Dataportabiliteit</w:t>
            </w:r>
          </w:p>
        </w:tc>
        <w:tc>
          <w:tcPr>
            <w:tcW w:w="2096" w:type="dxa"/>
          </w:tcPr>
          <w:p w14:paraId="4C8B97D3" w14:textId="77777777" w:rsidR="00151075" w:rsidRDefault="00000000">
            <w:pPr>
              <w:spacing w:after="0"/>
              <w:jc w:val="center"/>
            </w:pPr>
            <w:sdt>
              <w:sdtPr>
                <w:alias w:val="CHECKBOX_142"/>
                <w:tag w:val="CHECKBOX_142"/>
                <w:id w:val="1921178481"/>
                <w14:checkbox>
                  <w14:checked w14:val="0"/>
                  <w14:checkedState w14:val="2612" w14:font="MS Gothic"/>
                  <w14:uncheckedState w14:val="2610" w14:font="MS Gothic"/>
                </w14:checkbox>
              </w:sdtPr>
              <w:sdtContent>
                <w:r w:rsidR="00D76B7D">
                  <w:rPr>
                    <w:sz w:val="24"/>
                  </w:rPr>
                  <w:t>☐</w:t>
                </w:r>
              </w:sdtContent>
            </w:sdt>
          </w:p>
        </w:tc>
        <w:tc>
          <w:tcPr>
            <w:tcW w:w="2096" w:type="dxa"/>
          </w:tcPr>
          <w:p w14:paraId="224C6660" w14:textId="77777777" w:rsidR="00151075" w:rsidRDefault="00000000">
            <w:pPr>
              <w:spacing w:after="0"/>
              <w:jc w:val="center"/>
            </w:pPr>
            <w:sdt>
              <w:sdtPr>
                <w:alias w:val="CHECKBOX_143"/>
                <w:tag w:val="CHECKBOX_143"/>
                <w:id w:val="506680085"/>
                <w14:checkbox>
                  <w14:checked w14:val="0"/>
                  <w14:checkedState w14:val="2612" w14:font="MS Gothic"/>
                  <w14:uncheckedState w14:val="2610" w14:font="MS Gothic"/>
                </w14:checkbox>
              </w:sdtPr>
              <w:sdtContent>
                <w:r w:rsidR="00D76B7D">
                  <w:rPr>
                    <w:sz w:val="24"/>
                  </w:rPr>
                  <w:t>☐</w:t>
                </w:r>
              </w:sdtContent>
            </w:sdt>
          </w:p>
        </w:tc>
        <w:tc>
          <w:tcPr>
            <w:tcW w:w="2096" w:type="dxa"/>
          </w:tcPr>
          <w:p w14:paraId="680039DA" w14:textId="77777777" w:rsidR="00151075" w:rsidRDefault="00000000">
            <w:pPr>
              <w:spacing w:after="0"/>
              <w:jc w:val="center"/>
            </w:pPr>
            <w:sdt>
              <w:sdtPr>
                <w:alias w:val="CHECKBOX_144"/>
                <w:tag w:val="CHECKBOX_144"/>
                <w:id w:val="1737792686"/>
                <w14:checkbox>
                  <w14:checked w14:val="0"/>
                  <w14:checkedState w14:val="2612" w14:font="MS Gothic"/>
                  <w14:uncheckedState w14:val="2610" w14:font="MS Gothic"/>
                </w14:checkbox>
              </w:sdtPr>
              <w:sdtContent>
                <w:r w:rsidR="00D76B7D">
                  <w:rPr>
                    <w:sz w:val="24"/>
                  </w:rPr>
                  <w:t>☐</w:t>
                </w:r>
              </w:sdtContent>
            </w:sdt>
          </w:p>
        </w:tc>
        <w:tc>
          <w:tcPr>
            <w:tcW w:w="2096" w:type="dxa"/>
          </w:tcPr>
          <w:p w14:paraId="6BB85D40" w14:textId="77777777" w:rsidR="00151075" w:rsidRDefault="00000000">
            <w:pPr>
              <w:spacing w:after="0"/>
            </w:pPr>
            <w:sdt>
              <w:sdtPr>
                <w:alias w:val="RECHTEN_VAN_BETROKKENEN_6_TOELICHTING"/>
                <w:tag w:val="RECHTEN_VAN_BETROKKENEN_6_TOELICHTING"/>
                <w:id w:val="901559967"/>
                <w:text/>
              </w:sdtPr>
              <w:sdtContent>
                <w:r w:rsidR="00D76B7D">
                  <w:rPr>
                    <w:color w:val="646464"/>
                    <w:sz w:val="15"/>
                  </w:rPr>
                  <w:t>{{RECHTEN_VAN_BETROKKENEN_6_TOELICHTING}}</w:t>
                </w:r>
              </w:sdtContent>
            </w:sdt>
          </w:p>
        </w:tc>
      </w:tr>
      <w:tr w:rsidR="00151075" w14:paraId="28D41CC5" w14:textId="77777777">
        <w:trPr>
          <w:jc w:val="center"/>
        </w:trPr>
        <w:tc>
          <w:tcPr>
            <w:tcW w:w="2096" w:type="dxa"/>
          </w:tcPr>
          <w:p w14:paraId="7A00B678" w14:textId="77777777" w:rsidR="00151075" w:rsidRDefault="00D76B7D">
            <w:pPr>
              <w:spacing w:after="0"/>
            </w:pPr>
            <w:r>
              <w:rPr>
                <w:sz w:val="16"/>
              </w:rPr>
              <w:t>Uitleg over geautomatiseerde besluitvorming</w:t>
            </w:r>
          </w:p>
        </w:tc>
        <w:tc>
          <w:tcPr>
            <w:tcW w:w="2096" w:type="dxa"/>
          </w:tcPr>
          <w:p w14:paraId="0865215E" w14:textId="77777777" w:rsidR="00151075" w:rsidRDefault="00000000">
            <w:pPr>
              <w:spacing w:after="0"/>
              <w:jc w:val="center"/>
            </w:pPr>
            <w:sdt>
              <w:sdtPr>
                <w:alias w:val="CHECKBOX_145"/>
                <w:tag w:val="CHECKBOX_145"/>
                <w:id w:val="1501111645"/>
                <w14:checkbox>
                  <w14:checked w14:val="0"/>
                  <w14:checkedState w14:val="2612" w14:font="MS Gothic"/>
                  <w14:uncheckedState w14:val="2610" w14:font="MS Gothic"/>
                </w14:checkbox>
              </w:sdtPr>
              <w:sdtContent>
                <w:r w:rsidR="00D76B7D">
                  <w:rPr>
                    <w:sz w:val="24"/>
                  </w:rPr>
                  <w:t>☐</w:t>
                </w:r>
              </w:sdtContent>
            </w:sdt>
          </w:p>
        </w:tc>
        <w:tc>
          <w:tcPr>
            <w:tcW w:w="2096" w:type="dxa"/>
          </w:tcPr>
          <w:p w14:paraId="2ABDCBB9" w14:textId="77777777" w:rsidR="00151075" w:rsidRDefault="00000000">
            <w:pPr>
              <w:spacing w:after="0"/>
              <w:jc w:val="center"/>
            </w:pPr>
            <w:sdt>
              <w:sdtPr>
                <w:alias w:val="CHECKBOX_146"/>
                <w:tag w:val="CHECKBOX_146"/>
                <w:id w:val="1167158415"/>
                <w14:checkbox>
                  <w14:checked w14:val="0"/>
                  <w14:checkedState w14:val="2612" w14:font="MS Gothic"/>
                  <w14:uncheckedState w14:val="2610" w14:font="MS Gothic"/>
                </w14:checkbox>
              </w:sdtPr>
              <w:sdtContent>
                <w:r w:rsidR="00D76B7D">
                  <w:rPr>
                    <w:sz w:val="24"/>
                  </w:rPr>
                  <w:t>☐</w:t>
                </w:r>
              </w:sdtContent>
            </w:sdt>
          </w:p>
        </w:tc>
        <w:tc>
          <w:tcPr>
            <w:tcW w:w="2096" w:type="dxa"/>
          </w:tcPr>
          <w:p w14:paraId="4E3D3101" w14:textId="77777777" w:rsidR="00151075" w:rsidRDefault="00000000">
            <w:pPr>
              <w:spacing w:after="0"/>
              <w:jc w:val="center"/>
            </w:pPr>
            <w:sdt>
              <w:sdtPr>
                <w:alias w:val="CHECKBOX_147"/>
                <w:tag w:val="CHECKBOX_147"/>
                <w:id w:val="951104860"/>
                <w14:checkbox>
                  <w14:checked w14:val="0"/>
                  <w14:checkedState w14:val="2612" w14:font="MS Gothic"/>
                  <w14:uncheckedState w14:val="2610" w14:font="MS Gothic"/>
                </w14:checkbox>
              </w:sdtPr>
              <w:sdtContent>
                <w:r w:rsidR="00D76B7D">
                  <w:rPr>
                    <w:sz w:val="24"/>
                  </w:rPr>
                  <w:t>☐</w:t>
                </w:r>
              </w:sdtContent>
            </w:sdt>
          </w:p>
        </w:tc>
        <w:tc>
          <w:tcPr>
            <w:tcW w:w="2096" w:type="dxa"/>
          </w:tcPr>
          <w:p w14:paraId="1C8DC111" w14:textId="77777777" w:rsidR="00151075" w:rsidRDefault="00000000">
            <w:pPr>
              <w:spacing w:after="0"/>
            </w:pPr>
            <w:sdt>
              <w:sdtPr>
                <w:alias w:val="RECHTEN_VAN_BETROKKENEN_7_TOELICHTING"/>
                <w:tag w:val="RECHTEN_VAN_BETROKKENEN_7_TOELICHTING"/>
                <w:id w:val="174624205"/>
                <w:text/>
              </w:sdtPr>
              <w:sdtContent>
                <w:r w:rsidR="00D76B7D">
                  <w:rPr>
                    <w:color w:val="646464"/>
                    <w:sz w:val="15"/>
                  </w:rPr>
                  <w:t>{{RECHTEN_VAN_BETROKKENEN_7_TOELICHTING}}</w:t>
                </w:r>
              </w:sdtContent>
            </w:sdt>
          </w:p>
        </w:tc>
      </w:tr>
      <w:tr w:rsidR="00151075" w14:paraId="6B53228B" w14:textId="77777777">
        <w:trPr>
          <w:jc w:val="center"/>
        </w:trPr>
        <w:tc>
          <w:tcPr>
            <w:tcW w:w="2096" w:type="dxa"/>
          </w:tcPr>
          <w:p w14:paraId="6C60785F" w14:textId="77777777" w:rsidR="00151075" w:rsidRDefault="00D76B7D">
            <w:pPr>
              <w:spacing w:after="0"/>
            </w:pPr>
            <w:r>
              <w:rPr>
                <w:sz w:val="16"/>
              </w:rPr>
              <w:t>Inzage in logging / dossierinzage</w:t>
            </w:r>
          </w:p>
        </w:tc>
        <w:tc>
          <w:tcPr>
            <w:tcW w:w="2096" w:type="dxa"/>
          </w:tcPr>
          <w:p w14:paraId="4BF6C74D" w14:textId="77777777" w:rsidR="00151075" w:rsidRDefault="00000000">
            <w:pPr>
              <w:spacing w:after="0"/>
              <w:jc w:val="center"/>
            </w:pPr>
            <w:sdt>
              <w:sdtPr>
                <w:alias w:val="CHECKBOX_148"/>
                <w:tag w:val="CHECKBOX_148"/>
                <w:id w:val="409592247"/>
                <w14:checkbox>
                  <w14:checked w14:val="0"/>
                  <w14:checkedState w14:val="2612" w14:font="MS Gothic"/>
                  <w14:uncheckedState w14:val="2610" w14:font="MS Gothic"/>
                </w14:checkbox>
              </w:sdtPr>
              <w:sdtContent>
                <w:r w:rsidR="00D76B7D">
                  <w:rPr>
                    <w:sz w:val="24"/>
                  </w:rPr>
                  <w:t>☐</w:t>
                </w:r>
              </w:sdtContent>
            </w:sdt>
          </w:p>
        </w:tc>
        <w:tc>
          <w:tcPr>
            <w:tcW w:w="2096" w:type="dxa"/>
          </w:tcPr>
          <w:p w14:paraId="5548B94D" w14:textId="77777777" w:rsidR="00151075" w:rsidRDefault="00000000">
            <w:pPr>
              <w:spacing w:after="0"/>
              <w:jc w:val="center"/>
            </w:pPr>
            <w:sdt>
              <w:sdtPr>
                <w:alias w:val="CHECKBOX_149"/>
                <w:tag w:val="CHECKBOX_149"/>
                <w:id w:val="1582086826"/>
                <w14:checkbox>
                  <w14:checked w14:val="0"/>
                  <w14:checkedState w14:val="2612" w14:font="MS Gothic"/>
                  <w14:uncheckedState w14:val="2610" w14:font="MS Gothic"/>
                </w14:checkbox>
              </w:sdtPr>
              <w:sdtContent>
                <w:r w:rsidR="00D76B7D">
                  <w:rPr>
                    <w:sz w:val="24"/>
                  </w:rPr>
                  <w:t>☐</w:t>
                </w:r>
              </w:sdtContent>
            </w:sdt>
          </w:p>
        </w:tc>
        <w:tc>
          <w:tcPr>
            <w:tcW w:w="2096" w:type="dxa"/>
          </w:tcPr>
          <w:p w14:paraId="61F9A121" w14:textId="77777777" w:rsidR="00151075" w:rsidRDefault="00000000">
            <w:pPr>
              <w:spacing w:after="0"/>
              <w:jc w:val="center"/>
            </w:pPr>
            <w:sdt>
              <w:sdtPr>
                <w:alias w:val="CHECKBOX_150"/>
                <w:tag w:val="CHECKBOX_150"/>
                <w:id w:val="1128016373"/>
                <w14:checkbox>
                  <w14:checked w14:val="0"/>
                  <w14:checkedState w14:val="2612" w14:font="MS Gothic"/>
                  <w14:uncheckedState w14:val="2610" w14:font="MS Gothic"/>
                </w14:checkbox>
              </w:sdtPr>
              <w:sdtContent>
                <w:r w:rsidR="00D76B7D">
                  <w:rPr>
                    <w:sz w:val="24"/>
                  </w:rPr>
                  <w:t>☐</w:t>
                </w:r>
              </w:sdtContent>
            </w:sdt>
          </w:p>
        </w:tc>
        <w:tc>
          <w:tcPr>
            <w:tcW w:w="2096" w:type="dxa"/>
          </w:tcPr>
          <w:p w14:paraId="40A746E1" w14:textId="77777777" w:rsidR="00151075" w:rsidRDefault="00000000">
            <w:pPr>
              <w:spacing w:after="0"/>
            </w:pPr>
            <w:sdt>
              <w:sdtPr>
                <w:alias w:val="RECHTEN_VAN_BETROKKENEN_8_TOELICHTING"/>
                <w:tag w:val="RECHTEN_VAN_BETROKKENEN_8_TOELICHTING"/>
                <w:id w:val="-659701268"/>
                <w:text/>
              </w:sdtPr>
              <w:sdtContent>
                <w:r w:rsidR="00D76B7D">
                  <w:rPr>
                    <w:color w:val="646464"/>
                    <w:sz w:val="15"/>
                  </w:rPr>
                  <w:t>{{RECHTEN_VAN_BETROKKENEN_8_TOELICHTING}}</w:t>
                </w:r>
              </w:sdtContent>
            </w:sdt>
          </w:p>
        </w:tc>
      </w:tr>
      <w:tr w:rsidR="00151075" w14:paraId="57FA73FE" w14:textId="77777777">
        <w:trPr>
          <w:jc w:val="center"/>
        </w:trPr>
        <w:tc>
          <w:tcPr>
            <w:tcW w:w="2096" w:type="dxa"/>
          </w:tcPr>
          <w:p w14:paraId="6F61100D" w14:textId="77777777" w:rsidR="00151075" w:rsidRPr="005A6DD4" w:rsidRDefault="00D76B7D">
            <w:pPr>
              <w:spacing w:after="0"/>
              <w:rPr>
                <w:lang w:val="nl-NL"/>
              </w:rPr>
            </w:pPr>
            <w:r w:rsidRPr="005A6DD4">
              <w:rPr>
                <w:sz w:val="16"/>
                <w:lang w:val="nl-NL"/>
              </w:rPr>
              <w:t>Procedure en eigenaar voor afhandeling verzoeken</w:t>
            </w:r>
          </w:p>
        </w:tc>
        <w:tc>
          <w:tcPr>
            <w:tcW w:w="2096" w:type="dxa"/>
          </w:tcPr>
          <w:p w14:paraId="79B1AFBD" w14:textId="77777777" w:rsidR="00151075" w:rsidRDefault="00000000">
            <w:pPr>
              <w:spacing w:after="0"/>
              <w:jc w:val="center"/>
            </w:pPr>
            <w:sdt>
              <w:sdtPr>
                <w:alias w:val="CHECKBOX_151"/>
                <w:tag w:val="CHECKBOX_151"/>
                <w:id w:val="190502691"/>
                <w14:checkbox>
                  <w14:checked w14:val="0"/>
                  <w14:checkedState w14:val="2612" w14:font="MS Gothic"/>
                  <w14:uncheckedState w14:val="2610" w14:font="MS Gothic"/>
                </w14:checkbox>
              </w:sdtPr>
              <w:sdtContent>
                <w:r w:rsidR="00D76B7D">
                  <w:rPr>
                    <w:sz w:val="24"/>
                  </w:rPr>
                  <w:t>☐</w:t>
                </w:r>
              </w:sdtContent>
            </w:sdt>
          </w:p>
        </w:tc>
        <w:tc>
          <w:tcPr>
            <w:tcW w:w="2096" w:type="dxa"/>
          </w:tcPr>
          <w:p w14:paraId="30AFF0F4" w14:textId="77777777" w:rsidR="00151075" w:rsidRDefault="00000000">
            <w:pPr>
              <w:spacing w:after="0"/>
              <w:jc w:val="center"/>
            </w:pPr>
            <w:sdt>
              <w:sdtPr>
                <w:alias w:val="CHECKBOX_152"/>
                <w:tag w:val="CHECKBOX_152"/>
                <w:id w:val="1847886577"/>
                <w14:checkbox>
                  <w14:checked w14:val="0"/>
                  <w14:checkedState w14:val="2612" w14:font="MS Gothic"/>
                  <w14:uncheckedState w14:val="2610" w14:font="MS Gothic"/>
                </w14:checkbox>
              </w:sdtPr>
              <w:sdtContent>
                <w:r w:rsidR="00D76B7D">
                  <w:rPr>
                    <w:sz w:val="24"/>
                  </w:rPr>
                  <w:t>☐</w:t>
                </w:r>
              </w:sdtContent>
            </w:sdt>
          </w:p>
        </w:tc>
        <w:tc>
          <w:tcPr>
            <w:tcW w:w="2096" w:type="dxa"/>
          </w:tcPr>
          <w:p w14:paraId="68BB8DE4" w14:textId="77777777" w:rsidR="00151075" w:rsidRDefault="00000000">
            <w:pPr>
              <w:spacing w:after="0"/>
              <w:jc w:val="center"/>
            </w:pPr>
            <w:sdt>
              <w:sdtPr>
                <w:alias w:val="CHECKBOX_153"/>
                <w:tag w:val="CHECKBOX_153"/>
                <w:id w:val="857429652"/>
                <w14:checkbox>
                  <w14:checked w14:val="0"/>
                  <w14:checkedState w14:val="2612" w14:font="MS Gothic"/>
                  <w14:uncheckedState w14:val="2610" w14:font="MS Gothic"/>
                </w14:checkbox>
              </w:sdtPr>
              <w:sdtContent>
                <w:r w:rsidR="00D76B7D">
                  <w:rPr>
                    <w:sz w:val="24"/>
                  </w:rPr>
                  <w:t>☐</w:t>
                </w:r>
              </w:sdtContent>
            </w:sdt>
          </w:p>
        </w:tc>
        <w:tc>
          <w:tcPr>
            <w:tcW w:w="2096" w:type="dxa"/>
          </w:tcPr>
          <w:p w14:paraId="7E3F4814" w14:textId="77777777" w:rsidR="00151075" w:rsidRDefault="00000000">
            <w:pPr>
              <w:spacing w:after="0"/>
            </w:pPr>
            <w:sdt>
              <w:sdtPr>
                <w:alias w:val="RECHTEN_VAN_BETROKKENEN_9_TOELICHTING"/>
                <w:tag w:val="RECHTEN_VAN_BETROKKENEN_9_TOELICHTING"/>
                <w:id w:val="-1183203418"/>
                <w:text/>
              </w:sdtPr>
              <w:sdtContent>
                <w:r w:rsidR="00D76B7D">
                  <w:rPr>
                    <w:color w:val="646464"/>
                    <w:sz w:val="15"/>
                  </w:rPr>
                  <w:t>{{RECHTEN_VAN_BETROKKENEN_9_TOELICHTING}}</w:t>
                </w:r>
              </w:sdtContent>
            </w:sdt>
          </w:p>
        </w:tc>
      </w:tr>
      <w:tr w:rsidR="00151075" w14:paraId="7DADDB87" w14:textId="77777777">
        <w:trPr>
          <w:jc w:val="center"/>
        </w:trPr>
        <w:tc>
          <w:tcPr>
            <w:tcW w:w="2096" w:type="dxa"/>
          </w:tcPr>
          <w:p w14:paraId="3E40CE7C" w14:textId="77777777" w:rsidR="00151075" w:rsidRDefault="00D76B7D">
            <w:pPr>
              <w:spacing w:after="0"/>
            </w:pPr>
            <w:r>
              <w:rPr>
                <w:sz w:val="16"/>
              </w:rPr>
              <w:t>Afhandelingstermijnen geborgd</w:t>
            </w:r>
          </w:p>
        </w:tc>
        <w:tc>
          <w:tcPr>
            <w:tcW w:w="2096" w:type="dxa"/>
          </w:tcPr>
          <w:p w14:paraId="573E4483" w14:textId="77777777" w:rsidR="00151075" w:rsidRDefault="00000000">
            <w:pPr>
              <w:spacing w:after="0"/>
              <w:jc w:val="center"/>
            </w:pPr>
            <w:sdt>
              <w:sdtPr>
                <w:alias w:val="CHECKBOX_154"/>
                <w:tag w:val="CHECKBOX_154"/>
                <w:id w:val="1830868852"/>
                <w14:checkbox>
                  <w14:checked w14:val="0"/>
                  <w14:checkedState w14:val="2612" w14:font="MS Gothic"/>
                  <w14:uncheckedState w14:val="2610" w14:font="MS Gothic"/>
                </w14:checkbox>
              </w:sdtPr>
              <w:sdtContent>
                <w:r w:rsidR="00D76B7D">
                  <w:rPr>
                    <w:sz w:val="24"/>
                  </w:rPr>
                  <w:t>☐</w:t>
                </w:r>
              </w:sdtContent>
            </w:sdt>
          </w:p>
        </w:tc>
        <w:tc>
          <w:tcPr>
            <w:tcW w:w="2096" w:type="dxa"/>
          </w:tcPr>
          <w:p w14:paraId="0AD72AC9" w14:textId="77777777" w:rsidR="00151075" w:rsidRDefault="00000000">
            <w:pPr>
              <w:spacing w:after="0"/>
              <w:jc w:val="center"/>
            </w:pPr>
            <w:sdt>
              <w:sdtPr>
                <w:alias w:val="CHECKBOX_155"/>
                <w:tag w:val="CHECKBOX_155"/>
                <w:id w:val="372581664"/>
                <w14:checkbox>
                  <w14:checked w14:val="0"/>
                  <w14:checkedState w14:val="2612" w14:font="MS Gothic"/>
                  <w14:uncheckedState w14:val="2610" w14:font="MS Gothic"/>
                </w14:checkbox>
              </w:sdtPr>
              <w:sdtContent>
                <w:r w:rsidR="00D76B7D">
                  <w:rPr>
                    <w:sz w:val="24"/>
                  </w:rPr>
                  <w:t>☐</w:t>
                </w:r>
              </w:sdtContent>
            </w:sdt>
          </w:p>
        </w:tc>
        <w:tc>
          <w:tcPr>
            <w:tcW w:w="2096" w:type="dxa"/>
          </w:tcPr>
          <w:p w14:paraId="7B9128A6" w14:textId="77777777" w:rsidR="00151075" w:rsidRDefault="00000000">
            <w:pPr>
              <w:spacing w:after="0"/>
              <w:jc w:val="center"/>
            </w:pPr>
            <w:sdt>
              <w:sdtPr>
                <w:alias w:val="CHECKBOX_156"/>
                <w:tag w:val="CHECKBOX_156"/>
                <w:id w:val="1207078998"/>
                <w14:checkbox>
                  <w14:checked w14:val="0"/>
                  <w14:checkedState w14:val="2612" w14:font="MS Gothic"/>
                  <w14:uncheckedState w14:val="2610" w14:font="MS Gothic"/>
                </w14:checkbox>
              </w:sdtPr>
              <w:sdtContent>
                <w:r w:rsidR="00D76B7D">
                  <w:rPr>
                    <w:sz w:val="24"/>
                  </w:rPr>
                  <w:t>☐</w:t>
                </w:r>
              </w:sdtContent>
            </w:sdt>
          </w:p>
        </w:tc>
        <w:tc>
          <w:tcPr>
            <w:tcW w:w="2096" w:type="dxa"/>
          </w:tcPr>
          <w:p w14:paraId="0AD15B06" w14:textId="77777777" w:rsidR="00151075" w:rsidRDefault="00000000">
            <w:pPr>
              <w:spacing w:after="0"/>
            </w:pPr>
            <w:sdt>
              <w:sdtPr>
                <w:alias w:val="RECHTEN_VAN_BETROKKENEN_10_TOELICHTING"/>
                <w:tag w:val="RECHTEN_VAN_BETROKKENEN_10_TOELICHTING"/>
                <w:id w:val="960221131"/>
                <w:text/>
              </w:sdtPr>
              <w:sdtContent>
                <w:r w:rsidR="00D76B7D">
                  <w:rPr>
                    <w:color w:val="646464"/>
                    <w:sz w:val="15"/>
                  </w:rPr>
                  <w:t>{{RECHTEN_VAN_BETROKKENEN_10_TOELICHTING}}</w:t>
                </w:r>
              </w:sdtContent>
            </w:sdt>
          </w:p>
        </w:tc>
      </w:tr>
    </w:tbl>
    <w:p w14:paraId="11CBD09E" w14:textId="77777777" w:rsidR="00151075" w:rsidRDefault="00151075"/>
    <w:p w14:paraId="530EF991" w14:textId="77777777" w:rsidR="00151075" w:rsidRDefault="00D76B7D">
      <w:pPr>
        <w:pStyle w:val="Heading2"/>
      </w:pPr>
      <w:r>
        <w:lastRenderedPageBreak/>
        <w:t>11. Gegevensuitwisseling en NEN 7512 toets</w:t>
      </w:r>
    </w:p>
    <w:tbl>
      <w:tblPr>
        <w:tblStyle w:val="TableGrid"/>
        <w:tblW w:w="0" w:type="auto"/>
        <w:jc w:val="center"/>
        <w:tblLook w:val="04A0" w:firstRow="1" w:lastRow="0" w:firstColumn="1" w:lastColumn="0" w:noHBand="0" w:noVBand="1"/>
      </w:tblPr>
      <w:tblGrid>
        <w:gridCol w:w="3815"/>
        <w:gridCol w:w="6577"/>
      </w:tblGrid>
      <w:tr w:rsidR="00151075" w14:paraId="28DB4780" w14:textId="77777777">
        <w:trPr>
          <w:tblHeader/>
          <w:jc w:val="center"/>
        </w:trPr>
        <w:tc>
          <w:tcPr>
            <w:tcW w:w="2891" w:type="dxa"/>
            <w:shd w:val="clear" w:color="auto" w:fill="1F4E79"/>
            <w:tcMar>
              <w:top w:w="80" w:type="dxa"/>
              <w:left w:w="80" w:type="dxa"/>
              <w:bottom w:w="80" w:type="dxa"/>
              <w:right w:w="80" w:type="dxa"/>
            </w:tcMar>
            <w:vAlign w:val="center"/>
          </w:tcPr>
          <w:p w14:paraId="0089040D" w14:textId="77777777" w:rsidR="00151075" w:rsidRDefault="00D76B7D">
            <w:pPr>
              <w:spacing w:after="0"/>
            </w:pPr>
            <w:r>
              <w:rPr>
                <w:b/>
                <w:color w:val="FFFFFF"/>
                <w:sz w:val="17"/>
              </w:rPr>
              <w:t>Onderwerp</w:t>
            </w:r>
          </w:p>
        </w:tc>
        <w:tc>
          <w:tcPr>
            <w:tcW w:w="6577" w:type="dxa"/>
            <w:shd w:val="clear" w:color="auto" w:fill="1F4E79"/>
            <w:tcMar>
              <w:top w:w="80" w:type="dxa"/>
              <w:left w:w="80" w:type="dxa"/>
              <w:bottom w:w="80" w:type="dxa"/>
              <w:right w:w="80" w:type="dxa"/>
            </w:tcMar>
            <w:vAlign w:val="center"/>
          </w:tcPr>
          <w:p w14:paraId="236D0811" w14:textId="77777777" w:rsidR="00151075" w:rsidRDefault="00D76B7D">
            <w:pPr>
              <w:spacing w:after="0"/>
            </w:pPr>
            <w:r>
              <w:rPr>
                <w:b/>
                <w:color w:val="FFFFFF"/>
                <w:sz w:val="17"/>
              </w:rPr>
              <w:t>Invullen</w:t>
            </w:r>
          </w:p>
        </w:tc>
      </w:tr>
      <w:tr w:rsidR="00151075" w14:paraId="5E39BA15" w14:textId="77777777">
        <w:trPr>
          <w:jc w:val="center"/>
        </w:trPr>
        <w:tc>
          <w:tcPr>
            <w:tcW w:w="2891" w:type="dxa"/>
            <w:shd w:val="clear" w:color="auto" w:fill="F3F6F8"/>
          </w:tcPr>
          <w:p w14:paraId="7F52B7E0" w14:textId="77777777" w:rsidR="00151075" w:rsidRPr="005A6DD4" w:rsidRDefault="00D76B7D">
            <w:pPr>
              <w:spacing w:after="0"/>
              <w:rPr>
                <w:lang w:val="nl-NL"/>
              </w:rPr>
            </w:pPr>
            <w:r w:rsidRPr="005A6DD4">
              <w:rPr>
                <w:b/>
                <w:sz w:val="16"/>
                <w:lang w:val="nl-NL"/>
              </w:rPr>
              <w:t>Worden gegevens buiten eigen beveiligingsdomein gedeeld?</w:t>
            </w:r>
          </w:p>
        </w:tc>
        <w:tc>
          <w:tcPr>
            <w:tcW w:w="6577" w:type="dxa"/>
          </w:tcPr>
          <w:p w14:paraId="236501AD" w14:textId="77777777" w:rsidR="00151075" w:rsidRDefault="00000000">
            <w:pPr>
              <w:spacing w:after="0"/>
            </w:pPr>
            <w:sdt>
              <w:sdtPr>
                <w:alias w:val="BUITEN_BEVEILIGINGSDOMEIN"/>
                <w:tag w:val="BUITEN_BEVEILIGINGSDOMEIN"/>
                <w:id w:val="-369383495"/>
                <w:text/>
              </w:sdtPr>
              <w:sdtContent>
                <w:r w:rsidR="00D76B7D">
                  <w:rPr>
                    <w:color w:val="646464"/>
                    <w:sz w:val="16"/>
                  </w:rPr>
                  <w:t>{{BUITEN_BEVEILIGINGSDOMEIN}}</w:t>
                </w:r>
              </w:sdtContent>
            </w:sdt>
          </w:p>
        </w:tc>
      </w:tr>
      <w:tr w:rsidR="00151075" w14:paraId="5C304E31" w14:textId="77777777">
        <w:trPr>
          <w:jc w:val="center"/>
        </w:trPr>
        <w:tc>
          <w:tcPr>
            <w:tcW w:w="2891" w:type="dxa"/>
            <w:shd w:val="clear" w:color="auto" w:fill="F3F6F8"/>
          </w:tcPr>
          <w:p w14:paraId="67A49F2D" w14:textId="77777777" w:rsidR="00151075" w:rsidRPr="005A6DD4" w:rsidRDefault="00D76B7D">
            <w:pPr>
              <w:spacing w:after="0"/>
              <w:rPr>
                <w:lang w:val="nl-NL"/>
              </w:rPr>
            </w:pPr>
            <w:r w:rsidRPr="005A6DD4">
              <w:rPr>
                <w:b/>
                <w:sz w:val="16"/>
                <w:lang w:val="nl-NL"/>
              </w:rPr>
              <w:t>Partijen waarmee gegevens worden gedeeld</w:t>
            </w:r>
          </w:p>
        </w:tc>
        <w:tc>
          <w:tcPr>
            <w:tcW w:w="6577" w:type="dxa"/>
          </w:tcPr>
          <w:p w14:paraId="317B829A" w14:textId="77777777" w:rsidR="00151075" w:rsidRDefault="00000000">
            <w:pPr>
              <w:spacing w:after="0"/>
            </w:pPr>
            <w:sdt>
              <w:sdtPr>
                <w:alias w:val="EXTERNE_PARTIJEN"/>
                <w:tag w:val="EXTERNE_PARTIJEN"/>
                <w:id w:val="-727998723"/>
                <w:text/>
              </w:sdtPr>
              <w:sdtContent>
                <w:r w:rsidR="00D76B7D">
                  <w:rPr>
                    <w:color w:val="646464"/>
                    <w:sz w:val="16"/>
                  </w:rPr>
                  <w:t>{{EXTERNE_PARTIJEN}}</w:t>
                </w:r>
              </w:sdtContent>
            </w:sdt>
          </w:p>
        </w:tc>
      </w:tr>
      <w:tr w:rsidR="00151075" w14:paraId="341FC745" w14:textId="77777777">
        <w:trPr>
          <w:jc w:val="center"/>
        </w:trPr>
        <w:tc>
          <w:tcPr>
            <w:tcW w:w="2891" w:type="dxa"/>
            <w:shd w:val="clear" w:color="auto" w:fill="F3F6F8"/>
          </w:tcPr>
          <w:p w14:paraId="443494FA" w14:textId="77777777" w:rsidR="00151075" w:rsidRPr="005A6DD4" w:rsidRDefault="00D76B7D">
            <w:pPr>
              <w:spacing w:after="0"/>
              <w:rPr>
                <w:lang w:val="nl-NL"/>
              </w:rPr>
            </w:pPr>
            <w:r w:rsidRPr="005A6DD4">
              <w:rPr>
                <w:b/>
                <w:sz w:val="16"/>
                <w:lang w:val="nl-NL"/>
              </w:rPr>
              <w:t>Koppeling/API/portaal/berichtenverkeer/bestand</w:t>
            </w:r>
          </w:p>
        </w:tc>
        <w:tc>
          <w:tcPr>
            <w:tcW w:w="6577" w:type="dxa"/>
          </w:tcPr>
          <w:p w14:paraId="3044193B" w14:textId="77777777" w:rsidR="00151075" w:rsidRDefault="00000000">
            <w:pPr>
              <w:spacing w:after="0"/>
            </w:pPr>
            <w:sdt>
              <w:sdtPr>
                <w:alias w:val="UITWISSELINGSKANAAL"/>
                <w:tag w:val="UITWISSELINGSKANAAL"/>
                <w:id w:val="2131884238"/>
                <w:text/>
              </w:sdtPr>
              <w:sdtContent>
                <w:r w:rsidR="00D76B7D">
                  <w:rPr>
                    <w:color w:val="646464"/>
                    <w:sz w:val="16"/>
                  </w:rPr>
                  <w:t>{{UITWISSELINGSKANAAL}}</w:t>
                </w:r>
              </w:sdtContent>
            </w:sdt>
          </w:p>
        </w:tc>
      </w:tr>
      <w:tr w:rsidR="00151075" w14:paraId="34CEF3BF" w14:textId="77777777">
        <w:trPr>
          <w:jc w:val="center"/>
        </w:trPr>
        <w:tc>
          <w:tcPr>
            <w:tcW w:w="2891" w:type="dxa"/>
            <w:shd w:val="clear" w:color="auto" w:fill="F3F6F8"/>
          </w:tcPr>
          <w:p w14:paraId="422C7D41" w14:textId="77777777" w:rsidR="00151075" w:rsidRDefault="00D76B7D">
            <w:pPr>
              <w:spacing w:after="0"/>
            </w:pPr>
            <w:r>
              <w:rPr>
                <w:b/>
                <w:sz w:val="16"/>
              </w:rPr>
              <w:t>Structureel of incidenteel</w:t>
            </w:r>
          </w:p>
        </w:tc>
        <w:tc>
          <w:tcPr>
            <w:tcW w:w="6577" w:type="dxa"/>
          </w:tcPr>
          <w:p w14:paraId="3FCE02A0" w14:textId="77777777" w:rsidR="00151075" w:rsidRDefault="00000000">
            <w:pPr>
              <w:spacing w:after="0"/>
            </w:pPr>
            <w:sdt>
              <w:sdtPr>
                <w:alias w:val="FREQUENTIE_UITWISSELING"/>
                <w:tag w:val="FREQUENTIE_UITWISSELING"/>
                <w:id w:val="-1165083940"/>
                <w:text/>
              </w:sdtPr>
              <w:sdtContent>
                <w:r w:rsidR="00D76B7D">
                  <w:rPr>
                    <w:color w:val="646464"/>
                    <w:sz w:val="16"/>
                  </w:rPr>
                  <w:t>{{FREQUENTIE_UITWISSELING}}</w:t>
                </w:r>
              </w:sdtContent>
            </w:sdt>
          </w:p>
        </w:tc>
      </w:tr>
      <w:tr w:rsidR="00151075" w14:paraId="59476DCF" w14:textId="77777777">
        <w:trPr>
          <w:jc w:val="center"/>
        </w:trPr>
        <w:tc>
          <w:tcPr>
            <w:tcW w:w="2891" w:type="dxa"/>
            <w:shd w:val="clear" w:color="auto" w:fill="F3F6F8"/>
          </w:tcPr>
          <w:p w14:paraId="0269BF1B" w14:textId="77777777" w:rsidR="00151075" w:rsidRDefault="00D76B7D">
            <w:pPr>
              <w:spacing w:after="0"/>
            </w:pPr>
            <w:r>
              <w:rPr>
                <w:b/>
                <w:sz w:val="16"/>
              </w:rPr>
              <w:t>Authenticatie van zender/ontvanger</w:t>
            </w:r>
          </w:p>
        </w:tc>
        <w:tc>
          <w:tcPr>
            <w:tcW w:w="6577" w:type="dxa"/>
          </w:tcPr>
          <w:p w14:paraId="2DD524AF" w14:textId="77777777" w:rsidR="00151075" w:rsidRDefault="00000000">
            <w:pPr>
              <w:spacing w:after="0"/>
            </w:pPr>
            <w:sdt>
              <w:sdtPr>
                <w:alias w:val="AUTHENTICATIE_UITWISSELING"/>
                <w:tag w:val="AUTHENTICATIE_UITWISSELING"/>
                <w:id w:val="-908464768"/>
                <w:text/>
              </w:sdtPr>
              <w:sdtContent>
                <w:r w:rsidR="00D76B7D">
                  <w:rPr>
                    <w:color w:val="646464"/>
                    <w:sz w:val="16"/>
                  </w:rPr>
                  <w:t>{{AUTHENTICATIE_UITWISSELING}}</w:t>
                </w:r>
              </w:sdtContent>
            </w:sdt>
          </w:p>
        </w:tc>
      </w:tr>
      <w:tr w:rsidR="00151075" w14:paraId="0483ECA8" w14:textId="77777777">
        <w:trPr>
          <w:jc w:val="center"/>
        </w:trPr>
        <w:tc>
          <w:tcPr>
            <w:tcW w:w="2891" w:type="dxa"/>
            <w:shd w:val="clear" w:color="auto" w:fill="F3F6F8"/>
          </w:tcPr>
          <w:p w14:paraId="244C939D" w14:textId="77777777" w:rsidR="00151075" w:rsidRDefault="00D76B7D">
            <w:pPr>
              <w:spacing w:after="0"/>
            </w:pPr>
            <w:r>
              <w:rPr>
                <w:b/>
                <w:sz w:val="16"/>
              </w:rPr>
              <w:t>Autorisatie van systemen/gebruikers</w:t>
            </w:r>
          </w:p>
        </w:tc>
        <w:tc>
          <w:tcPr>
            <w:tcW w:w="6577" w:type="dxa"/>
          </w:tcPr>
          <w:p w14:paraId="28C7B9B7" w14:textId="77777777" w:rsidR="00151075" w:rsidRDefault="00000000">
            <w:pPr>
              <w:spacing w:after="0"/>
            </w:pPr>
            <w:sdt>
              <w:sdtPr>
                <w:alias w:val="AUTORISATIE_UITWISSELING"/>
                <w:tag w:val="AUTORISATIE_UITWISSELING"/>
                <w:id w:val="576249544"/>
                <w:text/>
              </w:sdtPr>
              <w:sdtContent>
                <w:r w:rsidR="00D76B7D">
                  <w:rPr>
                    <w:color w:val="646464"/>
                    <w:sz w:val="16"/>
                  </w:rPr>
                  <w:t>{{AUTORISATIE_UITWISSELING}}</w:t>
                </w:r>
              </w:sdtContent>
            </w:sdt>
          </w:p>
        </w:tc>
      </w:tr>
      <w:tr w:rsidR="00151075" w14:paraId="4B3FA7E1" w14:textId="77777777">
        <w:trPr>
          <w:jc w:val="center"/>
        </w:trPr>
        <w:tc>
          <w:tcPr>
            <w:tcW w:w="2891" w:type="dxa"/>
            <w:shd w:val="clear" w:color="auto" w:fill="F3F6F8"/>
          </w:tcPr>
          <w:p w14:paraId="541A9BE8" w14:textId="77777777" w:rsidR="00151075" w:rsidRDefault="00D76B7D">
            <w:pPr>
              <w:spacing w:after="0"/>
            </w:pPr>
            <w:r>
              <w:rPr>
                <w:b/>
                <w:sz w:val="16"/>
              </w:rPr>
              <w:t>Versleuteling transport en opslag</w:t>
            </w:r>
          </w:p>
        </w:tc>
        <w:tc>
          <w:tcPr>
            <w:tcW w:w="6577" w:type="dxa"/>
          </w:tcPr>
          <w:p w14:paraId="1BDBF9EF" w14:textId="77777777" w:rsidR="00151075" w:rsidRDefault="00000000">
            <w:pPr>
              <w:spacing w:after="0"/>
            </w:pPr>
            <w:sdt>
              <w:sdtPr>
                <w:alias w:val="VERSLEUTELING_UITWISSELING"/>
                <w:tag w:val="VERSLEUTELING_UITWISSELING"/>
                <w:id w:val="-1038122122"/>
                <w:text/>
              </w:sdtPr>
              <w:sdtContent>
                <w:r w:rsidR="00D76B7D">
                  <w:rPr>
                    <w:color w:val="646464"/>
                    <w:sz w:val="16"/>
                  </w:rPr>
                  <w:t>{{VERSLEUTELING_UITWISSELING}}</w:t>
                </w:r>
              </w:sdtContent>
            </w:sdt>
          </w:p>
        </w:tc>
      </w:tr>
      <w:tr w:rsidR="00151075" w14:paraId="7A418C59" w14:textId="77777777">
        <w:trPr>
          <w:jc w:val="center"/>
        </w:trPr>
        <w:tc>
          <w:tcPr>
            <w:tcW w:w="2891" w:type="dxa"/>
            <w:shd w:val="clear" w:color="auto" w:fill="F3F6F8"/>
          </w:tcPr>
          <w:p w14:paraId="64183A1A" w14:textId="77777777" w:rsidR="00151075" w:rsidRDefault="00D76B7D">
            <w:pPr>
              <w:spacing w:after="0"/>
            </w:pPr>
            <w:r>
              <w:rPr>
                <w:b/>
                <w:sz w:val="16"/>
              </w:rPr>
              <w:t>Beschikbaarheid en continuïteit</w:t>
            </w:r>
          </w:p>
        </w:tc>
        <w:tc>
          <w:tcPr>
            <w:tcW w:w="6577" w:type="dxa"/>
          </w:tcPr>
          <w:p w14:paraId="1079EFB5" w14:textId="77777777" w:rsidR="00151075" w:rsidRDefault="00000000">
            <w:pPr>
              <w:spacing w:after="0"/>
            </w:pPr>
            <w:sdt>
              <w:sdtPr>
                <w:alias w:val="BESCHIKBAARHEID_UITWISSELING"/>
                <w:tag w:val="BESCHIKBAARHEID_UITWISSELING"/>
                <w:id w:val="1641764415"/>
                <w:text/>
              </w:sdtPr>
              <w:sdtContent>
                <w:r w:rsidR="00D76B7D">
                  <w:rPr>
                    <w:color w:val="646464"/>
                    <w:sz w:val="16"/>
                  </w:rPr>
                  <w:t>{{BESCHIKBAARHEID_UITWISSELING}}</w:t>
                </w:r>
              </w:sdtContent>
            </w:sdt>
          </w:p>
        </w:tc>
      </w:tr>
      <w:tr w:rsidR="00151075" w14:paraId="533EBD74" w14:textId="77777777">
        <w:trPr>
          <w:jc w:val="center"/>
        </w:trPr>
        <w:tc>
          <w:tcPr>
            <w:tcW w:w="2891" w:type="dxa"/>
            <w:shd w:val="clear" w:color="auto" w:fill="F3F6F8"/>
          </w:tcPr>
          <w:p w14:paraId="3FB21A1C" w14:textId="77777777" w:rsidR="00151075" w:rsidRDefault="00D76B7D">
            <w:pPr>
              <w:spacing w:after="0"/>
            </w:pPr>
            <w:r>
              <w:rPr>
                <w:b/>
                <w:sz w:val="16"/>
              </w:rPr>
              <w:t>Incidentafspraken keten</w:t>
            </w:r>
          </w:p>
        </w:tc>
        <w:tc>
          <w:tcPr>
            <w:tcW w:w="6577" w:type="dxa"/>
          </w:tcPr>
          <w:p w14:paraId="2EA06DAE" w14:textId="77777777" w:rsidR="00151075" w:rsidRDefault="00000000">
            <w:pPr>
              <w:spacing w:after="0"/>
            </w:pPr>
            <w:sdt>
              <w:sdtPr>
                <w:alias w:val="INCIDENTAFSPRAKEN_KETEN"/>
                <w:tag w:val="INCIDENTAFSPRAKEN_KETEN"/>
                <w:id w:val="-1221053364"/>
                <w:text/>
              </w:sdtPr>
              <w:sdtContent>
                <w:r w:rsidR="00D76B7D">
                  <w:rPr>
                    <w:color w:val="646464"/>
                    <w:sz w:val="16"/>
                  </w:rPr>
                  <w:t>{{INCIDENTAFSPRAKEN_KETEN}}</w:t>
                </w:r>
              </w:sdtContent>
            </w:sdt>
          </w:p>
        </w:tc>
      </w:tr>
      <w:tr w:rsidR="00151075" w14:paraId="183BDC63" w14:textId="77777777">
        <w:trPr>
          <w:jc w:val="center"/>
        </w:trPr>
        <w:tc>
          <w:tcPr>
            <w:tcW w:w="2891" w:type="dxa"/>
            <w:shd w:val="clear" w:color="auto" w:fill="F3F6F8"/>
          </w:tcPr>
          <w:p w14:paraId="28F6FDB5" w14:textId="77777777" w:rsidR="00151075" w:rsidRDefault="00D76B7D">
            <w:pPr>
              <w:spacing w:after="0"/>
            </w:pPr>
            <w:r>
              <w:rPr>
                <w:b/>
                <w:sz w:val="16"/>
              </w:rPr>
              <w:t>Logging van uitwisseling</w:t>
            </w:r>
          </w:p>
        </w:tc>
        <w:tc>
          <w:tcPr>
            <w:tcW w:w="6577" w:type="dxa"/>
          </w:tcPr>
          <w:p w14:paraId="266FD82E" w14:textId="77777777" w:rsidR="00151075" w:rsidRDefault="00000000">
            <w:pPr>
              <w:spacing w:after="0"/>
            </w:pPr>
            <w:sdt>
              <w:sdtPr>
                <w:alias w:val="LOGGING_UITWISSELING"/>
                <w:tag w:val="LOGGING_UITWISSELING"/>
                <w:id w:val="1468631623"/>
                <w:text/>
              </w:sdtPr>
              <w:sdtContent>
                <w:r w:rsidR="00D76B7D">
                  <w:rPr>
                    <w:color w:val="646464"/>
                    <w:sz w:val="16"/>
                  </w:rPr>
                  <w:t>{{LOGGING_UITWISSELING}}</w:t>
                </w:r>
              </w:sdtContent>
            </w:sdt>
          </w:p>
        </w:tc>
      </w:tr>
    </w:tbl>
    <w:p w14:paraId="4B828480" w14:textId="77777777" w:rsidR="00151075" w:rsidRDefault="00151075"/>
    <w:p w14:paraId="692207BA" w14:textId="77777777" w:rsidR="00151075" w:rsidRDefault="00D76B7D">
      <w:pPr>
        <w:pStyle w:val="Heading3"/>
      </w:pPr>
      <w:r>
        <w:t>NEN 7512 auditcheck</w:t>
      </w:r>
    </w:p>
    <w:tbl>
      <w:tblPr>
        <w:tblStyle w:val="TableGrid"/>
        <w:tblW w:w="0" w:type="auto"/>
        <w:jc w:val="center"/>
        <w:tblLook w:val="04A0" w:firstRow="1" w:lastRow="0" w:firstColumn="1" w:lastColumn="0" w:noHBand="0" w:noVBand="1"/>
      </w:tblPr>
      <w:tblGrid>
        <w:gridCol w:w="3070"/>
        <w:gridCol w:w="1358"/>
        <w:gridCol w:w="1383"/>
        <w:gridCol w:w="1427"/>
        <w:gridCol w:w="3234"/>
      </w:tblGrid>
      <w:tr w:rsidR="00151075" w14:paraId="0EB3542B" w14:textId="77777777">
        <w:trPr>
          <w:tblHeader/>
          <w:jc w:val="center"/>
        </w:trPr>
        <w:tc>
          <w:tcPr>
            <w:tcW w:w="4025" w:type="dxa"/>
            <w:shd w:val="clear" w:color="auto" w:fill="3A6EA5"/>
            <w:tcMar>
              <w:top w:w="80" w:type="dxa"/>
              <w:left w:w="80" w:type="dxa"/>
              <w:bottom w:w="80" w:type="dxa"/>
              <w:right w:w="80" w:type="dxa"/>
            </w:tcMar>
            <w:vAlign w:val="center"/>
          </w:tcPr>
          <w:p w14:paraId="598F539E" w14:textId="77777777" w:rsidR="00151075" w:rsidRDefault="00D76B7D">
            <w:pPr>
              <w:spacing w:after="0"/>
            </w:pPr>
            <w:r>
              <w:rPr>
                <w:b/>
                <w:color w:val="FFFFFF"/>
                <w:sz w:val="16"/>
              </w:rPr>
              <w:t>Onderwerp</w:t>
            </w:r>
          </w:p>
        </w:tc>
        <w:tc>
          <w:tcPr>
            <w:tcW w:w="680" w:type="dxa"/>
            <w:shd w:val="clear" w:color="auto" w:fill="3A6EA5"/>
            <w:tcMar>
              <w:top w:w="80" w:type="dxa"/>
              <w:left w:w="80" w:type="dxa"/>
              <w:bottom w:w="80" w:type="dxa"/>
              <w:right w:w="80" w:type="dxa"/>
            </w:tcMar>
            <w:vAlign w:val="center"/>
          </w:tcPr>
          <w:p w14:paraId="6A87C790" w14:textId="77777777" w:rsidR="00151075" w:rsidRDefault="00D76B7D">
            <w:pPr>
              <w:spacing w:after="0"/>
            </w:pPr>
            <w:r>
              <w:rPr>
                <w:b/>
                <w:color w:val="FFFFFF"/>
                <w:sz w:val="16"/>
              </w:rPr>
              <w:t>Ja</w:t>
            </w:r>
          </w:p>
        </w:tc>
        <w:tc>
          <w:tcPr>
            <w:tcW w:w="680" w:type="dxa"/>
            <w:shd w:val="clear" w:color="auto" w:fill="3A6EA5"/>
            <w:tcMar>
              <w:top w:w="80" w:type="dxa"/>
              <w:left w:w="80" w:type="dxa"/>
              <w:bottom w:w="80" w:type="dxa"/>
              <w:right w:w="80" w:type="dxa"/>
            </w:tcMar>
            <w:vAlign w:val="center"/>
          </w:tcPr>
          <w:p w14:paraId="75FFC01E" w14:textId="77777777" w:rsidR="00151075" w:rsidRDefault="00D76B7D">
            <w:pPr>
              <w:spacing w:after="0"/>
            </w:pPr>
            <w:r>
              <w:rPr>
                <w:b/>
                <w:color w:val="FFFFFF"/>
                <w:sz w:val="16"/>
              </w:rPr>
              <w:t>Nee</w:t>
            </w:r>
          </w:p>
        </w:tc>
        <w:tc>
          <w:tcPr>
            <w:tcW w:w="793" w:type="dxa"/>
            <w:shd w:val="clear" w:color="auto" w:fill="3A6EA5"/>
            <w:tcMar>
              <w:top w:w="80" w:type="dxa"/>
              <w:left w:w="80" w:type="dxa"/>
              <w:bottom w:w="80" w:type="dxa"/>
              <w:right w:w="80" w:type="dxa"/>
            </w:tcMar>
            <w:vAlign w:val="center"/>
          </w:tcPr>
          <w:p w14:paraId="6F7A32CF" w14:textId="77777777" w:rsidR="00151075" w:rsidRDefault="00D76B7D">
            <w:pPr>
              <w:spacing w:after="0"/>
            </w:pPr>
            <w:r>
              <w:rPr>
                <w:b/>
                <w:color w:val="FFFFFF"/>
                <w:sz w:val="16"/>
              </w:rPr>
              <w:t>N.v.t.</w:t>
            </w:r>
          </w:p>
        </w:tc>
        <w:tc>
          <w:tcPr>
            <w:tcW w:w="3288" w:type="dxa"/>
            <w:shd w:val="clear" w:color="auto" w:fill="3A6EA5"/>
            <w:tcMar>
              <w:top w:w="80" w:type="dxa"/>
              <w:left w:w="80" w:type="dxa"/>
              <w:bottom w:w="80" w:type="dxa"/>
              <w:right w:w="80" w:type="dxa"/>
            </w:tcMar>
            <w:vAlign w:val="center"/>
          </w:tcPr>
          <w:p w14:paraId="3DFC2F67" w14:textId="77777777" w:rsidR="00151075" w:rsidRDefault="00D76B7D">
            <w:pPr>
              <w:spacing w:after="0"/>
            </w:pPr>
            <w:r>
              <w:rPr>
                <w:b/>
                <w:color w:val="FFFFFF"/>
                <w:sz w:val="16"/>
              </w:rPr>
              <w:t>Toelichting</w:t>
            </w:r>
          </w:p>
        </w:tc>
      </w:tr>
      <w:tr w:rsidR="00151075" w14:paraId="4FBCD80B" w14:textId="77777777">
        <w:trPr>
          <w:jc w:val="center"/>
        </w:trPr>
        <w:tc>
          <w:tcPr>
            <w:tcW w:w="2096" w:type="dxa"/>
          </w:tcPr>
          <w:p w14:paraId="10B0AF9E" w14:textId="77777777" w:rsidR="00151075" w:rsidRPr="005A6DD4" w:rsidRDefault="00D76B7D">
            <w:pPr>
              <w:spacing w:after="0"/>
              <w:rPr>
                <w:lang w:val="nl-NL"/>
              </w:rPr>
            </w:pPr>
            <w:r w:rsidRPr="005A6DD4">
              <w:rPr>
                <w:sz w:val="16"/>
                <w:lang w:val="nl-NL"/>
              </w:rPr>
              <w:t>Verantwoordelijkheden tussen communicatiepartijen zijn vastgelegd</w:t>
            </w:r>
          </w:p>
        </w:tc>
        <w:tc>
          <w:tcPr>
            <w:tcW w:w="2096" w:type="dxa"/>
          </w:tcPr>
          <w:p w14:paraId="654E0A80" w14:textId="77777777" w:rsidR="00151075" w:rsidRDefault="00000000">
            <w:pPr>
              <w:spacing w:after="0"/>
              <w:jc w:val="center"/>
            </w:pPr>
            <w:sdt>
              <w:sdtPr>
                <w:alias w:val="CHECKBOX_157"/>
                <w:tag w:val="CHECKBOX_157"/>
                <w:id w:val="1579904631"/>
                <w14:checkbox>
                  <w14:checked w14:val="0"/>
                  <w14:checkedState w14:val="2612" w14:font="MS Gothic"/>
                  <w14:uncheckedState w14:val="2610" w14:font="MS Gothic"/>
                </w14:checkbox>
              </w:sdtPr>
              <w:sdtContent>
                <w:r w:rsidR="00D76B7D">
                  <w:rPr>
                    <w:sz w:val="24"/>
                  </w:rPr>
                  <w:t>☐</w:t>
                </w:r>
              </w:sdtContent>
            </w:sdt>
          </w:p>
        </w:tc>
        <w:tc>
          <w:tcPr>
            <w:tcW w:w="2096" w:type="dxa"/>
          </w:tcPr>
          <w:p w14:paraId="7DF5C2FD" w14:textId="77777777" w:rsidR="00151075" w:rsidRDefault="00000000">
            <w:pPr>
              <w:spacing w:after="0"/>
              <w:jc w:val="center"/>
            </w:pPr>
            <w:sdt>
              <w:sdtPr>
                <w:alias w:val="CHECKBOX_158"/>
                <w:tag w:val="CHECKBOX_158"/>
                <w:id w:val="1666297462"/>
                <w14:checkbox>
                  <w14:checked w14:val="0"/>
                  <w14:checkedState w14:val="2612" w14:font="MS Gothic"/>
                  <w14:uncheckedState w14:val="2610" w14:font="MS Gothic"/>
                </w14:checkbox>
              </w:sdtPr>
              <w:sdtContent>
                <w:r w:rsidR="00D76B7D">
                  <w:rPr>
                    <w:sz w:val="24"/>
                  </w:rPr>
                  <w:t>☐</w:t>
                </w:r>
              </w:sdtContent>
            </w:sdt>
          </w:p>
        </w:tc>
        <w:tc>
          <w:tcPr>
            <w:tcW w:w="2096" w:type="dxa"/>
          </w:tcPr>
          <w:p w14:paraId="584652BA" w14:textId="77777777" w:rsidR="00151075" w:rsidRDefault="00000000">
            <w:pPr>
              <w:spacing w:after="0"/>
              <w:jc w:val="center"/>
            </w:pPr>
            <w:sdt>
              <w:sdtPr>
                <w:alias w:val="CHECKBOX_159"/>
                <w:tag w:val="CHECKBOX_159"/>
                <w:id w:val="1242962606"/>
                <w14:checkbox>
                  <w14:checked w14:val="0"/>
                  <w14:checkedState w14:val="2612" w14:font="MS Gothic"/>
                  <w14:uncheckedState w14:val="2610" w14:font="MS Gothic"/>
                </w14:checkbox>
              </w:sdtPr>
              <w:sdtContent>
                <w:r w:rsidR="00D76B7D">
                  <w:rPr>
                    <w:sz w:val="24"/>
                  </w:rPr>
                  <w:t>☐</w:t>
                </w:r>
              </w:sdtContent>
            </w:sdt>
          </w:p>
        </w:tc>
        <w:tc>
          <w:tcPr>
            <w:tcW w:w="2096" w:type="dxa"/>
          </w:tcPr>
          <w:p w14:paraId="1CE09C4A" w14:textId="77777777" w:rsidR="00151075" w:rsidRDefault="00000000">
            <w:pPr>
              <w:spacing w:after="0"/>
            </w:pPr>
            <w:sdt>
              <w:sdtPr>
                <w:alias w:val="NEN_7512_AUDITCHECK_1_TOELICHTING"/>
                <w:tag w:val="NEN_7512_AUDITCHECK_1_TOELICHTING"/>
                <w:id w:val="-542065264"/>
                <w:text/>
              </w:sdtPr>
              <w:sdtContent>
                <w:r w:rsidR="00D76B7D">
                  <w:rPr>
                    <w:color w:val="646464"/>
                    <w:sz w:val="15"/>
                  </w:rPr>
                  <w:t>{{NEN_7512_AUDITCHECK_1_TOELICHTING}}</w:t>
                </w:r>
              </w:sdtContent>
            </w:sdt>
          </w:p>
        </w:tc>
      </w:tr>
      <w:tr w:rsidR="00151075" w14:paraId="0D7BB7DD" w14:textId="77777777">
        <w:trPr>
          <w:jc w:val="center"/>
        </w:trPr>
        <w:tc>
          <w:tcPr>
            <w:tcW w:w="2096" w:type="dxa"/>
          </w:tcPr>
          <w:p w14:paraId="1AB904CD" w14:textId="77777777" w:rsidR="00151075" w:rsidRPr="005A6DD4" w:rsidRDefault="00D76B7D">
            <w:pPr>
              <w:spacing w:after="0"/>
              <w:rPr>
                <w:lang w:val="nl-NL"/>
              </w:rPr>
            </w:pPr>
            <w:r w:rsidRPr="005A6DD4">
              <w:rPr>
                <w:sz w:val="16"/>
                <w:lang w:val="nl-NL"/>
              </w:rPr>
              <w:t>Afspraken over rechten van betrokkenen zijn vastgelegd</w:t>
            </w:r>
          </w:p>
        </w:tc>
        <w:tc>
          <w:tcPr>
            <w:tcW w:w="2096" w:type="dxa"/>
          </w:tcPr>
          <w:p w14:paraId="46F9E80A" w14:textId="77777777" w:rsidR="00151075" w:rsidRDefault="00000000">
            <w:pPr>
              <w:spacing w:after="0"/>
              <w:jc w:val="center"/>
            </w:pPr>
            <w:sdt>
              <w:sdtPr>
                <w:alias w:val="CHECKBOX_160"/>
                <w:tag w:val="CHECKBOX_160"/>
                <w:id w:val="900984177"/>
                <w14:checkbox>
                  <w14:checked w14:val="0"/>
                  <w14:checkedState w14:val="2612" w14:font="MS Gothic"/>
                  <w14:uncheckedState w14:val="2610" w14:font="MS Gothic"/>
                </w14:checkbox>
              </w:sdtPr>
              <w:sdtContent>
                <w:r w:rsidR="00D76B7D">
                  <w:rPr>
                    <w:sz w:val="24"/>
                  </w:rPr>
                  <w:t>☐</w:t>
                </w:r>
              </w:sdtContent>
            </w:sdt>
          </w:p>
        </w:tc>
        <w:tc>
          <w:tcPr>
            <w:tcW w:w="2096" w:type="dxa"/>
          </w:tcPr>
          <w:p w14:paraId="7C47B0FB" w14:textId="77777777" w:rsidR="00151075" w:rsidRDefault="00000000">
            <w:pPr>
              <w:spacing w:after="0"/>
              <w:jc w:val="center"/>
            </w:pPr>
            <w:sdt>
              <w:sdtPr>
                <w:alias w:val="CHECKBOX_161"/>
                <w:tag w:val="CHECKBOX_161"/>
                <w:id w:val="1124556468"/>
                <w14:checkbox>
                  <w14:checked w14:val="0"/>
                  <w14:checkedState w14:val="2612" w14:font="MS Gothic"/>
                  <w14:uncheckedState w14:val="2610" w14:font="MS Gothic"/>
                </w14:checkbox>
              </w:sdtPr>
              <w:sdtContent>
                <w:r w:rsidR="00D76B7D">
                  <w:rPr>
                    <w:sz w:val="24"/>
                  </w:rPr>
                  <w:t>☐</w:t>
                </w:r>
              </w:sdtContent>
            </w:sdt>
          </w:p>
        </w:tc>
        <w:tc>
          <w:tcPr>
            <w:tcW w:w="2096" w:type="dxa"/>
          </w:tcPr>
          <w:p w14:paraId="655D75DB" w14:textId="77777777" w:rsidR="00151075" w:rsidRDefault="00000000">
            <w:pPr>
              <w:spacing w:after="0"/>
              <w:jc w:val="center"/>
            </w:pPr>
            <w:sdt>
              <w:sdtPr>
                <w:alias w:val="CHECKBOX_162"/>
                <w:tag w:val="CHECKBOX_162"/>
                <w:id w:val="1221570699"/>
                <w14:checkbox>
                  <w14:checked w14:val="0"/>
                  <w14:checkedState w14:val="2612" w14:font="MS Gothic"/>
                  <w14:uncheckedState w14:val="2610" w14:font="MS Gothic"/>
                </w14:checkbox>
              </w:sdtPr>
              <w:sdtContent>
                <w:r w:rsidR="00D76B7D">
                  <w:rPr>
                    <w:sz w:val="24"/>
                  </w:rPr>
                  <w:t>☐</w:t>
                </w:r>
              </w:sdtContent>
            </w:sdt>
          </w:p>
        </w:tc>
        <w:tc>
          <w:tcPr>
            <w:tcW w:w="2096" w:type="dxa"/>
          </w:tcPr>
          <w:p w14:paraId="4D7F4952" w14:textId="77777777" w:rsidR="00151075" w:rsidRDefault="00000000">
            <w:pPr>
              <w:spacing w:after="0"/>
            </w:pPr>
            <w:sdt>
              <w:sdtPr>
                <w:alias w:val="NEN_7512_AUDITCHECK_2_TOELICHTING"/>
                <w:tag w:val="NEN_7512_AUDITCHECK_2_TOELICHTING"/>
                <w:id w:val="1314450805"/>
                <w:text/>
              </w:sdtPr>
              <w:sdtContent>
                <w:r w:rsidR="00D76B7D">
                  <w:rPr>
                    <w:color w:val="646464"/>
                    <w:sz w:val="15"/>
                  </w:rPr>
                  <w:t>{{NEN_7512_AUDITCHECK_2_TOELICHTING}}</w:t>
                </w:r>
              </w:sdtContent>
            </w:sdt>
          </w:p>
        </w:tc>
      </w:tr>
      <w:tr w:rsidR="00151075" w14:paraId="4F81E667" w14:textId="77777777">
        <w:trPr>
          <w:jc w:val="center"/>
        </w:trPr>
        <w:tc>
          <w:tcPr>
            <w:tcW w:w="2096" w:type="dxa"/>
          </w:tcPr>
          <w:p w14:paraId="5E49548D" w14:textId="77777777" w:rsidR="00151075" w:rsidRPr="005A6DD4" w:rsidRDefault="00D76B7D">
            <w:pPr>
              <w:spacing w:after="0"/>
              <w:rPr>
                <w:lang w:val="nl-NL"/>
              </w:rPr>
            </w:pPr>
            <w:r w:rsidRPr="005A6DD4">
              <w:rPr>
                <w:sz w:val="16"/>
                <w:lang w:val="nl-NL"/>
              </w:rPr>
              <w:t>Afspraken over beveiliging van de uitwisseling zijn vastgelegd</w:t>
            </w:r>
          </w:p>
        </w:tc>
        <w:tc>
          <w:tcPr>
            <w:tcW w:w="2096" w:type="dxa"/>
          </w:tcPr>
          <w:p w14:paraId="3E3D9910" w14:textId="77777777" w:rsidR="00151075" w:rsidRDefault="00000000">
            <w:pPr>
              <w:spacing w:after="0"/>
              <w:jc w:val="center"/>
            </w:pPr>
            <w:sdt>
              <w:sdtPr>
                <w:alias w:val="CHECKBOX_163"/>
                <w:tag w:val="CHECKBOX_163"/>
                <w:id w:val="1705487371"/>
                <w14:checkbox>
                  <w14:checked w14:val="0"/>
                  <w14:checkedState w14:val="2612" w14:font="MS Gothic"/>
                  <w14:uncheckedState w14:val="2610" w14:font="MS Gothic"/>
                </w14:checkbox>
              </w:sdtPr>
              <w:sdtContent>
                <w:r w:rsidR="00D76B7D">
                  <w:rPr>
                    <w:sz w:val="24"/>
                  </w:rPr>
                  <w:t>☐</w:t>
                </w:r>
              </w:sdtContent>
            </w:sdt>
          </w:p>
        </w:tc>
        <w:tc>
          <w:tcPr>
            <w:tcW w:w="2096" w:type="dxa"/>
          </w:tcPr>
          <w:p w14:paraId="5C25CD9B" w14:textId="77777777" w:rsidR="00151075" w:rsidRDefault="00000000">
            <w:pPr>
              <w:spacing w:after="0"/>
              <w:jc w:val="center"/>
            </w:pPr>
            <w:sdt>
              <w:sdtPr>
                <w:alias w:val="CHECKBOX_164"/>
                <w:tag w:val="CHECKBOX_164"/>
                <w:id w:val="989116802"/>
                <w14:checkbox>
                  <w14:checked w14:val="0"/>
                  <w14:checkedState w14:val="2612" w14:font="MS Gothic"/>
                  <w14:uncheckedState w14:val="2610" w14:font="MS Gothic"/>
                </w14:checkbox>
              </w:sdtPr>
              <w:sdtContent>
                <w:r w:rsidR="00D76B7D">
                  <w:rPr>
                    <w:sz w:val="24"/>
                  </w:rPr>
                  <w:t>☐</w:t>
                </w:r>
              </w:sdtContent>
            </w:sdt>
          </w:p>
        </w:tc>
        <w:tc>
          <w:tcPr>
            <w:tcW w:w="2096" w:type="dxa"/>
          </w:tcPr>
          <w:p w14:paraId="314DA87F" w14:textId="77777777" w:rsidR="00151075" w:rsidRDefault="00000000">
            <w:pPr>
              <w:spacing w:after="0"/>
              <w:jc w:val="center"/>
            </w:pPr>
            <w:sdt>
              <w:sdtPr>
                <w:alias w:val="CHECKBOX_165"/>
                <w:tag w:val="CHECKBOX_165"/>
                <w:id w:val="820505168"/>
                <w14:checkbox>
                  <w14:checked w14:val="0"/>
                  <w14:checkedState w14:val="2612" w14:font="MS Gothic"/>
                  <w14:uncheckedState w14:val="2610" w14:font="MS Gothic"/>
                </w14:checkbox>
              </w:sdtPr>
              <w:sdtContent>
                <w:r w:rsidR="00D76B7D">
                  <w:rPr>
                    <w:sz w:val="24"/>
                  </w:rPr>
                  <w:t>☐</w:t>
                </w:r>
              </w:sdtContent>
            </w:sdt>
          </w:p>
        </w:tc>
        <w:tc>
          <w:tcPr>
            <w:tcW w:w="2096" w:type="dxa"/>
          </w:tcPr>
          <w:p w14:paraId="0B45ED47" w14:textId="77777777" w:rsidR="00151075" w:rsidRDefault="00000000">
            <w:pPr>
              <w:spacing w:after="0"/>
            </w:pPr>
            <w:sdt>
              <w:sdtPr>
                <w:alias w:val="NEN_7512_AUDITCHECK_3_TOELICHTING"/>
                <w:tag w:val="NEN_7512_AUDITCHECK_3_TOELICHTING"/>
                <w:id w:val="693660205"/>
                <w:text/>
              </w:sdtPr>
              <w:sdtContent>
                <w:r w:rsidR="00D76B7D">
                  <w:rPr>
                    <w:color w:val="646464"/>
                    <w:sz w:val="15"/>
                  </w:rPr>
                  <w:t>{{NEN_7512_AUDITCHECK_3_TOELICHTING}}</w:t>
                </w:r>
              </w:sdtContent>
            </w:sdt>
          </w:p>
        </w:tc>
      </w:tr>
      <w:tr w:rsidR="00151075" w14:paraId="72AD88E0" w14:textId="77777777">
        <w:trPr>
          <w:jc w:val="center"/>
        </w:trPr>
        <w:tc>
          <w:tcPr>
            <w:tcW w:w="2096" w:type="dxa"/>
          </w:tcPr>
          <w:p w14:paraId="4570EE09" w14:textId="77777777" w:rsidR="00151075" w:rsidRPr="005A6DD4" w:rsidRDefault="00D76B7D">
            <w:pPr>
              <w:spacing w:after="0"/>
              <w:rPr>
                <w:lang w:val="nl-NL"/>
              </w:rPr>
            </w:pPr>
            <w:r w:rsidRPr="005A6DD4">
              <w:rPr>
                <w:sz w:val="16"/>
                <w:lang w:val="nl-NL"/>
              </w:rPr>
              <w:t>Incidentmelding en escalatie in de keten zijn vastgelegd</w:t>
            </w:r>
          </w:p>
        </w:tc>
        <w:tc>
          <w:tcPr>
            <w:tcW w:w="2096" w:type="dxa"/>
          </w:tcPr>
          <w:p w14:paraId="1868A956" w14:textId="77777777" w:rsidR="00151075" w:rsidRDefault="00000000">
            <w:pPr>
              <w:spacing w:after="0"/>
              <w:jc w:val="center"/>
            </w:pPr>
            <w:sdt>
              <w:sdtPr>
                <w:alias w:val="CHECKBOX_166"/>
                <w:tag w:val="CHECKBOX_166"/>
                <w:id w:val="53561514"/>
                <w14:checkbox>
                  <w14:checked w14:val="0"/>
                  <w14:checkedState w14:val="2612" w14:font="MS Gothic"/>
                  <w14:uncheckedState w14:val="2610" w14:font="MS Gothic"/>
                </w14:checkbox>
              </w:sdtPr>
              <w:sdtContent>
                <w:r w:rsidR="00D76B7D">
                  <w:rPr>
                    <w:sz w:val="24"/>
                  </w:rPr>
                  <w:t>☐</w:t>
                </w:r>
              </w:sdtContent>
            </w:sdt>
          </w:p>
        </w:tc>
        <w:tc>
          <w:tcPr>
            <w:tcW w:w="2096" w:type="dxa"/>
          </w:tcPr>
          <w:p w14:paraId="02350876" w14:textId="77777777" w:rsidR="00151075" w:rsidRDefault="00000000">
            <w:pPr>
              <w:spacing w:after="0"/>
              <w:jc w:val="center"/>
            </w:pPr>
            <w:sdt>
              <w:sdtPr>
                <w:alias w:val="CHECKBOX_167"/>
                <w:tag w:val="CHECKBOX_167"/>
                <w:id w:val="1696159484"/>
                <w14:checkbox>
                  <w14:checked w14:val="0"/>
                  <w14:checkedState w14:val="2612" w14:font="MS Gothic"/>
                  <w14:uncheckedState w14:val="2610" w14:font="MS Gothic"/>
                </w14:checkbox>
              </w:sdtPr>
              <w:sdtContent>
                <w:r w:rsidR="00D76B7D">
                  <w:rPr>
                    <w:sz w:val="24"/>
                  </w:rPr>
                  <w:t>☐</w:t>
                </w:r>
              </w:sdtContent>
            </w:sdt>
          </w:p>
        </w:tc>
        <w:tc>
          <w:tcPr>
            <w:tcW w:w="2096" w:type="dxa"/>
          </w:tcPr>
          <w:p w14:paraId="47923D88" w14:textId="77777777" w:rsidR="00151075" w:rsidRDefault="00000000">
            <w:pPr>
              <w:spacing w:after="0"/>
              <w:jc w:val="center"/>
            </w:pPr>
            <w:sdt>
              <w:sdtPr>
                <w:alias w:val="CHECKBOX_168"/>
                <w:tag w:val="CHECKBOX_168"/>
                <w:id w:val="1955695614"/>
                <w14:checkbox>
                  <w14:checked w14:val="0"/>
                  <w14:checkedState w14:val="2612" w14:font="MS Gothic"/>
                  <w14:uncheckedState w14:val="2610" w14:font="MS Gothic"/>
                </w14:checkbox>
              </w:sdtPr>
              <w:sdtContent>
                <w:r w:rsidR="00D76B7D">
                  <w:rPr>
                    <w:sz w:val="24"/>
                  </w:rPr>
                  <w:t>☐</w:t>
                </w:r>
              </w:sdtContent>
            </w:sdt>
          </w:p>
        </w:tc>
        <w:tc>
          <w:tcPr>
            <w:tcW w:w="2096" w:type="dxa"/>
          </w:tcPr>
          <w:p w14:paraId="504F59C2" w14:textId="77777777" w:rsidR="00151075" w:rsidRDefault="00000000">
            <w:pPr>
              <w:spacing w:after="0"/>
            </w:pPr>
            <w:sdt>
              <w:sdtPr>
                <w:alias w:val="NEN_7512_AUDITCHECK_4_TOELICHTING"/>
                <w:tag w:val="NEN_7512_AUDITCHECK_4_TOELICHTING"/>
                <w:id w:val="510031932"/>
                <w:text/>
              </w:sdtPr>
              <w:sdtContent>
                <w:r w:rsidR="00D76B7D">
                  <w:rPr>
                    <w:color w:val="646464"/>
                    <w:sz w:val="15"/>
                  </w:rPr>
                  <w:t>{{NEN_7512_AUDITCHECK_4_TOELICHTING}}</w:t>
                </w:r>
              </w:sdtContent>
            </w:sdt>
          </w:p>
        </w:tc>
      </w:tr>
      <w:tr w:rsidR="00151075" w14:paraId="7F1CC141" w14:textId="77777777">
        <w:trPr>
          <w:jc w:val="center"/>
        </w:trPr>
        <w:tc>
          <w:tcPr>
            <w:tcW w:w="2096" w:type="dxa"/>
          </w:tcPr>
          <w:p w14:paraId="0668E5BA" w14:textId="77777777" w:rsidR="00151075" w:rsidRPr="005A6DD4" w:rsidRDefault="00D76B7D">
            <w:pPr>
              <w:spacing w:after="0"/>
              <w:rPr>
                <w:lang w:val="nl-NL"/>
              </w:rPr>
            </w:pPr>
            <w:r w:rsidRPr="005A6DD4">
              <w:rPr>
                <w:sz w:val="16"/>
                <w:lang w:val="nl-NL"/>
              </w:rPr>
              <w:t>Wijzigingen in de koppeling worden beheerst</w:t>
            </w:r>
          </w:p>
        </w:tc>
        <w:tc>
          <w:tcPr>
            <w:tcW w:w="2096" w:type="dxa"/>
          </w:tcPr>
          <w:p w14:paraId="0141B6DD" w14:textId="77777777" w:rsidR="00151075" w:rsidRDefault="00000000">
            <w:pPr>
              <w:spacing w:after="0"/>
              <w:jc w:val="center"/>
            </w:pPr>
            <w:sdt>
              <w:sdtPr>
                <w:alias w:val="CHECKBOX_169"/>
                <w:tag w:val="CHECKBOX_169"/>
                <w:id w:val="386914027"/>
                <w14:checkbox>
                  <w14:checked w14:val="0"/>
                  <w14:checkedState w14:val="2612" w14:font="MS Gothic"/>
                  <w14:uncheckedState w14:val="2610" w14:font="MS Gothic"/>
                </w14:checkbox>
              </w:sdtPr>
              <w:sdtContent>
                <w:r w:rsidR="00D76B7D">
                  <w:rPr>
                    <w:sz w:val="24"/>
                  </w:rPr>
                  <w:t>☐</w:t>
                </w:r>
              </w:sdtContent>
            </w:sdt>
          </w:p>
        </w:tc>
        <w:tc>
          <w:tcPr>
            <w:tcW w:w="2096" w:type="dxa"/>
          </w:tcPr>
          <w:p w14:paraId="5110E8CB" w14:textId="77777777" w:rsidR="00151075" w:rsidRDefault="00000000">
            <w:pPr>
              <w:spacing w:after="0"/>
              <w:jc w:val="center"/>
            </w:pPr>
            <w:sdt>
              <w:sdtPr>
                <w:alias w:val="CHECKBOX_170"/>
                <w:tag w:val="CHECKBOX_170"/>
                <w:id w:val="1161865704"/>
                <w14:checkbox>
                  <w14:checked w14:val="0"/>
                  <w14:checkedState w14:val="2612" w14:font="MS Gothic"/>
                  <w14:uncheckedState w14:val="2610" w14:font="MS Gothic"/>
                </w14:checkbox>
              </w:sdtPr>
              <w:sdtContent>
                <w:r w:rsidR="00D76B7D">
                  <w:rPr>
                    <w:sz w:val="24"/>
                  </w:rPr>
                  <w:t>☐</w:t>
                </w:r>
              </w:sdtContent>
            </w:sdt>
          </w:p>
        </w:tc>
        <w:tc>
          <w:tcPr>
            <w:tcW w:w="2096" w:type="dxa"/>
          </w:tcPr>
          <w:p w14:paraId="10BF898B" w14:textId="77777777" w:rsidR="00151075" w:rsidRDefault="00000000">
            <w:pPr>
              <w:spacing w:after="0"/>
              <w:jc w:val="center"/>
            </w:pPr>
            <w:sdt>
              <w:sdtPr>
                <w:alias w:val="CHECKBOX_171"/>
                <w:tag w:val="CHECKBOX_171"/>
                <w:id w:val="264388858"/>
                <w14:checkbox>
                  <w14:checked w14:val="0"/>
                  <w14:checkedState w14:val="2612" w14:font="MS Gothic"/>
                  <w14:uncheckedState w14:val="2610" w14:font="MS Gothic"/>
                </w14:checkbox>
              </w:sdtPr>
              <w:sdtContent>
                <w:r w:rsidR="00D76B7D">
                  <w:rPr>
                    <w:sz w:val="24"/>
                  </w:rPr>
                  <w:t>☐</w:t>
                </w:r>
              </w:sdtContent>
            </w:sdt>
          </w:p>
        </w:tc>
        <w:tc>
          <w:tcPr>
            <w:tcW w:w="2096" w:type="dxa"/>
          </w:tcPr>
          <w:p w14:paraId="1F0C579D" w14:textId="77777777" w:rsidR="00151075" w:rsidRDefault="00000000">
            <w:pPr>
              <w:spacing w:after="0"/>
            </w:pPr>
            <w:sdt>
              <w:sdtPr>
                <w:alias w:val="NEN_7512_AUDITCHECK_5_TOELICHTING"/>
                <w:tag w:val="NEN_7512_AUDITCHECK_5_TOELICHTING"/>
                <w:id w:val="1863549516"/>
                <w:text/>
              </w:sdtPr>
              <w:sdtContent>
                <w:r w:rsidR="00D76B7D">
                  <w:rPr>
                    <w:color w:val="646464"/>
                    <w:sz w:val="15"/>
                  </w:rPr>
                  <w:t>{{NEN_7512_AUDITCHECK_5_TOELICHTING}}</w:t>
                </w:r>
              </w:sdtContent>
            </w:sdt>
          </w:p>
        </w:tc>
      </w:tr>
      <w:tr w:rsidR="00151075" w14:paraId="5A46398B" w14:textId="77777777">
        <w:trPr>
          <w:jc w:val="center"/>
        </w:trPr>
        <w:tc>
          <w:tcPr>
            <w:tcW w:w="2096" w:type="dxa"/>
          </w:tcPr>
          <w:p w14:paraId="0D2ECB62" w14:textId="77777777" w:rsidR="00151075" w:rsidRPr="005A6DD4" w:rsidRDefault="00D76B7D">
            <w:pPr>
              <w:spacing w:after="0"/>
              <w:rPr>
                <w:lang w:val="nl-NL"/>
              </w:rPr>
            </w:pPr>
            <w:r w:rsidRPr="005A6DD4">
              <w:rPr>
                <w:sz w:val="16"/>
                <w:lang w:val="nl-NL"/>
              </w:rPr>
              <w:t>Test- en acceptatieproces voor koppeling is ingericht</w:t>
            </w:r>
          </w:p>
        </w:tc>
        <w:tc>
          <w:tcPr>
            <w:tcW w:w="2096" w:type="dxa"/>
          </w:tcPr>
          <w:p w14:paraId="573D3050" w14:textId="77777777" w:rsidR="00151075" w:rsidRDefault="00000000">
            <w:pPr>
              <w:spacing w:after="0"/>
              <w:jc w:val="center"/>
            </w:pPr>
            <w:sdt>
              <w:sdtPr>
                <w:alias w:val="CHECKBOX_172"/>
                <w:tag w:val="CHECKBOX_172"/>
                <w:id w:val="28870434"/>
                <w14:checkbox>
                  <w14:checked w14:val="0"/>
                  <w14:checkedState w14:val="2612" w14:font="MS Gothic"/>
                  <w14:uncheckedState w14:val="2610" w14:font="MS Gothic"/>
                </w14:checkbox>
              </w:sdtPr>
              <w:sdtContent>
                <w:r w:rsidR="00D76B7D">
                  <w:rPr>
                    <w:sz w:val="24"/>
                  </w:rPr>
                  <w:t>☐</w:t>
                </w:r>
              </w:sdtContent>
            </w:sdt>
          </w:p>
        </w:tc>
        <w:tc>
          <w:tcPr>
            <w:tcW w:w="2096" w:type="dxa"/>
          </w:tcPr>
          <w:p w14:paraId="6173525D" w14:textId="77777777" w:rsidR="00151075" w:rsidRDefault="00000000">
            <w:pPr>
              <w:spacing w:after="0"/>
              <w:jc w:val="center"/>
            </w:pPr>
            <w:sdt>
              <w:sdtPr>
                <w:alias w:val="CHECKBOX_173"/>
                <w:tag w:val="CHECKBOX_173"/>
                <w:id w:val="386167822"/>
                <w14:checkbox>
                  <w14:checked w14:val="0"/>
                  <w14:checkedState w14:val="2612" w14:font="MS Gothic"/>
                  <w14:uncheckedState w14:val="2610" w14:font="MS Gothic"/>
                </w14:checkbox>
              </w:sdtPr>
              <w:sdtContent>
                <w:r w:rsidR="00D76B7D">
                  <w:rPr>
                    <w:sz w:val="24"/>
                  </w:rPr>
                  <w:t>☐</w:t>
                </w:r>
              </w:sdtContent>
            </w:sdt>
          </w:p>
        </w:tc>
        <w:tc>
          <w:tcPr>
            <w:tcW w:w="2096" w:type="dxa"/>
          </w:tcPr>
          <w:p w14:paraId="202BA9CE" w14:textId="77777777" w:rsidR="00151075" w:rsidRDefault="00000000">
            <w:pPr>
              <w:spacing w:after="0"/>
              <w:jc w:val="center"/>
            </w:pPr>
            <w:sdt>
              <w:sdtPr>
                <w:alias w:val="CHECKBOX_174"/>
                <w:tag w:val="CHECKBOX_174"/>
                <w:id w:val="640913101"/>
                <w14:checkbox>
                  <w14:checked w14:val="0"/>
                  <w14:checkedState w14:val="2612" w14:font="MS Gothic"/>
                  <w14:uncheckedState w14:val="2610" w14:font="MS Gothic"/>
                </w14:checkbox>
              </w:sdtPr>
              <w:sdtContent>
                <w:r w:rsidR="00D76B7D">
                  <w:rPr>
                    <w:sz w:val="24"/>
                  </w:rPr>
                  <w:t>☐</w:t>
                </w:r>
              </w:sdtContent>
            </w:sdt>
          </w:p>
        </w:tc>
        <w:tc>
          <w:tcPr>
            <w:tcW w:w="2096" w:type="dxa"/>
          </w:tcPr>
          <w:p w14:paraId="461E0C84" w14:textId="77777777" w:rsidR="00151075" w:rsidRDefault="00000000">
            <w:pPr>
              <w:spacing w:after="0"/>
            </w:pPr>
            <w:sdt>
              <w:sdtPr>
                <w:alias w:val="NEN_7512_AUDITCHECK_6_TOELICHTING"/>
                <w:tag w:val="NEN_7512_AUDITCHECK_6_TOELICHTING"/>
                <w:id w:val="329645808"/>
                <w:text/>
              </w:sdtPr>
              <w:sdtContent>
                <w:r w:rsidR="00D76B7D">
                  <w:rPr>
                    <w:color w:val="646464"/>
                    <w:sz w:val="15"/>
                  </w:rPr>
                  <w:t>{{NEN_7512_AUDITCHECK_6_TOELICHTING}}</w:t>
                </w:r>
              </w:sdtContent>
            </w:sdt>
          </w:p>
        </w:tc>
      </w:tr>
      <w:tr w:rsidR="00151075" w14:paraId="455A935D" w14:textId="77777777">
        <w:trPr>
          <w:jc w:val="center"/>
        </w:trPr>
        <w:tc>
          <w:tcPr>
            <w:tcW w:w="2096" w:type="dxa"/>
          </w:tcPr>
          <w:p w14:paraId="531A7C83" w14:textId="77777777" w:rsidR="00151075" w:rsidRDefault="00D76B7D">
            <w:pPr>
              <w:spacing w:after="0"/>
            </w:pPr>
            <w:r>
              <w:rPr>
                <w:sz w:val="16"/>
              </w:rPr>
              <w:t>End-to-end logging/audittrail is ingericht</w:t>
            </w:r>
          </w:p>
        </w:tc>
        <w:tc>
          <w:tcPr>
            <w:tcW w:w="2096" w:type="dxa"/>
          </w:tcPr>
          <w:p w14:paraId="3A278076" w14:textId="77777777" w:rsidR="00151075" w:rsidRDefault="00000000">
            <w:pPr>
              <w:spacing w:after="0"/>
              <w:jc w:val="center"/>
            </w:pPr>
            <w:sdt>
              <w:sdtPr>
                <w:alias w:val="CHECKBOX_175"/>
                <w:tag w:val="CHECKBOX_175"/>
                <w:id w:val="1567901100"/>
                <w14:checkbox>
                  <w14:checked w14:val="0"/>
                  <w14:checkedState w14:val="2612" w14:font="MS Gothic"/>
                  <w14:uncheckedState w14:val="2610" w14:font="MS Gothic"/>
                </w14:checkbox>
              </w:sdtPr>
              <w:sdtContent>
                <w:r w:rsidR="00D76B7D">
                  <w:rPr>
                    <w:sz w:val="24"/>
                  </w:rPr>
                  <w:t>☐</w:t>
                </w:r>
              </w:sdtContent>
            </w:sdt>
          </w:p>
        </w:tc>
        <w:tc>
          <w:tcPr>
            <w:tcW w:w="2096" w:type="dxa"/>
          </w:tcPr>
          <w:p w14:paraId="187804AA" w14:textId="77777777" w:rsidR="00151075" w:rsidRDefault="00000000">
            <w:pPr>
              <w:spacing w:after="0"/>
              <w:jc w:val="center"/>
            </w:pPr>
            <w:sdt>
              <w:sdtPr>
                <w:alias w:val="CHECKBOX_176"/>
                <w:tag w:val="CHECKBOX_176"/>
                <w:id w:val="45195395"/>
                <w14:checkbox>
                  <w14:checked w14:val="0"/>
                  <w14:checkedState w14:val="2612" w14:font="MS Gothic"/>
                  <w14:uncheckedState w14:val="2610" w14:font="MS Gothic"/>
                </w14:checkbox>
              </w:sdtPr>
              <w:sdtContent>
                <w:r w:rsidR="00D76B7D">
                  <w:rPr>
                    <w:sz w:val="24"/>
                  </w:rPr>
                  <w:t>☐</w:t>
                </w:r>
              </w:sdtContent>
            </w:sdt>
          </w:p>
        </w:tc>
        <w:tc>
          <w:tcPr>
            <w:tcW w:w="2096" w:type="dxa"/>
          </w:tcPr>
          <w:p w14:paraId="4F57A069" w14:textId="77777777" w:rsidR="00151075" w:rsidRDefault="00000000">
            <w:pPr>
              <w:spacing w:after="0"/>
              <w:jc w:val="center"/>
            </w:pPr>
            <w:sdt>
              <w:sdtPr>
                <w:alias w:val="CHECKBOX_177"/>
                <w:tag w:val="CHECKBOX_177"/>
                <w:id w:val="1479415710"/>
                <w14:checkbox>
                  <w14:checked w14:val="0"/>
                  <w14:checkedState w14:val="2612" w14:font="MS Gothic"/>
                  <w14:uncheckedState w14:val="2610" w14:font="MS Gothic"/>
                </w14:checkbox>
              </w:sdtPr>
              <w:sdtContent>
                <w:r w:rsidR="00D76B7D">
                  <w:rPr>
                    <w:sz w:val="24"/>
                  </w:rPr>
                  <w:t>☐</w:t>
                </w:r>
              </w:sdtContent>
            </w:sdt>
          </w:p>
        </w:tc>
        <w:tc>
          <w:tcPr>
            <w:tcW w:w="2096" w:type="dxa"/>
          </w:tcPr>
          <w:p w14:paraId="6FB1ADE4" w14:textId="77777777" w:rsidR="00151075" w:rsidRDefault="00000000">
            <w:pPr>
              <w:spacing w:after="0"/>
            </w:pPr>
            <w:sdt>
              <w:sdtPr>
                <w:alias w:val="NEN_7512_AUDITCHECK_7_TOELICHTING"/>
                <w:tag w:val="NEN_7512_AUDITCHECK_7_TOELICHTING"/>
                <w:id w:val="483512844"/>
                <w:text/>
              </w:sdtPr>
              <w:sdtContent>
                <w:r w:rsidR="00D76B7D">
                  <w:rPr>
                    <w:color w:val="646464"/>
                    <w:sz w:val="15"/>
                  </w:rPr>
                  <w:t>{{NEN_7512_AUDITCHECK_7_TOELICHTING}}</w:t>
                </w:r>
              </w:sdtContent>
            </w:sdt>
          </w:p>
        </w:tc>
      </w:tr>
    </w:tbl>
    <w:p w14:paraId="3ED43D5D" w14:textId="77777777" w:rsidR="00151075" w:rsidRDefault="00151075"/>
    <w:p w14:paraId="6F42E5CF" w14:textId="77777777" w:rsidR="00151075" w:rsidRDefault="00D76B7D">
      <w:pPr>
        <w:pStyle w:val="Heading2"/>
      </w:pPr>
      <w:r>
        <w:t>12. Internationale doorgifte en cloudlocaties</w:t>
      </w:r>
    </w:p>
    <w:tbl>
      <w:tblPr>
        <w:tblStyle w:val="TableGrid"/>
        <w:tblW w:w="10485" w:type="dxa"/>
        <w:jc w:val="center"/>
        <w:tblLook w:val="04A0" w:firstRow="1" w:lastRow="0" w:firstColumn="1" w:lastColumn="0" w:noHBand="0" w:noVBand="1"/>
      </w:tblPr>
      <w:tblGrid>
        <w:gridCol w:w="3605"/>
        <w:gridCol w:w="6880"/>
      </w:tblGrid>
      <w:tr w:rsidR="00151075" w14:paraId="15F24600" w14:textId="77777777" w:rsidTr="005A6DD4">
        <w:trPr>
          <w:tblHeader/>
          <w:jc w:val="center"/>
        </w:trPr>
        <w:tc>
          <w:tcPr>
            <w:tcW w:w="3605" w:type="dxa"/>
            <w:shd w:val="clear" w:color="auto" w:fill="1F4E79"/>
            <w:tcMar>
              <w:top w:w="80" w:type="dxa"/>
              <w:left w:w="80" w:type="dxa"/>
              <w:bottom w:w="80" w:type="dxa"/>
              <w:right w:w="80" w:type="dxa"/>
            </w:tcMar>
            <w:vAlign w:val="center"/>
          </w:tcPr>
          <w:p w14:paraId="74772BE9" w14:textId="77777777" w:rsidR="00151075" w:rsidRDefault="00D76B7D">
            <w:pPr>
              <w:spacing w:after="0"/>
            </w:pPr>
            <w:r>
              <w:rPr>
                <w:b/>
                <w:color w:val="FFFFFF"/>
                <w:sz w:val="17"/>
              </w:rPr>
              <w:t>Vraag</w:t>
            </w:r>
          </w:p>
        </w:tc>
        <w:tc>
          <w:tcPr>
            <w:tcW w:w="6880" w:type="dxa"/>
            <w:shd w:val="clear" w:color="auto" w:fill="1F4E79"/>
            <w:tcMar>
              <w:top w:w="80" w:type="dxa"/>
              <w:left w:w="80" w:type="dxa"/>
              <w:bottom w:w="80" w:type="dxa"/>
              <w:right w:w="80" w:type="dxa"/>
            </w:tcMar>
            <w:vAlign w:val="center"/>
          </w:tcPr>
          <w:p w14:paraId="1ADC7146" w14:textId="77777777" w:rsidR="00151075" w:rsidRDefault="00D76B7D">
            <w:pPr>
              <w:spacing w:after="0"/>
            </w:pPr>
            <w:r>
              <w:rPr>
                <w:b/>
                <w:color w:val="FFFFFF"/>
                <w:sz w:val="17"/>
              </w:rPr>
              <w:t>Antwoord</w:t>
            </w:r>
          </w:p>
        </w:tc>
      </w:tr>
      <w:tr w:rsidR="00151075" w14:paraId="1AE9DEAF" w14:textId="77777777" w:rsidTr="005A6DD4">
        <w:trPr>
          <w:jc w:val="center"/>
        </w:trPr>
        <w:tc>
          <w:tcPr>
            <w:tcW w:w="3605" w:type="dxa"/>
            <w:shd w:val="clear" w:color="auto" w:fill="F3F6F8"/>
          </w:tcPr>
          <w:p w14:paraId="0A7430FD" w14:textId="77777777" w:rsidR="00151075" w:rsidRPr="005A6DD4" w:rsidRDefault="00D76B7D">
            <w:pPr>
              <w:spacing w:after="0"/>
              <w:rPr>
                <w:lang w:val="nl-NL"/>
              </w:rPr>
            </w:pPr>
            <w:r w:rsidRPr="005A6DD4">
              <w:rPr>
                <w:b/>
                <w:sz w:val="16"/>
                <w:lang w:val="nl-NL"/>
              </w:rPr>
              <w:t>Worden gegevens buiten Nederland verwerkt?</w:t>
            </w:r>
          </w:p>
        </w:tc>
        <w:tc>
          <w:tcPr>
            <w:tcW w:w="6880" w:type="dxa"/>
          </w:tcPr>
          <w:p w14:paraId="26881C39" w14:textId="77777777" w:rsidR="00151075" w:rsidRDefault="00000000">
            <w:pPr>
              <w:spacing w:after="0"/>
            </w:pPr>
            <w:sdt>
              <w:sdtPr>
                <w:alias w:val="BUITEN_NEDERLAND"/>
                <w:tag w:val="BUITEN_NEDERLAND"/>
                <w:id w:val="-1654751817"/>
                <w:text/>
              </w:sdtPr>
              <w:sdtContent>
                <w:r w:rsidR="00D76B7D">
                  <w:rPr>
                    <w:color w:val="646464"/>
                    <w:sz w:val="16"/>
                  </w:rPr>
                  <w:t>{{BUITEN_NEDERLAND}}</w:t>
                </w:r>
              </w:sdtContent>
            </w:sdt>
          </w:p>
        </w:tc>
      </w:tr>
      <w:tr w:rsidR="00151075" w14:paraId="712B73A7" w14:textId="77777777" w:rsidTr="005A6DD4">
        <w:trPr>
          <w:jc w:val="center"/>
        </w:trPr>
        <w:tc>
          <w:tcPr>
            <w:tcW w:w="3605" w:type="dxa"/>
            <w:shd w:val="clear" w:color="auto" w:fill="F3F6F8"/>
          </w:tcPr>
          <w:p w14:paraId="1910A496" w14:textId="77777777" w:rsidR="00151075" w:rsidRPr="005A6DD4" w:rsidRDefault="00D76B7D">
            <w:pPr>
              <w:spacing w:after="0"/>
              <w:rPr>
                <w:lang w:val="nl-NL"/>
              </w:rPr>
            </w:pPr>
            <w:r w:rsidRPr="005A6DD4">
              <w:rPr>
                <w:b/>
                <w:sz w:val="16"/>
                <w:lang w:val="nl-NL"/>
              </w:rPr>
              <w:t>Worden gegevens buiten de EER verwerkt?</w:t>
            </w:r>
          </w:p>
        </w:tc>
        <w:tc>
          <w:tcPr>
            <w:tcW w:w="6880" w:type="dxa"/>
          </w:tcPr>
          <w:p w14:paraId="2E86CD22" w14:textId="77777777" w:rsidR="00151075" w:rsidRDefault="00000000">
            <w:pPr>
              <w:spacing w:after="0"/>
            </w:pPr>
            <w:sdt>
              <w:sdtPr>
                <w:alias w:val="BUITEN_EER"/>
                <w:tag w:val="BUITEN_EER"/>
                <w:id w:val="149959604"/>
                <w:text/>
              </w:sdtPr>
              <w:sdtContent>
                <w:r w:rsidR="00D76B7D">
                  <w:rPr>
                    <w:color w:val="646464"/>
                    <w:sz w:val="16"/>
                  </w:rPr>
                  <w:t>{{BUITEN_EER}}</w:t>
                </w:r>
              </w:sdtContent>
            </w:sdt>
          </w:p>
        </w:tc>
      </w:tr>
      <w:tr w:rsidR="00151075" w14:paraId="09BDC146" w14:textId="77777777" w:rsidTr="005A6DD4">
        <w:trPr>
          <w:jc w:val="center"/>
        </w:trPr>
        <w:tc>
          <w:tcPr>
            <w:tcW w:w="3605" w:type="dxa"/>
            <w:shd w:val="clear" w:color="auto" w:fill="F3F6F8"/>
          </w:tcPr>
          <w:p w14:paraId="2B00CC26" w14:textId="77777777" w:rsidR="00151075" w:rsidRDefault="00D76B7D">
            <w:pPr>
              <w:spacing w:after="0"/>
            </w:pPr>
            <w:r>
              <w:rPr>
                <w:b/>
                <w:sz w:val="16"/>
              </w:rPr>
              <w:t>Land(en) van verwerking</w:t>
            </w:r>
          </w:p>
        </w:tc>
        <w:tc>
          <w:tcPr>
            <w:tcW w:w="6880" w:type="dxa"/>
          </w:tcPr>
          <w:p w14:paraId="58A498A8" w14:textId="77777777" w:rsidR="00151075" w:rsidRDefault="00000000">
            <w:pPr>
              <w:spacing w:after="0"/>
            </w:pPr>
            <w:sdt>
              <w:sdtPr>
                <w:alias w:val="LANDEN_VERWERKING"/>
                <w:tag w:val="LANDEN_VERWERKING"/>
                <w:id w:val="2063747570"/>
                <w:text/>
              </w:sdtPr>
              <w:sdtContent>
                <w:r w:rsidR="00D76B7D">
                  <w:rPr>
                    <w:color w:val="646464"/>
                    <w:sz w:val="16"/>
                  </w:rPr>
                  <w:t>{{LANDEN_VERWERKING}}</w:t>
                </w:r>
              </w:sdtContent>
            </w:sdt>
          </w:p>
        </w:tc>
      </w:tr>
      <w:tr w:rsidR="00151075" w14:paraId="55D4E3A1" w14:textId="77777777" w:rsidTr="005A6DD4">
        <w:trPr>
          <w:jc w:val="center"/>
        </w:trPr>
        <w:tc>
          <w:tcPr>
            <w:tcW w:w="3605" w:type="dxa"/>
            <w:shd w:val="clear" w:color="auto" w:fill="F3F6F8"/>
          </w:tcPr>
          <w:p w14:paraId="4FAC4D9B" w14:textId="77777777" w:rsidR="00151075" w:rsidRDefault="00D76B7D">
            <w:pPr>
              <w:spacing w:after="0"/>
            </w:pPr>
            <w:r>
              <w:rPr>
                <w:b/>
                <w:sz w:val="16"/>
              </w:rPr>
              <w:t>Beschermingsgrond doorgifte</w:t>
            </w:r>
          </w:p>
        </w:tc>
        <w:tc>
          <w:tcPr>
            <w:tcW w:w="6880" w:type="dxa"/>
          </w:tcPr>
          <w:p w14:paraId="202A0F79" w14:textId="77777777" w:rsidR="00151075" w:rsidRDefault="00000000">
            <w:pPr>
              <w:spacing w:after="0"/>
            </w:pPr>
            <w:sdt>
              <w:sdtPr>
                <w:alias w:val="BESCHERMINGSGROND_DOORGIFTE"/>
                <w:tag w:val="BESCHERMINGSGROND_DOORGIFTE"/>
                <w:id w:val="289412317"/>
                <w:text/>
              </w:sdtPr>
              <w:sdtContent>
                <w:r w:rsidR="00D76B7D">
                  <w:rPr>
                    <w:color w:val="646464"/>
                    <w:sz w:val="16"/>
                  </w:rPr>
                  <w:t>{{BESCHERMINGSGROND_DOORGIFTE}}</w:t>
                </w:r>
              </w:sdtContent>
            </w:sdt>
          </w:p>
        </w:tc>
      </w:tr>
      <w:tr w:rsidR="00151075" w14:paraId="430AED21" w14:textId="77777777" w:rsidTr="005A6DD4">
        <w:trPr>
          <w:jc w:val="center"/>
        </w:trPr>
        <w:tc>
          <w:tcPr>
            <w:tcW w:w="3605" w:type="dxa"/>
            <w:shd w:val="clear" w:color="auto" w:fill="F3F6F8"/>
          </w:tcPr>
          <w:p w14:paraId="632D6929" w14:textId="77777777" w:rsidR="00151075" w:rsidRDefault="00D76B7D">
            <w:pPr>
              <w:spacing w:after="0"/>
            </w:pPr>
            <w:r>
              <w:rPr>
                <w:b/>
                <w:sz w:val="16"/>
              </w:rPr>
              <w:t>Standard Contractual Clauses aanwezig?</w:t>
            </w:r>
          </w:p>
        </w:tc>
        <w:tc>
          <w:tcPr>
            <w:tcW w:w="6880" w:type="dxa"/>
          </w:tcPr>
          <w:p w14:paraId="60282348" w14:textId="77777777" w:rsidR="00151075" w:rsidRDefault="00000000">
            <w:pPr>
              <w:spacing w:after="0"/>
            </w:pPr>
            <w:sdt>
              <w:sdtPr>
                <w:alias w:val="SCC_AANWEZIG"/>
                <w:tag w:val="SCC_AANWEZIG"/>
                <w:id w:val="-38048081"/>
                <w:text/>
              </w:sdtPr>
              <w:sdtContent>
                <w:r w:rsidR="00D76B7D">
                  <w:rPr>
                    <w:color w:val="646464"/>
                    <w:sz w:val="16"/>
                  </w:rPr>
                  <w:t>{{SCC_AANWEZIG}}</w:t>
                </w:r>
              </w:sdtContent>
            </w:sdt>
          </w:p>
        </w:tc>
      </w:tr>
      <w:tr w:rsidR="00151075" w14:paraId="2C04BDC8" w14:textId="77777777" w:rsidTr="005A6DD4">
        <w:trPr>
          <w:jc w:val="center"/>
        </w:trPr>
        <w:tc>
          <w:tcPr>
            <w:tcW w:w="3605" w:type="dxa"/>
            <w:shd w:val="clear" w:color="auto" w:fill="F3F6F8"/>
          </w:tcPr>
          <w:p w14:paraId="1537F2D8" w14:textId="77777777" w:rsidR="00151075" w:rsidRDefault="00D76B7D">
            <w:pPr>
              <w:spacing w:after="0"/>
            </w:pPr>
            <w:r>
              <w:rPr>
                <w:b/>
                <w:sz w:val="16"/>
              </w:rPr>
              <w:t>Transfer Impact Assessment uitgevoerd?</w:t>
            </w:r>
          </w:p>
        </w:tc>
        <w:tc>
          <w:tcPr>
            <w:tcW w:w="6880" w:type="dxa"/>
          </w:tcPr>
          <w:p w14:paraId="1E6BF282" w14:textId="77777777" w:rsidR="00151075" w:rsidRDefault="00000000">
            <w:pPr>
              <w:spacing w:after="0"/>
            </w:pPr>
            <w:sdt>
              <w:sdtPr>
                <w:alias w:val="TIA_UITGEVOERD"/>
                <w:tag w:val="TIA_UITGEVOERD"/>
                <w:id w:val="1552268553"/>
                <w:text/>
              </w:sdtPr>
              <w:sdtContent>
                <w:r w:rsidR="00D76B7D">
                  <w:rPr>
                    <w:color w:val="646464"/>
                    <w:sz w:val="16"/>
                  </w:rPr>
                  <w:t>{{TIA_UITGEVOERD}}</w:t>
                </w:r>
              </w:sdtContent>
            </w:sdt>
          </w:p>
        </w:tc>
      </w:tr>
      <w:tr w:rsidR="00151075" w14:paraId="13F14D19" w14:textId="77777777" w:rsidTr="005A6DD4">
        <w:trPr>
          <w:jc w:val="center"/>
        </w:trPr>
        <w:tc>
          <w:tcPr>
            <w:tcW w:w="3605" w:type="dxa"/>
            <w:shd w:val="clear" w:color="auto" w:fill="F3F6F8"/>
          </w:tcPr>
          <w:p w14:paraId="4CF15CC6" w14:textId="77777777" w:rsidR="00151075" w:rsidRDefault="00D76B7D">
            <w:pPr>
              <w:spacing w:after="0"/>
            </w:pPr>
            <w:r>
              <w:rPr>
                <w:b/>
                <w:sz w:val="16"/>
              </w:rPr>
              <w:t>Aanvullende technische/organisatorische maatregelen</w:t>
            </w:r>
          </w:p>
        </w:tc>
        <w:tc>
          <w:tcPr>
            <w:tcW w:w="6880" w:type="dxa"/>
          </w:tcPr>
          <w:p w14:paraId="6280FDD5" w14:textId="77777777" w:rsidR="00151075" w:rsidRDefault="00000000">
            <w:pPr>
              <w:spacing w:after="0"/>
            </w:pPr>
            <w:sdt>
              <w:sdtPr>
                <w:alias w:val="AANVULLENDE_MAATREGELEN_DOORGIFTE"/>
                <w:tag w:val="AANVULLENDE_MAATREGELEN_DOORGIFTE"/>
                <w:id w:val="321776039"/>
                <w:text/>
              </w:sdtPr>
              <w:sdtContent>
                <w:r w:rsidR="00D76B7D">
                  <w:rPr>
                    <w:color w:val="646464"/>
                    <w:sz w:val="16"/>
                  </w:rPr>
                  <w:t>{{AANVULLENDE_MAATREGELEN_DOORGIFTE}}</w:t>
                </w:r>
              </w:sdtContent>
            </w:sdt>
          </w:p>
        </w:tc>
      </w:tr>
      <w:tr w:rsidR="00151075" w14:paraId="6EAB6649" w14:textId="77777777" w:rsidTr="005A6DD4">
        <w:trPr>
          <w:jc w:val="center"/>
        </w:trPr>
        <w:tc>
          <w:tcPr>
            <w:tcW w:w="3605" w:type="dxa"/>
            <w:shd w:val="clear" w:color="auto" w:fill="F3F6F8"/>
          </w:tcPr>
          <w:p w14:paraId="2B276604" w14:textId="77777777" w:rsidR="00151075" w:rsidRDefault="00D76B7D">
            <w:pPr>
              <w:spacing w:after="0"/>
            </w:pPr>
            <w:r>
              <w:rPr>
                <w:b/>
                <w:sz w:val="16"/>
              </w:rPr>
              <w:t>Conclusie doorgifte toegestaan?</w:t>
            </w:r>
          </w:p>
        </w:tc>
        <w:tc>
          <w:tcPr>
            <w:tcW w:w="6880" w:type="dxa"/>
          </w:tcPr>
          <w:p w14:paraId="21816831" w14:textId="77777777" w:rsidR="00151075" w:rsidRDefault="00000000">
            <w:pPr>
              <w:spacing w:after="0"/>
            </w:pPr>
            <w:sdt>
              <w:sdtPr>
                <w:alias w:val="CONCLUSIE_DOORGIFTE"/>
                <w:tag w:val="CONCLUSIE_DOORGIFTE"/>
                <w:id w:val="-116604530"/>
                <w:text/>
              </w:sdtPr>
              <w:sdtContent>
                <w:r w:rsidR="00D76B7D">
                  <w:rPr>
                    <w:color w:val="646464"/>
                    <w:sz w:val="16"/>
                  </w:rPr>
                  <w:t>{{CONCLUSIE_DOORGIFTE}}</w:t>
                </w:r>
              </w:sdtContent>
            </w:sdt>
          </w:p>
        </w:tc>
      </w:tr>
    </w:tbl>
    <w:p w14:paraId="407FF50E" w14:textId="77777777" w:rsidR="00151075" w:rsidRDefault="00151075"/>
    <w:p w14:paraId="07E901B7" w14:textId="77777777" w:rsidR="00151075" w:rsidRDefault="00D76B7D">
      <w:pPr>
        <w:pStyle w:val="Heading2"/>
      </w:pPr>
      <w:r>
        <w:t>13. Informatiebeveiliging en NEN 7510 toets</w:t>
      </w:r>
    </w:p>
    <w:p w14:paraId="10F384FA" w14:textId="77777777" w:rsidR="00151075" w:rsidRDefault="00D76B7D">
      <w:pPr>
        <w:pStyle w:val="Heading3"/>
      </w:pPr>
      <w:r>
        <w:t>NEN 7510 auditcheck</w:t>
      </w:r>
    </w:p>
    <w:tbl>
      <w:tblPr>
        <w:tblStyle w:val="TableGrid"/>
        <w:tblW w:w="0" w:type="auto"/>
        <w:jc w:val="center"/>
        <w:tblLook w:val="04A0" w:firstRow="1" w:lastRow="0" w:firstColumn="1" w:lastColumn="0" w:noHBand="0" w:noVBand="1"/>
      </w:tblPr>
      <w:tblGrid>
        <w:gridCol w:w="2917"/>
        <w:gridCol w:w="1467"/>
        <w:gridCol w:w="1572"/>
        <w:gridCol w:w="1252"/>
        <w:gridCol w:w="3264"/>
      </w:tblGrid>
      <w:tr w:rsidR="00151075" w14:paraId="42169CB3" w14:textId="77777777">
        <w:trPr>
          <w:tblHeader/>
          <w:jc w:val="center"/>
        </w:trPr>
        <w:tc>
          <w:tcPr>
            <w:tcW w:w="4025" w:type="dxa"/>
            <w:shd w:val="clear" w:color="auto" w:fill="3A6EA5"/>
            <w:tcMar>
              <w:top w:w="80" w:type="dxa"/>
              <w:left w:w="80" w:type="dxa"/>
              <w:bottom w:w="80" w:type="dxa"/>
              <w:right w:w="80" w:type="dxa"/>
            </w:tcMar>
            <w:vAlign w:val="center"/>
          </w:tcPr>
          <w:p w14:paraId="694126D6" w14:textId="77777777" w:rsidR="00151075" w:rsidRDefault="00D76B7D">
            <w:pPr>
              <w:spacing w:after="0"/>
            </w:pPr>
            <w:r>
              <w:rPr>
                <w:b/>
                <w:color w:val="FFFFFF"/>
                <w:sz w:val="16"/>
              </w:rPr>
              <w:t>Beheersgebied / vraag</w:t>
            </w:r>
          </w:p>
        </w:tc>
        <w:tc>
          <w:tcPr>
            <w:tcW w:w="680" w:type="dxa"/>
            <w:shd w:val="clear" w:color="auto" w:fill="3A6EA5"/>
            <w:tcMar>
              <w:top w:w="80" w:type="dxa"/>
              <w:left w:w="80" w:type="dxa"/>
              <w:bottom w:w="80" w:type="dxa"/>
              <w:right w:w="80" w:type="dxa"/>
            </w:tcMar>
            <w:vAlign w:val="center"/>
          </w:tcPr>
          <w:p w14:paraId="037BCC8B" w14:textId="77777777" w:rsidR="00151075" w:rsidRDefault="00D76B7D">
            <w:pPr>
              <w:spacing w:after="0"/>
            </w:pPr>
            <w:r>
              <w:rPr>
                <w:b/>
                <w:color w:val="FFFFFF"/>
                <w:sz w:val="16"/>
              </w:rPr>
              <w:t>Voldoende</w:t>
            </w:r>
          </w:p>
        </w:tc>
        <w:tc>
          <w:tcPr>
            <w:tcW w:w="680" w:type="dxa"/>
            <w:shd w:val="clear" w:color="auto" w:fill="3A6EA5"/>
            <w:tcMar>
              <w:top w:w="80" w:type="dxa"/>
              <w:left w:w="80" w:type="dxa"/>
              <w:bottom w:w="80" w:type="dxa"/>
              <w:right w:w="80" w:type="dxa"/>
            </w:tcMar>
            <w:vAlign w:val="center"/>
          </w:tcPr>
          <w:p w14:paraId="3F629A15" w14:textId="77777777" w:rsidR="00151075" w:rsidRDefault="00D76B7D">
            <w:pPr>
              <w:spacing w:after="0"/>
            </w:pPr>
            <w:r>
              <w:rPr>
                <w:b/>
                <w:color w:val="FFFFFF"/>
                <w:sz w:val="16"/>
              </w:rPr>
              <w:t>Onvoldoende</w:t>
            </w:r>
          </w:p>
        </w:tc>
        <w:tc>
          <w:tcPr>
            <w:tcW w:w="793" w:type="dxa"/>
            <w:shd w:val="clear" w:color="auto" w:fill="3A6EA5"/>
            <w:tcMar>
              <w:top w:w="80" w:type="dxa"/>
              <w:left w:w="80" w:type="dxa"/>
              <w:bottom w:w="80" w:type="dxa"/>
              <w:right w:w="80" w:type="dxa"/>
            </w:tcMar>
            <w:vAlign w:val="center"/>
          </w:tcPr>
          <w:p w14:paraId="44BDEA33" w14:textId="77777777" w:rsidR="00151075" w:rsidRDefault="00D76B7D">
            <w:pPr>
              <w:spacing w:after="0"/>
            </w:pPr>
            <w:r>
              <w:rPr>
                <w:b/>
                <w:color w:val="FFFFFF"/>
                <w:sz w:val="16"/>
              </w:rPr>
              <w:t>N.v.t.</w:t>
            </w:r>
          </w:p>
        </w:tc>
        <w:tc>
          <w:tcPr>
            <w:tcW w:w="3288" w:type="dxa"/>
            <w:shd w:val="clear" w:color="auto" w:fill="3A6EA5"/>
            <w:tcMar>
              <w:top w:w="80" w:type="dxa"/>
              <w:left w:w="80" w:type="dxa"/>
              <w:bottom w:w="80" w:type="dxa"/>
              <w:right w:w="80" w:type="dxa"/>
            </w:tcMar>
            <w:vAlign w:val="center"/>
          </w:tcPr>
          <w:p w14:paraId="44CE86CF" w14:textId="77777777" w:rsidR="00151075" w:rsidRDefault="00D76B7D">
            <w:pPr>
              <w:spacing w:after="0"/>
            </w:pPr>
            <w:r>
              <w:rPr>
                <w:b/>
                <w:color w:val="FFFFFF"/>
                <w:sz w:val="16"/>
              </w:rPr>
              <w:t>Bewijs / toelichting</w:t>
            </w:r>
          </w:p>
        </w:tc>
      </w:tr>
      <w:tr w:rsidR="00151075" w14:paraId="38580946" w14:textId="77777777">
        <w:trPr>
          <w:jc w:val="center"/>
        </w:trPr>
        <w:tc>
          <w:tcPr>
            <w:tcW w:w="2096" w:type="dxa"/>
          </w:tcPr>
          <w:p w14:paraId="78864F46" w14:textId="77777777" w:rsidR="00151075" w:rsidRPr="005A6DD4" w:rsidRDefault="00D76B7D">
            <w:pPr>
              <w:spacing w:after="0"/>
              <w:rPr>
                <w:lang w:val="nl-NL"/>
              </w:rPr>
            </w:pPr>
            <w:r w:rsidRPr="005A6DD4">
              <w:rPr>
                <w:sz w:val="16"/>
                <w:lang w:val="nl-NL"/>
              </w:rPr>
              <w:t>Eigenaar, proceseigenaar, systeemeigenaar en securityverantwoordelijke zijn benoemd</w:t>
            </w:r>
          </w:p>
        </w:tc>
        <w:tc>
          <w:tcPr>
            <w:tcW w:w="2096" w:type="dxa"/>
          </w:tcPr>
          <w:p w14:paraId="539C1EE0" w14:textId="77777777" w:rsidR="00151075" w:rsidRDefault="00000000">
            <w:pPr>
              <w:spacing w:after="0"/>
              <w:jc w:val="center"/>
            </w:pPr>
            <w:sdt>
              <w:sdtPr>
                <w:alias w:val="CHECKBOX_178"/>
                <w:tag w:val="CHECKBOX_178"/>
                <w:id w:val="1217038213"/>
                <w14:checkbox>
                  <w14:checked w14:val="0"/>
                  <w14:checkedState w14:val="2612" w14:font="MS Gothic"/>
                  <w14:uncheckedState w14:val="2610" w14:font="MS Gothic"/>
                </w14:checkbox>
              </w:sdtPr>
              <w:sdtContent>
                <w:r w:rsidR="00D76B7D">
                  <w:rPr>
                    <w:sz w:val="24"/>
                  </w:rPr>
                  <w:t>☐</w:t>
                </w:r>
              </w:sdtContent>
            </w:sdt>
          </w:p>
        </w:tc>
        <w:tc>
          <w:tcPr>
            <w:tcW w:w="2096" w:type="dxa"/>
          </w:tcPr>
          <w:p w14:paraId="27594753" w14:textId="77777777" w:rsidR="00151075" w:rsidRDefault="00000000">
            <w:pPr>
              <w:spacing w:after="0"/>
              <w:jc w:val="center"/>
            </w:pPr>
            <w:sdt>
              <w:sdtPr>
                <w:alias w:val="CHECKBOX_179"/>
                <w:tag w:val="CHECKBOX_179"/>
                <w:id w:val="1983985756"/>
                <w14:checkbox>
                  <w14:checked w14:val="0"/>
                  <w14:checkedState w14:val="2612" w14:font="MS Gothic"/>
                  <w14:uncheckedState w14:val="2610" w14:font="MS Gothic"/>
                </w14:checkbox>
              </w:sdtPr>
              <w:sdtContent>
                <w:r w:rsidR="00D76B7D">
                  <w:rPr>
                    <w:sz w:val="24"/>
                  </w:rPr>
                  <w:t>☐</w:t>
                </w:r>
              </w:sdtContent>
            </w:sdt>
          </w:p>
        </w:tc>
        <w:tc>
          <w:tcPr>
            <w:tcW w:w="2096" w:type="dxa"/>
          </w:tcPr>
          <w:p w14:paraId="27120DBA" w14:textId="77777777" w:rsidR="00151075" w:rsidRDefault="00000000">
            <w:pPr>
              <w:spacing w:after="0"/>
              <w:jc w:val="center"/>
            </w:pPr>
            <w:sdt>
              <w:sdtPr>
                <w:alias w:val="CHECKBOX_180"/>
                <w:tag w:val="CHECKBOX_180"/>
                <w:id w:val="1551093718"/>
                <w14:checkbox>
                  <w14:checked w14:val="0"/>
                  <w14:checkedState w14:val="2612" w14:font="MS Gothic"/>
                  <w14:uncheckedState w14:val="2610" w14:font="MS Gothic"/>
                </w14:checkbox>
              </w:sdtPr>
              <w:sdtContent>
                <w:r w:rsidR="00D76B7D">
                  <w:rPr>
                    <w:sz w:val="24"/>
                  </w:rPr>
                  <w:t>☐</w:t>
                </w:r>
              </w:sdtContent>
            </w:sdt>
          </w:p>
        </w:tc>
        <w:tc>
          <w:tcPr>
            <w:tcW w:w="2096" w:type="dxa"/>
          </w:tcPr>
          <w:p w14:paraId="7AA5527D" w14:textId="77777777" w:rsidR="00151075" w:rsidRDefault="00000000">
            <w:pPr>
              <w:spacing w:after="0"/>
            </w:pPr>
            <w:sdt>
              <w:sdtPr>
                <w:alias w:val="NEN_7510_AUDITCHECK_1_TOELICHTING"/>
                <w:tag w:val="NEN_7510_AUDITCHECK_1_TOELICHTING"/>
                <w:id w:val="1723096763"/>
                <w:text/>
              </w:sdtPr>
              <w:sdtContent>
                <w:r w:rsidR="00D76B7D">
                  <w:rPr>
                    <w:color w:val="646464"/>
                    <w:sz w:val="15"/>
                  </w:rPr>
                  <w:t>{{NEN_7510_AUDITCHECK_1_TOELICHTING}}</w:t>
                </w:r>
              </w:sdtContent>
            </w:sdt>
          </w:p>
        </w:tc>
      </w:tr>
      <w:tr w:rsidR="00151075" w14:paraId="0409C660" w14:textId="77777777">
        <w:trPr>
          <w:jc w:val="center"/>
        </w:trPr>
        <w:tc>
          <w:tcPr>
            <w:tcW w:w="2096" w:type="dxa"/>
          </w:tcPr>
          <w:p w14:paraId="2468923B" w14:textId="77777777" w:rsidR="00151075" w:rsidRPr="005A6DD4" w:rsidRDefault="00D76B7D">
            <w:pPr>
              <w:spacing w:after="0"/>
              <w:rPr>
                <w:lang w:val="nl-NL"/>
              </w:rPr>
            </w:pPr>
            <w:r w:rsidRPr="005A6DD4">
              <w:rPr>
                <w:sz w:val="16"/>
                <w:lang w:val="nl-NL"/>
              </w:rPr>
              <w:t>Risicoanalyse informatiebeveiliging is uitgevoerd en gekoppeld aan het ISMS</w:t>
            </w:r>
          </w:p>
        </w:tc>
        <w:tc>
          <w:tcPr>
            <w:tcW w:w="2096" w:type="dxa"/>
          </w:tcPr>
          <w:p w14:paraId="5ABEA611" w14:textId="77777777" w:rsidR="00151075" w:rsidRDefault="00000000">
            <w:pPr>
              <w:spacing w:after="0"/>
              <w:jc w:val="center"/>
            </w:pPr>
            <w:sdt>
              <w:sdtPr>
                <w:alias w:val="CHECKBOX_181"/>
                <w:tag w:val="CHECKBOX_181"/>
                <w:id w:val="841916490"/>
                <w14:checkbox>
                  <w14:checked w14:val="0"/>
                  <w14:checkedState w14:val="2612" w14:font="MS Gothic"/>
                  <w14:uncheckedState w14:val="2610" w14:font="MS Gothic"/>
                </w14:checkbox>
              </w:sdtPr>
              <w:sdtContent>
                <w:r w:rsidR="00D76B7D">
                  <w:rPr>
                    <w:sz w:val="24"/>
                  </w:rPr>
                  <w:t>☐</w:t>
                </w:r>
              </w:sdtContent>
            </w:sdt>
          </w:p>
        </w:tc>
        <w:tc>
          <w:tcPr>
            <w:tcW w:w="2096" w:type="dxa"/>
          </w:tcPr>
          <w:p w14:paraId="5EF5C2B3" w14:textId="77777777" w:rsidR="00151075" w:rsidRDefault="00000000">
            <w:pPr>
              <w:spacing w:after="0"/>
              <w:jc w:val="center"/>
            </w:pPr>
            <w:sdt>
              <w:sdtPr>
                <w:alias w:val="CHECKBOX_182"/>
                <w:tag w:val="CHECKBOX_182"/>
                <w:id w:val="1640248530"/>
                <w14:checkbox>
                  <w14:checked w14:val="0"/>
                  <w14:checkedState w14:val="2612" w14:font="MS Gothic"/>
                  <w14:uncheckedState w14:val="2610" w14:font="MS Gothic"/>
                </w14:checkbox>
              </w:sdtPr>
              <w:sdtContent>
                <w:r w:rsidR="00D76B7D">
                  <w:rPr>
                    <w:sz w:val="24"/>
                  </w:rPr>
                  <w:t>☐</w:t>
                </w:r>
              </w:sdtContent>
            </w:sdt>
          </w:p>
        </w:tc>
        <w:tc>
          <w:tcPr>
            <w:tcW w:w="2096" w:type="dxa"/>
          </w:tcPr>
          <w:p w14:paraId="153B35C8" w14:textId="77777777" w:rsidR="00151075" w:rsidRDefault="00000000">
            <w:pPr>
              <w:spacing w:after="0"/>
              <w:jc w:val="center"/>
            </w:pPr>
            <w:sdt>
              <w:sdtPr>
                <w:alias w:val="CHECKBOX_183"/>
                <w:tag w:val="CHECKBOX_183"/>
                <w:id w:val="471376490"/>
                <w14:checkbox>
                  <w14:checked w14:val="0"/>
                  <w14:checkedState w14:val="2612" w14:font="MS Gothic"/>
                  <w14:uncheckedState w14:val="2610" w14:font="MS Gothic"/>
                </w14:checkbox>
              </w:sdtPr>
              <w:sdtContent>
                <w:r w:rsidR="00D76B7D">
                  <w:rPr>
                    <w:sz w:val="24"/>
                  </w:rPr>
                  <w:t>☐</w:t>
                </w:r>
              </w:sdtContent>
            </w:sdt>
          </w:p>
        </w:tc>
        <w:tc>
          <w:tcPr>
            <w:tcW w:w="2096" w:type="dxa"/>
          </w:tcPr>
          <w:p w14:paraId="1B8AEA96" w14:textId="77777777" w:rsidR="00151075" w:rsidRDefault="00000000">
            <w:pPr>
              <w:spacing w:after="0"/>
            </w:pPr>
            <w:sdt>
              <w:sdtPr>
                <w:alias w:val="NEN_7510_AUDITCHECK_2_TOELICHTING"/>
                <w:tag w:val="NEN_7510_AUDITCHECK_2_TOELICHTING"/>
                <w:id w:val="1991045116"/>
                <w:text/>
              </w:sdtPr>
              <w:sdtContent>
                <w:r w:rsidR="00D76B7D">
                  <w:rPr>
                    <w:color w:val="646464"/>
                    <w:sz w:val="15"/>
                  </w:rPr>
                  <w:t>{{NEN_7510_AUDITCHECK_2_TOELICHTING}}</w:t>
                </w:r>
              </w:sdtContent>
            </w:sdt>
          </w:p>
        </w:tc>
      </w:tr>
      <w:tr w:rsidR="00151075" w14:paraId="49AC8C53" w14:textId="77777777">
        <w:trPr>
          <w:jc w:val="center"/>
        </w:trPr>
        <w:tc>
          <w:tcPr>
            <w:tcW w:w="2096" w:type="dxa"/>
          </w:tcPr>
          <w:p w14:paraId="060BFB10" w14:textId="77777777" w:rsidR="00151075" w:rsidRDefault="00D76B7D">
            <w:pPr>
              <w:spacing w:after="0"/>
            </w:pPr>
            <w:r>
              <w:rPr>
                <w:sz w:val="16"/>
              </w:rPr>
              <w:t>BIV-classificatie is bepaald</w:t>
            </w:r>
          </w:p>
        </w:tc>
        <w:tc>
          <w:tcPr>
            <w:tcW w:w="2096" w:type="dxa"/>
          </w:tcPr>
          <w:p w14:paraId="14AB5268" w14:textId="77777777" w:rsidR="00151075" w:rsidRDefault="00000000">
            <w:pPr>
              <w:spacing w:after="0"/>
              <w:jc w:val="center"/>
            </w:pPr>
            <w:sdt>
              <w:sdtPr>
                <w:alias w:val="CHECKBOX_184"/>
                <w:tag w:val="CHECKBOX_184"/>
                <w:id w:val="814618647"/>
                <w14:checkbox>
                  <w14:checked w14:val="0"/>
                  <w14:checkedState w14:val="2612" w14:font="MS Gothic"/>
                  <w14:uncheckedState w14:val="2610" w14:font="MS Gothic"/>
                </w14:checkbox>
              </w:sdtPr>
              <w:sdtContent>
                <w:r w:rsidR="00D76B7D">
                  <w:rPr>
                    <w:sz w:val="24"/>
                  </w:rPr>
                  <w:t>☐</w:t>
                </w:r>
              </w:sdtContent>
            </w:sdt>
          </w:p>
        </w:tc>
        <w:tc>
          <w:tcPr>
            <w:tcW w:w="2096" w:type="dxa"/>
          </w:tcPr>
          <w:p w14:paraId="0B851F19" w14:textId="77777777" w:rsidR="00151075" w:rsidRDefault="00000000">
            <w:pPr>
              <w:spacing w:after="0"/>
              <w:jc w:val="center"/>
            </w:pPr>
            <w:sdt>
              <w:sdtPr>
                <w:alias w:val="CHECKBOX_185"/>
                <w:tag w:val="CHECKBOX_185"/>
                <w:id w:val="1352281917"/>
                <w14:checkbox>
                  <w14:checked w14:val="0"/>
                  <w14:checkedState w14:val="2612" w14:font="MS Gothic"/>
                  <w14:uncheckedState w14:val="2610" w14:font="MS Gothic"/>
                </w14:checkbox>
              </w:sdtPr>
              <w:sdtContent>
                <w:r w:rsidR="00D76B7D">
                  <w:rPr>
                    <w:sz w:val="24"/>
                  </w:rPr>
                  <w:t>☐</w:t>
                </w:r>
              </w:sdtContent>
            </w:sdt>
          </w:p>
        </w:tc>
        <w:tc>
          <w:tcPr>
            <w:tcW w:w="2096" w:type="dxa"/>
          </w:tcPr>
          <w:p w14:paraId="0D06C838" w14:textId="77777777" w:rsidR="00151075" w:rsidRDefault="00000000">
            <w:pPr>
              <w:spacing w:after="0"/>
              <w:jc w:val="center"/>
            </w:pPr>
            <w:sdt>
              <w:sdtPr>
                <w:alias w:val="CHECKBOX_186"/>
                <w:tag w:val="CHECKBOX_186"/>
                <w:id w:val="657380663"/>
                <w14:checkbox>
                  <w14:checked w14:val="0"/>
                  <w14:checkedState w14:val="2612" w14:font="MS Gothic"/>
                  <w14:uncheckedState w14:val="2610" w14:font="MS Gothic"/>
                </w14:checkbox>
              </w:sdtPr>
              <w:sdtContent>
                <w:r w:rsidR="00D76B7D">
                  <w:rPr>
                    <w:sz w:val="24"/>
                  </w:rPr>
                  <w:t>☐</w:t>
                </w:r>
              </w:sdtContent>
            </w:sdt>
          </w:p>
        </w:tc>
        <w:tc>
          <w:tcPr>
            <w:tcW w:w="2096" w:type="dxa"/>
          </w:tcPr>
          <w:p w14:paraId="583BC06B" w14:textId="77777777" w:rsidR="00151075" w:rsidRDefault="00000000">
            <w:pPr>
              <w:spacing w:after="0"/>
            </w:pPr>
            <w:sdt>
              <w:sdtPr>
                <w:alias w:val="NEN_7510_AUDITCHECK_3_TOELICHTING"/>
                <w:tag w:val="NEN_7510_AUDITCHECK_3_TOELICHTING"/>
                <w:id w:val="245614202"/>
                <w:text/>
              </w:sdtPr>
              <w:sdtContent>
                <w:r w:rsidR="00D76B7D">
                  <w:rPr>
                    <w:color w:val="646464"/>
                    <w:sz w:val="15"/>
                  </w:rPr>
                  <w:t>{{NEN_7510_AUDITCHECK_3_TOELICHTING}}</w:t>
                </w:r>
              </w:sdtContent>
            </w:sdt>
          </w:p>
        </w:tc>
      </w:tr>
      <w:tr w:rsidR="00151075" w14:paraId="771A130D" w14:textId="77777777">
        <w:trPr>
          <w:jc w:val="center"/>
        </w:trPr>
        <w:tc>
          <w:tcPr>
            <w:tcW w:w="2096" w:type="dxa"/>
          </w:tcPr>
          <w:p w14:paraId="7B902217" w14:textId="77777777" w:rsidR="00151075" w:rsidRPr="005A6DD4" w:rsidRDefault="00D76B7D">
            <w:pPr>
              <w:spacing w:after="0"/>
              <w:rPr>
                <w:lang w:val="nl-NL"/>
              </w:rPr>
            </w:pPr>
            <w:r w:rsidRPr="005A6DD4">
              <w:rPr>
                <w:sz w:val="16"/>
                <w:lang w:val="nl-NL"/>
              </w:rPr>
              <w:t>Autorisatiematrix is opgesteld en goedgekeurd</w:t>
            </w:r>
          </w:p>
        </w:tc>
        <w:tc>
          <w:tcPr>
            <w:tcW w:w="2096" w:type="dxa"/>
          </w:tcPr>
          <w:p w14:paraId="6378D9AB" w14:textId="77777777" w:rsidR="00151075" w:rsidRDefault="00000000">
            <w:pPr>
              <w:spacing w:after="0"/>
              <w:jc w:val="center"/>
            </w:pPr>
            <w:sdt>
              <w:sdtPr>
                <w:alias w:val="CHECKBOX_187"/>
                <w:tag w:val="CHECKBOX_187"/>
                <w:id w:val="1872567580"/>
                <w14:checkbox>
                  <w14:checked w14:val="0"/>
                  <w14:checkedState w14:val="2612" w14:font="MS Gothic"/>
                  <w14:uncheckedState w14:val="2610" w14:font="MS Gothic"/>
                </w14:checkbox>
              </w:sdtPr>
              <w:sdtContent>
                <w:r w:rsidR="00D76B7D">
                  <w:rPr>
                    <w:sz w:val="24"/>
                  </w:rPr>
                  <w:t>☐</w:t>
                </w:r>
              </w:sdtContent>
            </w:sdt>
          </w:p>
        </w:tc>
        <w:tc>
          <w:tcPr>
            <w:tcW w:w="2096" w:type="dxa"/>
          </w:tcPr>
          <w:p w14:paraId="2E436524" w14:textId="77777777" w:rsidR="00151075" w:rsidRDefault="00000000">
            <w:pPr>
              <w:spacing w:after="0"/>
              <w:jc w:val="center"/>
            </w:pPr>
            <w:sdt>
              <w:sdtPr>
                <w:alias w:val="CHECKBOX_188"/>
                <w:tag w:val="CHECKBOX_188"/>
                <w:id w:val="871833743"/>
                <w14:checkbox>
                  <w14:checked w14:val="0"/>
                  <w14:checkedState w14:val="2612" w14:font="MS Gothic"/>
                  <w14:uncheckedState w14:val="2610" w14:font="MS Gothic"/>
                </w14:checkbox>
              </w:sdtPr>
              <w:sdtContent>
                <w:r w:rsidR="00D76B7D">
                  <w:rPr>
                    <w:sz w:val="24"/>
                  </w:rPr>
                  <w:t>☐</w:t>
                </w:r>
              </w:sdtContent>
            </w:sdt>
          </w:p>
        </w:tc>
        <w:tc>
          <w:tcPr>
            <w:tcW w:w="2096" w:type="dxa"/>
          </w:tcPr>
          <w:p w14:paraId="6A8BDEC2" w14:textId="77777777" w:rsidR="00151075" w:rsidRDefault="00000000">
            <w:pPr>
              <w:spacing w:after="0"/>
              <w:jc w:val="center"/>
            </w:pPr>
            <w:sdt>
              <w:sdtPr>
                <w:alias w:val="CHECKBOX_189"/>
                <w:tag w:val="CHECKBOX_189"/>
                <w:id w:val="1967845620"/>
                <w14:checkbox>
                  <w14:checked w14:val="0"/>
                  <w14:checkedState w14:val="2612" w14:font="MS Gothic"/>
                  <w14:uncheckedState w14:val="2610" w14:font="MS Gothic"/>
                </w14:checkbox>
              </w:sdtPr>
              <w:sdtContent>
                <w:r w:rsidR="00D76B7D">
                  <w:rPr>
                    <w:sz w:val="24"/>
                  </w:rPr>
                  <w:t>☐</w:t>
                </w:r>
              </w:sdtContent>
            </w:sdt>
          </w:p>
        </w:tc>
        <w:tc>
          <w:tcPr>
            <w:tcW w:w="2096" w:type="dxa"/>
          </w:tcPr>
          <w:p w14:paraId="12ED99A9" w14:textId="77777777" w:rsidR="00151075" w:rsidRDefault="00000000">
            <w:pPr>
              <w:spacing w:after="0"/>
            </w:pPr>
            <w:sdt>
              <w:sdtPr>
                <w:alias w:val="NEN_7510_AUDITCHECK_4_TOELICHTING"/>
                <w:tag w:val="NEN_7510_AUDITCHECK_4_TOELICHTING"/>
                <w:id w:val="-2141709429"/>
                <w:text/>
              </w:sdtPr>
              <w:sdtContent>
                <w:r w:rsidR="00D76B7D">
                  <w:rPr>
                    <w:color w:val="646464"/>
                    <w:sz w:val="15"/>
                  </w:rPr>
                  <w:t>{{NEN_7510_AUDITCHECK_4_TOELICHTING}}</w:t>
                </w:r>
              </w:sdtContent>
            </w:sdt>
          </w:p>
        </w:tc>
      </w:tr>
      <w:tr w:rsidR="00151075" w14:paraId="0EC04D4F" w14:textId="77777777">
        <w:trPr>
          <w:jc w:val="center"/>
        </w:trPr>
        <w:tc>
          <w:tcPr>
            <w:tcW w:w="2096" w:type="dxa"/>
          </w:tcPr>
          <w:p w14:paraId="3E59CBFD" w14:textId="77777777" w:rsidR="00151075" w:rsidRPr="005A6DD4" w:rsidRDefault="00D76B7D">
            <w:pPr>
              <w:spacing w:after="0"/>
              <w:rPr>
                <w:lang w:val="nl-NL"/>
              </w:rPr>
            </w:pPr>
            <w:r w:rsidRPr="005A6DD4">
              <w:rPr>
                <w:sz w:val="16"/>
                <w:lang w:val="nl-NL"/>
              </w:rPr>
              <w:t>Identiteitsbeheer en sterke authenticatie zijn ingericht</w:t>
            </w:r>
          </w:p>
        </w:tc>
        <w:tc>
          <w:tcPr>
            <w:tcW w:w="2096" w:type="dxa"/>
          </w:tcPr>
          <w:p w14:paraId="15F382E7" w14:textId="77777777" w:rsidR="00151075" w:rsidRDefault="00000000">
            <w:pPr>
              <w:spacing w:after="0"/>
              <w:jc w:val="center"/>
            </w:pPr>
            <w:sdt>
              <w:sdtPr>
                <w:alias w:val="CHECKBOX_190"/>
                <w:tag w:val="CHECKBOX_190"/>
                <w:id w:val="36769576"/>
                <w14:checkbox>
                  <w14:checked w14:val="0"/>
                  <w14:checkedState w14:val="2612" w14:font="MS Gothic"/>
                  <w14:uncheckedState w14:val="2610" w14:font="MS Gothic"/>
                </w14:checkbox>
              </w:sdtPr>
              <w:sdtContent>
                <w:r w:rsidR="00D76B7D">
                  <w:rPr>
                    <w:sz w:val="24"/>
                  </w:rPr>
                  <w:t>☐</w:t>
                </w:r>
              </w:sdtContent>
            </w:sdt>
          </w:p>
        </w:tc>
        <w:tc>
          <w:tcPr>
            <w:tcW w:w="2096" w:type="dxa"/>
          </w:tcPr>
          <w:p w14:paraId="39F1912A" w14:textId="77777777" w:rsidR="00151075" w:rsidRDefault="00000000">
            <w:pPr>
              <w:spacing w:after="0"/>
              <w:jc w:val="center"/>
            </w:pPr>
            <w:sdt>
              <w:sdtPr>
                <w:alias w:val="CHECKBOX_191"/>
                <w:tag w:val="CHECKBOX_191"/>
                <w:id w:val="1135112852"/>
                <w14:checkbox>
                  <w14:checked w14:val="0"/>
                  <w14:checkedState w14:val="2612" w14:font="MS Gothic"/>
                  <w14:uncheckedState w14:val="2610" w14:font="MS Gothic"/>
                </w14:checkbox>
              </w:sdtPr>
              <w:sdtContent>
                <w:r w:rsidR="00D76B7D">
                  <w:rPr>
                    <w:sz w:val="24"/>
                  </w:rPr>
                  <w:t>☐</w:t>
                </w:r>
              </w:sdtContent>
            </w:sdt>
          </w:p>
        </w:tc>
        <w:tc>
          <w:tcPr>
            <w:tcW w:w="2096" w:type="dxa"/>
          </w:tcPr>
          <w:p w14:paraId="035AC969" w14:textId="77777777" w:rsidR="00151075" w:rsidRDefault="00000000">
            <w:pPr>
              <w:spacing w:after="0"/>
              <w:jc w:val="center"/>
            </w:pPr>
            <w:sdt>
              <w:sdtPr>
                <w:alias w:val="CHECKBOX_192"/>
                <w:tag w:val="CHECKBOX_192"/>
                <w:id w:val="1229365447"/>
                <w14:checkbox>
                  <w14:checked w14:val="0"/>
                  <w14:checkedState w14:val="2612" w14:font="MS Gothic"/>
                  <w14:uncheckedState w14:val="2610" w14:font="MS Gothic"/>
                </w14:checkbox>
              </w:sdtPr>
              <w:sdtContent>
                <w:r w:rsidR="00D76B7D">
                  <w:rPr>
                    <w:sz w:val="24"/>
                  </w:rPr>
                  <w:t>☐</w:t>
                </w:r>
              </w:sdtContent>
            </w:sdt>
          </w:p>
        </w:tc>
        <w:tc>
          <w:tcPr>
            <w:tcW w:w="2096" w:type="dxa"/>
          </w:tcPr>
          <w:p w14:paraId="4CED69C1" w14:textId="77777777" w:rsidR="00151075" w:rsidRDefault="00000000">
            <w:pPr>
              <w:spacing w:after="0"/>
            </w:pPr>
            <w:sdt>
              <w:sdtPr>
                <w:alias w:val="NEN_7510_AUDITCHECK_5_TOELICHTING"/>
                <w:tag w:val="NEN_7510_AUDITCHECK_5_TOELICHTING"/>
                <w:id w:val="-1778555334"/>
                <w:text/>
              </w:sdtPr>
              <w:sdtContent>
                <w:r w:rsidR="00D76B7D">
                  <w:rPr>
                    <w:color w:val="646464"/>
                    <w:sz w:val="15"/>
                  </w:rPr>
                  <w:t>{{NEN_7510_AUDITCHECK_5_TOELICHTING}}</w:t>
                </w:r>
              </w:sdtContent>
            </w:sdt>
          </w:p>
        </w:tc>
      </w:tr>
      <w:tr w:rsidR="00151075" w14:paraId="301B829C" w14:textId="77777777">
        <w:trPr>
          <w:jc w:val="center"/>
        </w:trPr>
        <w:tc>
          <w:tcPr>
            <w:tcW w:w="2096" w:type="dxa"/>
          </w:tcPr>
          <w:p w14:paraId="02628102" w14:textId="77777777" w:rsidR="00151075" w:rsidRPr="005A6DD4" w:rsidRDefault="00D76B7D">
            <w:pPr>
              <w:spacing w:after="0"/>
              <w:rPr>
                <w:lang w:val="nl-NL"/>
              </w:rPr>
            </w:pPr>
            <w:r w:rsidRPr="005A6DD4">
              <w:rPr>
                <w:sz w:val="16"/>
                <w:lang w:val="nl-NL"/>
              </w:rPr>
              <w:lastRenderedPageBreak/>
              <w:t>Logging en monitoring zijn ingericht</w:t>
            </w:r>
          </w:p>
        </w:tc>
        <w:tc>
          <w:tcPr>
            <w:tcW w:w="2096" w:type="dxa"/>
          </w:tcPr>
          <w:p w14:paraId="17FBCAC6" w14:textId="77777777" w:rsidR="00151075" w:rsidRDefault="00000000">
            <w:pPr>
              <w:spacing w:after="0"/>
              <w:jc w:val="center"/>
            </w:pPr>
            <w:sdt>
              <w:sdtPr>
                <w:alias w:val="CHECKBOX_193"/>
                <w:tag w:val="CHECKBOX_193"/>
                <w:id w:val="905073102"/>
                <w14:checkbox>
                  <w14:checked w14:val="0"/>
                  <w14:checkedState w14:val="2612" w14:font="MS Gothic"/>
                  <w14:uncheckedState w14:val="2610" w14:font="MS Gothic"/>
                </w14:checkbox>
              </w:sdtPr>
              <w:sdtContent>
                <w:r w:rsidR="00D76B7D">
                  <w:rPr>
                    <w:sz w:val="24"/>
                  </w:rPr>
                  <w:t>☐</w:t>
                </w:r>
              </w:sdtContent>
            </w:sdt>
          </w:p>
        </w:tc>
        <w:tc>
          <w:tcPr>
            <w:tcW w:w="2096" w:type="dxa"/>
          </w:tcPr>
          <w:p w14:paraId="319EC561" w14:textId="77777777" w:rsidR="00151075" w:rsidRDefault="00000000">
            <w:pPr>
              <w:spacing w:after="0"/>
              <w:jc w:val="center"/>
            </w:pPr>
            <w:sdt>
              <w:sdtPr>
                <w:alias w:val="CHECKBOX_194"/>
                <w:tag w:val="CHECKBOX_194"/>
                <w:id w:val="46552144"/>
                <w14:checkbox>
                  <w14:checked w14:val="0"/>
                  <w14:checkedState w14:val="2612" w14:font="MS Gothic"/>
                  <w14:uncheckedState w14:val="2610" w14:font="MS Gothic"/>
                </w14:checkbox>
              </w:sdtPr>
              <w:sdtContent>
                <w:r w:rsidR="00D76B7D">
                  <w:rPr>
                    <w:sz w:val="24"/>
                  </w:rPr>
                  <w:t>☐</w:t>
                </w:r>
              </w:sdtContent>
            </w:sdt>
          </w:p>
        </w:tc>
        <w:tc>
          <w:tcPr>
            <w:tcW w:w="2096" w:type="dxa"/>
          </w:tcPr>
          <w:p w14:paraId="3306F49A" w14:textId="77777777" w:rsidR="00151075" w:rsidRDefault="00000000">
            <w:pPr>
              <w:spacing w:after="0"/>
              <w:jc w:val="center"/>
            </w:pPr>
            <w:sdt>
              <w:sdtPr>
                <w:alias w:val="CHECKBOX_195"/>
                <w:tag w:val="CHECKBOX_195"/>
                <w:id w:val="1134360357"/>
                <w14:checkbox>
                  <w14:checked w14:val="0"/>
                  <w14:checkedState w14:val="2612" w14:font="MS Gothic"/>
                  <w14:uncheckedState w14:val="2610" w14:font="MS Gothic"/>
                </w14:checkbox>
              </w:sdtPr>
              <w:sdtContent>
                <w:r w:rsidR="00D76B7D">
                  <w:rPr>
                    <w:sz w:val="24"/>
                  </w:rPr>
                  <w:t>☐</w:t>
                </w:r>
              </w:sdtContent>
            </w:sdt>
          </w:p>
        </w:tc>
        <w:tc>
          <w:tcPr>
            <w:tcW w:w="2096" w:type="dxa"/>
          </w:tcPr>
          <w:p w14:paraId="2CE29409" w14:textId="77777777" w:rsidR="00151075" w:rsidRDefault="00000000">
            <w:pPr>
              <w:spacing w:after="0"/>
            </w:pPr>
            <w:sdt>
              <w:sdtPr>
                <w:alias w:val="NEN_7510_AUDITCHECK_6_TOELICHTING"/>
                <w:tag w:val="NEN_7510_AUDITCHECK_6_TOELICHTING"/>
                <w:id w:val="380366626"/>
                <w:text/>
              </w:sdtPr>
              <w:sdtContent>
                <w:r w:rsidR="00D76B7D">
                  <w:rPr>
                    <w:color w:val="646464"/>
                    <w:sz w:val="15"/>
                  </w:rPr>
                  <w:t>{{NEN_7510_AUDITCHECK_6_TOELICHTING}}</w:t>
                </w:r>
              </w:sdtContent>
            </w:sdt>
          </w:p>
        </w:tc>
      </w:tr>
      <w:tr w:rsidR="00151075" w14:paraId="0FC7A1C5" w14:textId="77777777">
        <w:trPr>
          <w:jc w:val="center"/>
        </w:trPr>
        <w:tc>
          <w:tcPr>
            <w:tcW w:w="2096" w:type="dxa"/>
          </w:tcPr>
          <w:p w14:paraId="2A6E7004" w14:textId="77777777" w:rsidR="00151075" w:rsidRDefault="00D76B7D">
            <w:pPr>
              <w:spacing w:after="0"/>
            </w:pPr>
            <w:r>
              <w:rPr>
                <w:sz w:val="16"/>
              </w:rPr>
              <w:t>Leveranciersbeoordeling is uitgevoerd</w:t>
            </w:r>
          </w:p>
        </w:tc>
        <w:tc>
          <w:tcPr>
            <w:tcW w:w="2096" w:type="dxa"/>
          </w:tcPr>
          <w:p w14:paraId="69CC1F05" w14:textId="77777777" w:rsidR="00151075" w:rsidRDefault="00000000">
            <w:pPr>
              <w:spacing w:after="0"/>
              <w:jc w:val="center"/>
            </w:pPr>
            <w:sdt>
              <w:sdtPr>
                <w:alias w:val="CHECKBOX_196"/>
                <w:tag w:val="CHECKBOX_196"/>
                <w:id w:val="502342384"/>
                <w14:checkbox>
                  <w14:checked w14:val="0"/>
                  <w14:checkedState w14:val="2612" w14:font="MS Gothic"/>
                  <w14:uncheckedState w14:val="2610" w14:font="MS Gothic"/>
                </w14:checkbox>
              </w:sdtPr>
              <w:sdtContent>
                <w:r w:rsidR="00D76B7D">
                  <w:rPr>
                    <w:sz w:val="24"/>
                  </w:rPr>
                  <w:t>☐</w:t>
                </w:r>
              </w:sdtContent>
            </w:sdt>
          </w:p>
        </w:tc>
        <w:tc>
          <w:tcPr>
            <w:tcW w:w="2096" w:type="dxa"/>
          </w:tcPr>
          <w:p w14:paraId="56CEED4A" w14:textId="77777777" w:rsidR="00151075" w:rsidRDefault="00000000">
            <w:pPr>
              <w:spacing w:after="0"/>
              <w:jc w:val="center"/>
            </w:pPr>
            <w:sdt>
              <w:sdtPr>
                <w:alias w:val="CHECKBOX_197"/>
                <w:tag w:val="CHECKBOX_197"/>
                <w:id w:val="962388241"/>
                <w14:checkbox>
                  <w14:checked w14:val="0"/>
                  <w14:checkedState w14:val="2612" w14:font="MS Gothic"/>
                  <w14:uncheckedState w14:val="2610" w14:font="MS Gothic"/>
                </w14:checkbox>
              </w:sdtPr>
              <w:sdtContent>
                <w:r w:rsidR="00D76B7D">
                  <w:rPr>
                    <w:sz w:val="24"/>
                  </w:rPr>
                  <w:t>☐</w:t>
                </w:r>
              </w:sdtContent>
            </w:sdt>
          </w:p>
        </w:tc>
        <w:tc>
          <w:tcPr>
            <w:tcW w:w="2096" w:type="dxa"/>
          </w:tcPr>
          <w:p w14:paraId="5B720DFE" w14:textId="77777777" w:rsidR="00151075" w:rsidRDefault="00000000">
            <w:pPr>
              <w:spacing w:after="0"/>
              <w:jc w:val="center"/>
            </w:pPr>
            <w:sdt>
              <w:sdtPr>
                <w:alias w:val="CHECKBOX_198"/>
                <w:tag w:val="CHECKBOX_198"/>
                <w:id w:val="1921414146"/>
                <w14:checkbox>
                  <w14:checked w14:val="0"/>
                  <w14:checkedState w14:val="2612" w14:font="MS Gothic"/>
                  <w14:uncheckedState w14:val="2610" w14:font="MS Gothic"/>
                </w14:checkbox>
              </w:sdtPr>
              <w:sdtContent>
                <w:r w:rsidR="00D76B7D">
                  <w:rPr>
                    <w:sz w:val="24"/>
                  </w:rPr>
                  <w:t>☐</w:t>
                </w:r>
              </w:sdtContent>
            </w:sdt>
          </w:p>
        </w:tc>
        <w:tc>
          <w:tcPr>
            <w:tcW w:w="2096" w:type="dxa"/>
          </w:tcPr>
          <w:p w14:paraId="418FA882" w14:textId="77777777" w:rsidR="00151075" w:rsidRDefault="00000000">
            <w:pPr>
              <w:spacing w:after="0"/>
            </w:pPr>
            <w:sdt>
              <w:sdtPr>
                <w:alias w:val="NEN_7510_AUDITCHECK_7_TOELICHTING"/>
                <w:tag w:val="NEN_7510_AUDITCHECK_7_TOELICHTING"/>
                <w:id w:val="2122335473"/>
                <w:text/>
              </w:sdtPr>
              <w:sdtContent>
                <w:r w:rsidR="00D76B7D">
                  <w:rPr>
                    <w:color w:val="646464"/>
                    <w:sz w:val="15"/>
                  </w:rPr>
                  <w:t>{{NEN_7510_AUDITCHECK_7_TOELICHTING}}</w:t>
                </w:r>
              </w:sdtContent>
            </w:sdt>
          </w:p>
        </w:tc>
      </w:tr>
      <w:tr w:rsidR="00151075" w14:paraId="4F6E2233" w14:textId="77777777">
        <w:trPr>
          <w:jc w:val="center"/>
        </w:trPr>
        <w:tc>
          <w:tcPr>
            <w:tcW w:w="2096" w:type="dxa"/>
          </w:tcPr>
          <w:p w14:paraId="7895B6F0" w14:textId="77777777" w:rsidR="00151075" w:rsidRPr="005A6DD4" w:rsidRDefault="00D76B7D">
            <w:pPr>
              <w:spacing w:after="0"/>
              <w:rPr>
                <w:lang w:val="nl-NL"/>
              </w:rPr>
            </w:pPr>
            <w:r w:rsidRPr="005A6DD4">
              <w:rPr>
                <w:sz w:val="16"/>
                <w:lang w:val="nl-NL"/>
              </w:rPr>
              <w:t>Back-up, herstel en continuïteit zijn geregeld</w:t>
            </w:r>
          </w:p>
        </w:tc>
        <w:tc>
          <w:tcPr>
            <w:tcW w:w="2096" w:type="dxa"/>
          </w:tcPr>
          <w:p w14:paraId="2298141E" w14:textId="77777777" w:rsidR="00151075" w:rsidRDefault="00000000">
            <w:pPr>
              <w:spacing w:after="0"/>
              <w:jc w:val="center"/>
            </w:pPr>
            <w:sdt>
              <w:sdtPr>
                <w:alias w:val="CHECKBOX_199"/>
                <w:tag w:val="CHECKBOX_199"/>
                <w:id w:val="22510366"/>
                <w14:checkbox>
                  <w14:checked w14:val="0"/>
                  <w14:checkedState w14:val="2612" w14:font="MS Gothic"/>
                  <w14:uncheckedState w14:val="2610" w14:font="MS Gothic"/>
                </w14:checkbox>
              </w:sdtPr>
              <w:sdtContent>
                <w:r w:rsidR="00D76B7D">
                  <w:rPr>
                    <w:sz w:val="24"/>
                  </w:rPr>
                  <w:t>☐</w:t>
                </w:r>
              </w:sdtContent>
            </w:sdt>
          </w:p>
        </w:tc>
        <w:tc>
          <w:tcPr>
            <w:tcW w:w="2096" w:type="dxa"/>
          </w:tcPr>
          <w:p w14:paraId="3F489159" w14:textId="77777777" w:rsidR="00151075" w:rsidRDefault="00000000">
            <w:pPr>
              <w:spacing w:after="0"/>
              <w:jc w:val="center"/>
            </w:pPr>
            <w:sdt>
              <w:sdtPr>
                <w:alias w:val="CHECKBOX_200"/>
                <w:tag w:val="CHECKBOX_200"/>
                <w:id w:val="1708479305"/>
                <w14:checkbox>
                  <w14:checked w14:val="0"/>
                  <w14:checkedState w14:val="2612" w14:font="MS Gothic"/>
                  <w14:uncheckedState w14:val="2610" w14:font="MS Gothic"/>
                </w14:checkbox>
              </w:sdtPr>
              <w:sdtContent>
                <w:r w:rsidR="00D76B7D">
                  <w:rPr>
                    <w:sz w:val="24"/>
                  </w:rPr>
                  <w:t>☐</w:t>
                </w:r>
              </w:sdtContent>
            </w:sdt>
          </w:p>
        </w:tc>
        <w:tc>
          <w:tcPr>
            <w:tcW w:w="2096" w:type="dxa"/>
          </w:tcPr>
          <w:p w14:paraId="5DFCE3FD" w14:textId="77777777" w:rsidR="00151075" w:rsidRDefault="00000000">
            <w:pPr>
              <w:spacing w:after="0"/>
              <w:jc w:val="center"/>
            </w:pPr>
            <w:sdt>
              <w:sdtPr>
                <w:alias w:val="CHECKBOX_201"/>
                <w:tag w:val="CHECKBOX_201"/>
                <w:id w:val="730266301"/>
                <w14:checkbox>
                  <w14:checked w14:val="0"/>
                  <w14:checkedState w14:val="2612" w14:font="MS Gothic"/>
                  <w14:uncheckedState w14:val="2610" w14:font="MS Gothic"/>
                </w14:checkbox>
              </w:sdtPr>
              <w:sdtContent>
                <w:r w:rsidR="00D76B7D">
                  <w:rPr>
                    <w:sz w:val="24"/>
                  </w:rPr>
                  <w:t>☐</w:t>
                </w:r>
              </w:sdtContent>
            </w:sdt>
          </w:p>
        </w:tc>
        <w:tc>
          <w:tcPr>
            <w:tcW w:w="2096" w:type="dxa"/>
          </w:tcPr>
          <w:p w14:paraId="49C346E3" w14:textId="77777777" w:rsidR="00151075" w:rsidRDefault="00000000">
            <w:pPr>
              <w:spacing w:after="0"/>
            </w:pPr>
            <w:sdt>
              <w:sdtPr>
                <w:alias w:val="NEN_7510_AUDITCHECK_8_TOELICHTING"/>
                <w:tag w:val="NEN_7510_AUDITCHECK_8_TOELICHTING"/>
                <w:id w:val="-955940712"/>
                <w:text/>
              </w:sdtPr>
              <w:sdtContent>
                <w:r w:rsidR="00D76B7D">
                  <w:rPr>
                    <w:color w:val="646464"/>
                    <w:sz w:val="15"/>
                  </w:rPr>
                  <w:t>{{NEN_7510_AUDITCHECK_8_TOELICHTING}}</w:t>
                </w:r>
              </w:sdtContent>
            </w:sdt>
          </w:p>
        </w:tc>
      </w:tr>
      <w:tr w:rsidR="00151075" w14:paraId="10188680" w14:textId="77777777">
        <w:trPr>
          <w:jc w:val="center"/>
        </w:trPr>
        <w:tc>
          <w:tcPr>
            <w:tcW w:w="2096" w:type="dxa"/>
          </w:tcPr>
          <w:p w14:paraId="4F22CF39" w14:textId="77777777" w:rsidR="00151075" w:rsidRPr="005A6DD4" w:rsidRDefault="00D76B7D">
            <w:pPr>
              <w:spacing w:after="0"/>
              <w:rPr>
                <w:lang w:val="nl-NL"/>
              </w:rPr>
            </w:pPr>
            <w:r w:rsidRPr="005A6DD4">
              <w:rPr>
                <w:sz w:val="16"/>
                <w:lang w:val="nl-NL"/>
              </w:rPr>
              <w:t>Incident- en datalekprocedure zijn bekend en getest</w:t>
            </w:r>
          </w:p>
        </w:tc>
        <w:tc>
          <w:tcPr>
            <w:tcW w:w="2096" w:type="dxa"/>
          </w:tcPr>
          <w:p w14:paraId="0574AF9A" w14:textId="77777777" w:rsidR="00151075" w:rsidRDefault="00000000">
            <w:pPr>
              <w:spacing w:after="0"/>
              <w:jc w:val="center"/>
            </w:pPr>
            <w:sdt>
              <w:sdtPr>
                <w:alias w:val="CHECKBOX_202"/>
                <w:tag w:val="CHECKBOX_202"/>
                <w:id w:val="1573621379"/>
                <w14:checkbox>
                  <w14:checked w14:val="0"/>
                  <w14:checkedState w14:val="2612" w14:font="MS Gothic"/>
                  <w14:uncheckedState w14:val="2610" w14:font="MS Gothic"/>
                </w14:checkbox>
              </w:sdtPr>
              <w:sdtContent>
                <w:r w:rsidR="00D76B7D">
                  <w:rPr>
                    <w:sz w:val="24"/>
                  </w:rPr>
                  <w:t>☐</w:t>
                </w:r>
              </w:sdtContent>
            </w:sdt>
          </w:p>
        </w:tc>
        <w:tc>
          <w:tcPr>
            <w:tcW w:w="2096" w:type="dxa"/>
          </w:tcPr>
          <w:p w14:paraId="68815E04" w14:textId="77777777" w:rsidR="00151075" w:rsidRDefault="00000000">
            <w:pPr>
              <w:spacing w:after="0"/>
              <w:jc w:val="center"/>
            </w:pPr>
            <w:sdt>
              <w:sdtPr>
                <w:alias w:val="CHECKBOX_203"/>
                <w:tag w:val="CHECKBOX_203"/>
                <w:id w:val="1907841706"/>
                <w14:checkbox>
                  <w14:checked w14:val="0"/>
                  <w14:checkedState w14:val="2612" w14:font="MS Gothic"/>
                  <w14:uncheckedState w14:val="2610" w14:font="MS Gothic"/>
                </w14:checkbox>
              </w:sdtPr>
              <w:sdtContent>
                <w:r w:rsidR="00D76B7D">
                  <w:rPr>
                    <w:sz w:val="24"/>
                  </w:rPr>
                  <w:t>☐</w:t>
                </w:r>
              </w:sdtContent>
            </w:sdt>
          </w:p>
        </w:tc>
        <w:tc>
          <w:tcPr>
            <w:tcW w:w="2096" w:type="dxa"/>
          </w:tcPr>
          <w:p w14:paraId="4600ACB3" w14:textId="77777777" w:rsidR="00151075" w:rsidRDefault="00000000">
            <w:pPr>
              <w:spacing w:after="0"/>
              <w:jc w:val="center"/>
            </w:pPr>
            <w:sdt>
              <w:sdtPr>
                <w:alias w:val="CHECKBOX_204"/>
                <w:tag w:val="CHECKBOX_204"/>
                <w:id w:val="561439719"/>
                <w14:checkbox>
                  <w14:checked w14:val="0"/>
                  <w14:checkedState w14:val="2612" w14:font="MS Gothic"/>
                  <w14:uncheckedState w14:val="2610" w14:font="MS Gothic"/>
                </w14:checkbox>
              </w:sdtPr>
              <w:sdtContent>
                <w:r w:rsidR="00D76B7D">
                  <w:rPr>
                    <w:sz w:val="24"/>
                  </w:rPr>
                  <w:t>☐</w:t>
                </w:r>
              </w:sdtContent>
            </w:sdt>
          </w:p>
        </w:tc>
        <w:tc>
          <w:tcPr>
            <w:tcW w:w="2096" w:type="dxa"/>
          </w:tcPr>
          <w:p w14:paraId="22EE226D" w14:textId="77777777" w:rsidR="00151075" w:rsidRDefault="00000000">
            <w:pPr>
              <w:spacing w:after="0"/>
            </w:pPr>
            <w:sdt>
              <w:sdtPr>
                <w:alias w:val="NEN_7510_AUDITCHECK_9_TOELICHTING"/>
                <w:tag w:val="NEN_7510_AUDITCHECK_9_TOELICHTING"/>
                <w:id w:val="1230421489"/>
                <w:text/>
              </w:sdtPr>
              <w:sdtContent>
                <w:r w:rsidR="00D76B7D">
                  <w:rPr>
                    <w:color w:val="646464"/>
                    <w:sz w:val="15"/>
                  </w:rPr>
                  <w:t>{{NEN_7510_AUDITCHECK_9_TOELICHTING}}</w:t>
                </w:r>
              </w:sdtContent>
            </w:sdt>
          </w:p>
        </w:tc>
      </w:tr>
      <w:tr w:rsidR="00151075" w14:paraId="657C2F4D" w14:textId="77777777">
        <w:trPr>
          <w:jc w:val="center"/>
        </w:trPr>
        <w:tc>
          <w:tcPr>
            <w:tcW w:w="2096" w:type="dxa"/>
          </w:tcPr>
          <w:p w14:paraId="17ECA436" w14:textId="77777777" w:rsidR="00151075" w:rsidRDefault="00D76B7D">
            <w:pPr>
              <w:spacing w:after="0"/>
            </w:pPr>
            <w:r>
              <w:rPr>
                <w:sz w:val="16"/>
              </w:rPr>
              <w:t>Wijzigingsbeheer is ingericht</w:t>
            </w:r>
          </w:p>
        </w:tc>
        <w:tc>
          <w:tcPr>
            <w:tcW w:w="2096" w:type="dxa"/>
          </w:tcPr>
          <w:p w14:paraId="6C645892" w14:textId="77777777" w:rsidR="00151075" w:rsidRDefault="00000000">
            <w:pPr>
              <w:spacing w:after="0"/>
              <w:jc w:val="center"/>
            </w:pPr>
            <w:sdt>
              <w:sdtPr>
                <w:alias w:val="CHECKBOX_205"/>
                <w:tag w:val="CHECKBOX_205"/>
                <w:id w:val="1936507318"/>
                <w14:checkbox>
                  <w14:checked w14:val="0"/>
                  <w14:checkedState w14:val="2612" w14:font="MS Gothic"/>
                  <w14:uncheckedState w14:val="2610" w14:font="MS Gothic"/>
                </w14:checkbox>
              </w:sdtPr>
              <w:sdtContent>
                <w:r w:rsidR="00D76B7D">
                  <w:rPr>
                    <w:sz w:val="24"/>
                  </w:rPr>
                  <w:t>☐</w:t>
                </w:r>
              </w:sdtContent>
            </w:sdt>
          </w:p>
        </w:tc>
        <w:tc>
          <w:tcPr>
            <w:tcW w:w="2096" w:type="dxa"/>
          </w:tcPr>
          <w:p w14:paraId="60A6D8A4" w14:textId="77777777" w:rsidR="00151075" w:rsidRDefault="00000000">
            <w:pPr>
              <w:spacing w:after="0"/>
              <w:jc w:val="center"/>
            </w:pPr>
            <w:sdt>
              <w:sdtPr>
                <w:alias w:val="CHECKBOX_206"/>
                <w:tag w:val="CHECKBOX_206"/>
                <w:id w:val="414296636"/>
                <w14:checkbox>
                  <w14:checked w14:val="0"/>
                  <w14:checkedState w14:val="2612" w14:font="MS Gothic"/>
                  <w14:uncheckedState w14:val="2610" w14:font="MS Gothic"/>
                </w14:checkbox>
              </w:sdtPr>
              <w:sdtContent>
                <w:r w:rsidR="00D76B7D">
                  <w:rPr>
                    <w:sz w:val="24"/>
                  </w:rPr>
                  <w:t>☐</w:t>
                </w:r>
              </w:sdtContent>
            </w:sdt>
          </w:p>
        </w:tc>
        <w:tc>
          <w:tcPr>
            <w:tcW w:w="2096" w:type="dxa"/>
          </w:tcPr>
          <w:p w14:paraId="7BD1F24D" w14:textId="77777777" w:rsidR="00151075" w:rsidRDefault="00000000">
            <w:pPr>
              <w:spacing w:after="0"/>
              <w:jc w:val="center"/>
            </w:pPr>
            <w:sdt>
              <w:sdtPr>
                <w:alias w:val="CHECKBOX_207"/>
                <w:tag w:val="CHECKBOX_207"/>
                <w:id w:val="244945563"/>
                <w14:checkbox>
                  <w14:checked w14:val="0"/>
                  <w14:checkedState w14:val="2612" w14:font="MS Gothic"/>
                  <w14:uncheckedState w14:val="2610" w14:font="MS Gothic"/>
                </w14:checkbox>
              </w:sdtPr>
              <w:sdtContent>
                <w:r w:rsidR="00D76B7D">
                  <w:rPr>
                    <w:sz w:val="24"/>
                  </w:rPr>
                  <w:t>☐</w:t>
                </w:r>
              </w:sdtContent>
            </w:sdt>
          </w:p>
        </w:tc>
        <w:tc>
          <w:tcPr>
            <w:tcW w:w="2096" w:type="dxa"/>
          </w:tcPr>
          <w:p w14:paraId="4049754D" w14:textId="77777777" w:rsidR="00151075" w:rsidRDefault="00000000">
            <w:pPr>
              <w:spacing w:after="0"/>
            </w:pPr>
            <w:sdt>
              <w:sdtPr>
                <w:alias w:val="NEN_7510_AUDITCHECK_10_TOELICHTING"/>
                <w:tag w:val="NEN_7510_AUDITCHECK_10_TOELICHTING"/>
                <w:id w:val="-1169547779"/>
                <w:text/>
              </w:sdtPr>
              <w:sdtContent>
                <w:r w:rsidR="00D76B7D">
                  <w:rPr>
                    <w:color w:val="646464"/>
                    <w:sz w:val="15"/>
                  </w:rPr>
                  <w:t>{{NEN_7510_AUDITCHECK_10_TOELICHTING}}</w:t>
                </w:r>
              </w:sdtContent>
            </w:sdt>
          </w:p>
        </w:tc>
      </w:tr>
      <w:tr w:rsidR="00151075" w14:paraId="0C86A6B3" w14:textId="77777777">
        <w:trPr>
          <w:jc w:val="center"/>
        </w:trPr>
        <w:tc>
          <w:tcPr>
            <w:tcW w:w="2096" w:type="dxa"/>
          </w:tcPr>
          <w:p w14:paraId="682F8160" w14:textId="77777777" w:rsidR="00151075" w:rsidRPr="005A6DD4" w:rsidRDefault="00D76B7D">
            <w:pPr>
              <w:spacing w:after="0"/>
              <w:rPr>
                <w:lang w:val="nl-NL"/>
              </w:rPr>
            </w:pPr>
            <w:r w:rsidRPr="005A6DD4">
              <w:rPr>
                <w:sz w:val="16"/>
                <w:lang w:val="nl-NL"/>
              </w:rPr>
              <w:t>Securitytest, pentest of leveranciersverklaring is beschikbaar</w:t>
            </w:r>
          </w:p>
        </w:tc>
        <w:tc>
          <w:tcPr>
            <w:tcW w:w="2096" w:type="dxa"/>
          </w:tcPr>
          <w:p w14:paraId="01832901" w14:textId="77777777" w:rsidR="00151075" w:rsidRDefault="00000000">
            <w:pPr>
              <w:spacing w:after="0"/>
              <w:jc w:val="center"/>
            </w:pPr>
            <w:sdt>
              <w:sdtPr>
                <w:alias w:val="CHECKBOX_208"/>
                <w:tag w:val="CHECKBOX_208"/>
                <w:id w:val="1861637971"/>
                <w14:checkbox>
                  <w14:checked w14:val="0"/>
                  <w14:checkedState w14:val="2612" w14:font="MS Gothic"/>
                  <w14:uncheckedState w14:val="2610" w14:font="MS Gothic"/>
                </w14:checkbox>
              </w:sdtPr>
              <w:sdtContent>
                <w:r w:rsidR="00D76B7D">
                  <w:rPr>
                    <w:sz w:val="24"/>
                  </w:rPr>
                  <w:t>☐</w:t>
                </w:r>
              </w:sdtContent>
            </w:sdt>
          </w:p>
        </w:tc>
        <w:tc>
          <w:tcPr>
            <w:tcW w:w="2096" w:type="dxa"/>
          </w:tcPr>
          <w:p w14:paraId="1FC8B8C6" w14:textId="77777777" w:rsidR="00151075" w:rsidRDefault="00000000">
            <w:pPr>
              <w:spacing w:after="0"/>
              <w:jc w:val="center"/>
            </w:pPr>
            <w:sdt>
              <w:sdtPr>
                <w:alias w:val="CHECKBOX_209"/>
                <w:tag w:val="CHECKBOX_209"/>
                <w:id w:val="1421775106"/>
                <w14:checkbox>
                  <w14:checked w14:val="0"/>
                  <w14:checkedState w14:val="2612" w14:font="MS Gothic"/>
                  <w14:uncheckedState w14:val="2610" w14:font="MS Gothic"/>
                </w14:checkbox>
              </w:sdtPr>
              <w:sdtContent>
                <w:r w:rsidR="00D76B7D">
                  <w:rPr>
                    <w:sz w:val="24"/>
                  </w:rPr>
                  <w:t>☐</w:t>
                </w:r>
              </w:sdtContent>
            </w:sdt>
          </w:p>
        </w:tc>
        <w:tc>
          <w:tcPr>
            <w:tcW w:w="2096" w:type="dxa"/>
          </w:tcPr>
          <w:p w14:paraId="72653A40" w14:textId="77777777" w:rsidR="00151075" w:rsidRDefault="00000000">
            <w:pPr>
              <w:spacing w:after="0"/>
              <w:jc w:val="center"/>
            </w:pPr>
            <w:sdt>
              <w:sdtPr>
                <w:alias w:val="CHECKBOX_210"/>
                <w:tag w:val="CHECKBOX_210"/>
                <w:id w:val="246492480"/>
                <w14:checkbox>
                  <w14:checked w14:val="0"/>
                  <w14:checkedState w14:val="2612" w14:font="MS Gothic"/>
                  <w14:uncheckedState w14:val="2610" w14:font="MS Gothic"/>
                </w14:checkbox>
              </w:sdtPr>
              <w:sdtContent>
                <w:r w:rsidR="00D76B7D">
                  <w:rPr>
                    <w:sz w:val="24"/>
                  </w:rPr>
                  <w:t>☐</w:t>
                </w:r>
              </w:sdtContent>
            </w:sdt>
          </w:p>
        </w:tc>
        <w:tc>
          <w:tcPr>
            <w:tcW w:w="2096" w:type="dxa"/>
          </w:tcPr>
          <w:p w14:paraId="3078A90B" w14:textId="77777777" w:rsidR="00151075" w:rsidRDefault="00000000">
            <w:pPr>
              <w:spacing w:after="0"/>
            </w:pPr>
            <w:sdt>
              <w:sdtPr>
                <w:alias w:val="NEN_7510_AUDITCHECK_11_TOELICHTING"/>
                <w:tag w:val="NEN_7510_AUDITCHECK_11_TOELICHTING"/>
                <w:id w:val="1072929132"/>
                <w:text/>
              </w:sdtPr>
              <w:sdtContent>
                <w:r w:rsidR="00D76B7D">
                  <w:rPr>
                    <w:color w:val="646464"/>
                    <w:sz w:val="15"/>
                  </w:rPr>
                  <w:t>{{NEN_7510_AUDITCHECK_11_TOELICHTING}}</w:t>
                </w:r>
              </w:sdtContent>
            </w:sdt>
          </w:p>
        </w:tc>
      </w:tr>
      <w:tr w:rsidR="00151075" w14:paraId="57A8691C" w14:textId="77777777">
        <w:trPr>
          <w:jc w:val="center"/>
        </w:trPr>
        <w:tc>
          <w:tcPr>
            <w:tcW w:w="2096" w:type="dxa"/>
          </w:tcPr>
          <w:p w14:paraId="24B5D9FA" w14:textId="77777777" w:rsidR="00151075" w:rsidRPr="005A6DD4" w:rsidRDefault="00D76B7D">
            <w:pPr>
              <w:spacing w:after="0"/>
              <w:rPr>
                <w:lang w:val="nl-NL"/>
              </w:rPr>
            </w:pPr>
            <w:r w:rsidRPr="005A6DD4">
              <w:rPr>
                <w:sz w:val="16"/>
                <w:lang w:val="nl-NL"/>
              </w:rPr>
              <w:t>Periodieke evaluatie en corrigerende maatregelen zijn gepland</w:t>
            </w:r>
          </w:p>
        </w:tc>
        <w:tc>
          <w:tcPr>
            <w:tcW w:w="2096" w:type="dxa"/>
          </w:tcPr>
          <w:p w14:paraId="6F780117" w14:textId="77777777" w:rsidR="00151075" w:rsidRDefault="00000000">
            <w:pPr>
              <w:spacing w:after="0"/>
              <w:jc w:val="center"/>
            </w:pPr>
            <w:sdt>
              <w:sdtPr>
                <w:alias w:val="CHECKBOX_211"/>
                <w:tag w:val="CHECKBOX_211"/>
                <w:id w:val="565014362"/>
                <w14:checkbox>
                  <w14:checked w14:val="0"/>
                  <w14:checkedState w14:val="2612" w14:font="MS Gothic"/>
                  <w14:uncheckedState w14:val="2610" w14:font="MS Gothic"/>
                </w14:checkbox>
              </w:sdtPr>
              <w:sdtContent>
                <w:r w:rsidR="00D76B7D">
                  <w:rPr>
                    <w:sz w:val="24"/>
                  </w:rPr>
                  <w:t>☐</w:t>
                </w:r>
              </w:sdtContent>
            </w:sdt>
          </w:p>
        </w:tc>
        <w:tc>
          <w:tcPr>
            <w:tcW w:w="2096" w:type="dxa"/>
          </w:tcPr>
          <w:p w14:paraId="69CED52D" w14:textId="77777777" w:rsidR="00151075" w:rsidRDefault="00000000">
            <w:pPr>
              <w:spacing w:after="0"/>
              <w:jc w:val="center"/>
            </w:pPr>
            <w:sdt>
              <w:sdtPr>
                <w:alias w:val="CHECKBOX_212"/>
                <w:tag w:val="CHECKBOX_212"/>
                <w:id w:val="703996826"/>
                <w14:checkbox>
                  <w14:checked w14:val="0"/>
                  <w14:checkedState w14:val="2612" w14:font="MS Gothic"/>
                  <w14:uncheckedState w14:val="2610" w14:font="MS Gothic"/>
                </w14:checkbox>
              </w:sdtPr>
              <w:sdtContent>
                <w:r w:rsidR="00D76B7D">
                  <w:rPr>
                    <w:sz w:val="24"/>
                  </w:rPr>
                  <w:t>☐</w:t>
                </w:r>
              </w:sdtContent>
            </w:sdt>
          </w:p>
        </w:tc>
        <w:tc>
          <w:tcPr>
            <w:tcW w:w="2096" w:type="dxa"/>
          </w:tcPr>
          <w:p w14:paraId="3ED50912" w14:textId="77777777" w:rsidR="00151075" w:rsidRDefault="00000000">
            <w:pPr>
              <w:spacing w:after="0"/>
              <w:jc w:val="center"/>
            </w:pPr>
            <w:sdt>
              <w:sdtPr>
                <w:alias w:val="CHECKBOX_213"/>
                <w:tag w:val="CHECKBOX_213"/>
                <w:id w:val="1977562118"/>
                <w14:checkbox>
                  <w14:checked w14:val="0"/>
                  <w14:checkedState w14:val="2612" w14:font="MS Gothic"/>
                  <w14:uncheckedState w14:val="2610" w14:font="MS Gothic"/>
                </w14:checkbox>
              </w:sdtPr>
              <w:sdtContent>
                <w:r w:rsidR="00D76B7D">
                  <w:rPr>
                    <w:sz w:val="24"/>
                  </w:rPr>
                  <w:t>☐</w:t>
                </w:r>
              </w:sdtContent>
            </w:sdt>
          </w:p>
        </w:tc>
        <w:tc>
          <w:tcPr>
            <w:tcW w:w="2096" w:type="dxa"/>
          </w:tcPr>
          <w:p w14:paraId="0DC9DCB2" w14:textId="77777777" w:rsidR="00151075" w:rsidRDefault="00000000">
            <w:pPr>
              <w:spacing w:after="0"/>
            </w:pPr>
            <w:sdt>
              <w:sdtPr>
                <w:alias w:val="NEN_7510_AUDITCHECK_12_TOELICHTING"/>
                <w:tag w:val="NEN_7510_AUDITCHECK_12_TOELICHTING"/>
                <w:id w:val="675848587"/>
                <w:text/>
              </w:sdtPr>
              <w:sdtContent>
                <w:r w:rsidR="00D76B7D">
                  <w:rPr>
                    <w:color w:val="646464"/>
                    <w:sz w:val="15"/>
                  </w:rPr>
                  <w:t>{{NEN_7510_AUDITCHECK_12_TOELICHTING}}</w:t>
                </w:r>
              </w:sdtContent>
            </w:sdt>
          </w:p>
        </w:tc>
      </w:tr>
    </w:tbl>
    <w:p w14:paraId="72D54E9B" w14:textId="77777777" w:rsidR="00151075" w:rsidRDefault="00151075"/>
    <w:tbl>
      <w:tblPr>
        <w:tblStyle w:val="TableGrid"/>
        <w:tblW w:w="10485" w:type="dxa"/>
        <w:jc w:val="center"/>
        <w:tblLook w:val="04A0" w:firstRow="1" w:lastRow="0" w:firstColumn="1" w:lastColumn="0" w:noHBand="0" w:noVBand="1"/>
      </w:tblPr>
      <w:tblGrid>
        <w:gridCol w:w="3463"/>
        <w:gridCol w:w="7022"/>
      </w:tblGrid>
      <w:tr w:rsidR="00151075" w14:paraId="42DD28B2" w14:textId="77777777" w:rsidTr="005A6DD4">
        <w:trPr>
          <w:tblHeader/>
          <w:jc w:val="center"/>
        </w:trPr>
        <w:tc>
          <w:tcPr>
            <w:tcW w:w="3463" w:type="dxa"/>
            <w:shd w:val="clear" w:color="auto" w:fill="1F4E79"/>
            <w:tcMar>
              <w:top w:w="80" w:type="dxa"/>
              <w:left w:w="80" w:type="dxa"/>
              <w:bottom w:w="80" w:type="dxa"/>
              <w:right w:w="80" w:type="dxa"/>
            </w:tcMar>
            <w:vAlign w:val="center"/>
          </w:tcPr>
          <w:p w14:paraId="7C357EAD" w14:textId="77777777" w:rsidR="00151075" w:rsidRDefault="00D76B7D">
            <w:pPr>
              <w:spacing w:after="0"/>
            </w:pPr>
            <w:r>
              <w:rPr>
                <w:b/>
                <w:color w:val="FFFFFF"/>
                <w:sz w:val="17"/>
              </w:rPr>
              <w:t>Classificatie</w:t>
            </w:r>
          </w:p>
        </w:tc>
        <w:tc>
          <w:tcPr>
            <w:tcW w:w="7022" w:type="dxa"/>
            <w:shd w:val="clear" w:color="auto" w:fill="1F4E79"/>
            <w:tcMar>
              <w:top w:w="80" w:type="dxa"/>
              <w:left w:w="80" w:type="dxa"/>
              <w:bottom w:w="80" w:type="dxa"/>
              <w:right w:w="80" w:type="dxa"/>
            </w:tcMar>
            <w:vAlign w:val="center"/>
          </w:tcPr>
          <w:p w14:paraId="2B49A21E" w14:textId="77777777" w:rsidR="00151075" w:rsidRDefault="00D76B7D">
            <w:pPr>
              <w:spacing w:after="0"/>
            </w:pPr>
            <w:r>
              <w:rPr>
                <w:b/>
                <w:color w:val="FFFFFF"/>
                <w:sz w:val="17"/>
              </w:rPr>
              <w:t>Invullen</w:t>
            </w:r>
          </w:p>
        </w:tc>
      </w:tr>
      <w:tr w:rsidR="00151075" w14:paraId="495B7441" w14:textId="77777777" w:rsidTr="005A6DD4">
        <w:trPr>
          <w:jc w:val="center"/>
        </w:trPr>
        <w:tc>
          <w:tcPr>
            <w:tcW w:w="3463" w:type="dxa"/>
            <w:shd w:val="clear" w:color="auto" w:fill="F3F6F8"/>
          </w:tcPr>
          <w:p w14:paraId="396F1FAA" w14:textId="77777777" w:rsidR="00151075" w:rsidRDefault="00D76B7D">
            <w:pPr>
              <w:spacing w:after="0"/>
            </w:pPr>
            <w:r>
              <w:rPr>
                <w:b/>
                <w:sz w:val="16"/>
              </w:rPr>
              <w:t>BIV-classificatie Beschikbaarheid</w:t>
            </w:r>
          </w:p>
        </w:tc>
        <w:tc>
          <w:tcPr>
            <w:tcW w:w="7022" w:type="dxa"/>
          </w:tcPr>
          <w:p w14:paraId="771E7EEB" w14:textId="77777777" w:rsidR="00151075" w:rsidRDefault="00000000">
            <w:pPr>
              <w:spacing w:after="0"/>
            </w:pPr>
            <w:sdt>
              <w:sdtPr>
                <w:alias w:val="BIV_B"/>
                <w:tag w:val="BIV_B"/>
                <w:id w:val="-806463353"/>
                <w:text/>
              </w:sdtPr>
              <w:sdtContent>
                <w:r w:rsidR="00D76B7D">
                  <w:rPr>
                    <w:color w:val="646464"/>
                    <w:sz w:val="16"/>
                  </w:rPr>
                  <w:t>{{BIV_B}}</w:t>
                </w:r>
              </w:sdtContent>
            </w:sdt>
          </w:p>
        </w:tc>
      </w:tr>
      <w:tr w:rsidR="00151075" w14:paraId="6D0A4AC9" w14:textId="77777777" w:rsidTr="005A6DD4">
        <w:trPr>
          <w:jc w:val="center"/>
        </w:trPr>
        <w:tc>
          <w:tcPr>
            <w:tcW w:w="3463" w:type="dxa"/>
            <w:shd w:val="clear" w:color="auto" w:fill="F3F6F8"/>
          </w:tcPr>
          <w:p w14:paraId="5487CBC9" w14:textId="77777777" w:rsidR="00151075" w:rsidRDefault="00D76B7D">
            <w:pPr>
              <w:spacing w:after="0"/>
            </w:pPr>
            <w:r>
              <w:rPr>
                <w:b/>
                <w:sz w:val="16"/>
              </w:rPr>
              <w:t>BIV-classificatie Integriteit</w:t>
            </w:r>
          </w:p>
        </w:tc>
        <w:tc>
          <w:tcPr>
            <w:tcW w:w="7022" w:type="dxa"/>
          </w:tcPr>
          <w:p w14:paraId="78A1C69E" w14:textId="77777777" w:rsidR="00151075" w:rsidRDefault="00000000">
            <w:pPr>
              <w:spacing w:after="0"/>
            </w:pPr>
            <w:sdt>
              <w:sdtPr>
                <w:alias w:val="BIV_I"/>
                <w:tag w:val="BIV_I"/>
                <w:id w:val="-493187651"/>
                <w:text/>
              </w:sdtPr>
              <w:sdtContent>
                <w:r w:rsidR="00D76B7D">
                  <w:rPr>
                    <w:color w:val="646464"/>
                    <w:sz w:val="16"/>
                  </w:rPr>
                  <w:t>{{BIV_I}}</w:t>
                </w:r>
              </w:sdtContent>
            </w:sdt>
          </w:p>
        </w:tc>
      </w:tr>
      <w:tr w:rsidR="00151075" w14:paraId="57ED7F7F" w14:textId="77777777" w:rsidTr="005A6DD4">
        <w:trPr>
          <w:jc w:val="center"/>
        </w:trPr>
        <w:tc>
          <w:tcPr>
            <w:tcW w:w="3463" w:type="dxa"/>
            <w:shd w:val="clear" w:color="auto" w:fill="F3F6F8"/>
          </w:tcPr>
          <w:p w14:paraId="3EE3F2C3" w14:textId="77777777" w:rsidR="00151075" w:rsidRDefault="00D76B7D">
            <w:pPr>
              <w:spacing w:after="0"/>
            </w:pPr>
            <w:r>
              <w:rPr>
                <w:b/>
                <w:sz w:val="16"/>
              </w:rPr>
              <w:t>BIV-classificatie Vertrouwelijkheid</w:t>
            </w:r>
          </w:p>
        </w:tc>
        <w:tc>
          <w:tcPr>
            <w:tcW w:w="7022" w:type="dxa"/>
          </w:tcPr>
          <w:p w14:paraId="49E4F27D" w14:textId="77777777" w:rsidR="00151075" w:rsidRDefault="00000000">
            <w:pPr>
              <w:spacing w:after="0"/>
            </w:pPr>
            <w:sdt>
              <w:sdtPr>
                <w:alias w:val="BIV_V"/>
                <w:tag w:val="BIV_V"/>
                <w:id w:val="-563183831"/>
                <w:text/>
              </w:sdtPr>
              <w:sdtContent>
                <w:r w:rsidR="00D76B7D">
                  <w:rPr>
                    <w:color w:val="646464"/>
                    <w:sz w:val="16"/>
                  </w:rPr>
                  <w:t>{{BIV_V}}</w:t>
                </w:r>
              </w:sdtContent>
            </w:sdt>
          </w:p>
        </w:tc>
      </w:tr>
      <w:tr w:rsidR="00151075" w14:paraId="5DCAAC54" w14:textId="77777777" w:rsidTr="005A6DD4">
        <w:trPr>
          <w:jc w:val="center"/>
        </w:trPr>
        <w:tc>
          <w:tcPr>
            <w:tcW w:w="3463" w:type="dxa"/>
            <w:shd w:val="clear" w:color="auto" w:fill="F3F6F8"/>
          </w:tcPr>
          <w:p w14:paraId="4D411070" w14:textId="77777777" w:rsidR="00151075" w:rsidRDefault="00D76B7D">
            <w:pPr>
              <w:spacing w:after="0"/>
            </w:pPr>
            <w:r>
              <w:rPr>
                <w:b/>
                <w:sz w:val="16"/>
              </w:rPr>
              <w:t>Motivering classificatie</w:t>
            </w:r>
          </w:p>
        </w:tc>
        <w:tc>
          <w:tcPr>
            <w:tcW w:w="7022" w:type="dxa"/>
          </w:tcPr>
          <w:p w14:paraId="542088B4" w14:textId="77777777" w:rsidR="00151075" w:rsidRDefault="00000000">
            <w:pPr>
              <w:spacing w:after="0"/>
            </w:pPr>
            <w:sdt>
              <w:sdtPr>
                <w:alias w:val="BIV_MOTIVERING"/>
                <w:tag w:val="BIV_MOTIVERING"/>
                <w:id w:val="-28189186"/>
                <w:text/>
              </w:sdtPr>
              <w:sdtContent>
                <w:r w:rsidR="00D76B7D">
                  <w:rPr>
                    <w:color w:val="646464"/>
                    <w:sz w:val="16"/>
                  </w:rPr>
                  <w:t>{{BIV_MOTIVERING}}</w:t>
                </w:r>
              </w:sdtContent>
            </w:sdt>
          </w:p>
        </w:tc>
      </w:tr>
      <w:tr w:rsidR="00151075" w14:paraId="5B7481C2" w14:textId="77777777" w:rsidTr="005A6DD4">
        <w:trPr>
          <w:jc w:val="center"/>
        </w:trPr>
        <w:tc>
          <w:tcPr>
            <w:tcW w:w="3463" w:type="dxa"/>
            <w:shd w:val="clear" w:color="auto" w:fill="F3F6F8"/>
          </w:tcPr>
          <w:p w14:paraId="43420515" w14:textId="77777777" w:rsidR="00151075" w:rsidRDefault="00D76B7D">
            <w:pPr>
              <w:spacing w:after="0"/>
            </w:pPr>
            <w:r>
              <w:rPr>
                <w:b/>
                <w:sz w:val="16"/>
              </w:rPr>
              <w:t>Relatie met ISMS-risicoregister</w:t>
            </w:r>
          </w:p>
        </w:tc>
        <w:tc>
          <w:tcPr>
            <w:tcW w:w="7022" w:type="dxa"/>
          </w:tcPr>
          <w:p w14:paraId="56C9C60D" w14:textId="77777777" w:rsidR="00151075" w:rsidRDefault="00000000">
            <w:pPr>
              <w:spacing w:after="0"/>
            </w:pPr>
            <w:sdt>
              <w:sdtPr>
                <w:alias w:val="ISMS_RISICOREGISTER_RELATIE"/>
                <w:tag w:val="ISMS_RISICOREGISTER_RELATIE"/>
                <w:id w:val="729806075"/>
                <w:text/>
              </w:sdtPr>
              <w:sdtContent>
                <w:r w:rsidR="00D76B7D">
                  <w:rPr>
                    <w:color w:val="646464"/>
                    <w:sz w:val="16"/>
                  </w:rPr>
                  <w:t>{{ISMS_RISICOREGISTER_RELATIE}}</w:t>
                </w:r>
              </w:sdtContent>
            </w:sdt>
          </w:p>
        </w:tc>
      </w:tr>
    </w:tbl>
    <w:p w14:paraId="1FA2D874" w14:textId="77777777" w:rsidR="00151075" w:rsidRDefault="00151075"/>
    <w:p w14:paraId="45569FF9" w14:textId="77777777" w:rsidR="00151075" w:rsidRDefault="00D76B7D">
      <w:pPr>
        <w:pStyle w:val="Heading2"/>
      </w:pPr>
      <w:r>
        <w:t>14. Logging en NEN 7513 toets</w:t>
      </w:r>
    </w:p>
    <w:tbl>
      <w:tblPr>
        <w:tblStyle w:val="TableGrid"/>
        <w:tblW w:w="0" w:type="auto"/>
        <w:jc w:val="center"/>
        <w:tblLook w:val="04A0" w:firstRow="1" w:lastRow="0" w:firstColumn="1" w:lastColumn="0" w:noHBand="0" w:noVBand="1"/>
      </w:tblPr>
      <w:tblGrid>
        <w:gridCol w:w="3889"/>
        <w:gridCol w:w="6577"/>
      </w:tblGrid>
      <w:tr w:rsidR="00151075" w14:paraId="18C4315E" w14:textId="77777777" w:rsidTr="005A6DD4">
        <w:trPr>
          <w:tblHeader/>
          <w:jc w:val="center"/>
        </w:trPr>
        <w:tc>
          <w:tcPr>
            <w:tcW w:w="3889" w:type="dxa"/>
            <w:shd w:val="clear" w:color="auto" w:fill="1F4E79"/>
            <w:tcMar>
              <w:top w:w="80" w:type="dxa"/>
              <w:left w:w="80" w:type="dxa"/>
              <w:bottom w:w="80" w:type="dxa"/>
              <w:right w:w="80" w:type="dxa"/>
            </w:tcMar>
            <w:vAlign w:val="center"/>
          </w:tcPr>
          <w:p w14:paraId="2743F863" w14:textId="77777777" w:rsidR="00151075" w:rsidRDefault="00D76B7D">
            <w:pPr>
              <w:spacing w:after="0"/>
            </w:pPr>
            <w:r>
              <w:rPr>
                <w:b/>
                <w:color w:val="FFFFFF"/>
                <w:sz w:val="17"/>
              </w:rPr>
              <w:t>Vraag</w:t>
            </w:r>
          </w:p>
        </w:tc>
        <w:tc>
          <w:tcPr>
            <w:tcW w:w="6577" w:type="dxa"/>
            <w:shd w:val="clear" w:color="auto" w:fill="1F4E79"/>
            <w:tcMar>
              <w:top w:w="80" w:type="dxa"/>
              <w:left w:w="80" w:type="dxa"/>
              <w:bottom w:w="80" w:type="dxa"/>
              <w:right w:w="80" w:type="dxa"/>
            </w:tcMar>
            <w:vAlign w:val="center"/>
          </w:tcPr>
          <w:p w14:paraId="759CBB23" w14:textId="77777777" w:rsidR="00151075" w:rsidRDefault="00D76B7D">
            <w:pPr>
              <w:spacing w:after="0"/>
            </w:pPr>
            <w:r>
              <w:rPr>
                <w:b/>
                <w:color w:val="FFFFFF"/>
                <w:sz w:val="17"/>
              </w:rPr>
              <w:t>Antwoord</w:t>
            </w:r>
          </w:p>
        </w:tc>
      </w:tr>
      <w:tr w:rsidR="00151075" w14:paraId="466DE8C7" w14:textId="77777777" w:rsidTr="005A6DD4">
        <w:trPr>
          <w:jc w:val="center"/>
        </w:trPr>
        <w:tc>
          <w:tcPr>
            <w:tcW w:w="3889" w:type="dxa"/>
            <w:shd w:val="clear" w:color="auto" w:fill="F3F6F8"/>
          </w:tcPr>
          <w:p w14:paraId="39A69C2B" w14:textId="77777777" w:rsidR="00151075" w:rsidRPr="005A6DD4" w:rsidRDefault="00D76B7D">
            <w:pPr>
              <w:spacing w:after="0"/>
              <w:rPr>
                <w:lang w:val="nl-NL"/>
              </w:rPr>
            </w:pPr>
            <w:r w:rsidRPr="005A6DD4">
              <w:rPr>
                <w:b/>
                <w:sz w:val="16"/>
                <w:lang w:val="nl-NL"/>
              </w:rPr>
              <w:t>Welke acties op persoonlijke gezondheidsinformatie worden gelogd?</w:t>
            </w:r>
          </w:p>
        </w:tc>
        <w:tc>
          <w:tcPr>
            <w:tcW w:w="6577" w:type="dxa"/>
          </w:tcPr>
          <w:p w14:paraId="47C2003A" w14:textId="77777777" w:rsidR="00151075" w:rsidRDefault="00000000">
            <w:pPr>
              <w:spacing w:after="0"/>
            </w:pPr>
            <w:sdt>
              <w:sdtPr>
                <w:alias w:val="LOGGING_ACTIES"/>
                <w:tag w:val="LOGGING_ACTIES"/>
                <w:id w:val="-249664492"/>
                <w:text/>
              </w:sdtPr>
              <w:sdtContent>
                <w:r w:rsidR="00D76B7D">
                  <w:rPr>
                    <w:color w:val="646464"/>
                    <w:sz w:val="16"/>
                  </w:rPr>
                  <w:t>{{LOGGING_ACTIES}}</w:t>
                </w:r>
              </w:sdtContent>
            </w:sdt>
          </w:p>
        </w:tc>
      </w:tr>
      <w:tr w:rsidR="00151075" w14:paraId="3ED24E02" w14:textId="77777777" w:rsidTr="005A6DD4">
        <w:trPr>
          <w:jc w:val="center"/>
        </w:trPr>
        <w:tc>
          <w:tcPr>
            <w:tcW w:w="3889" w:type="dxa"/>
            <w:shd w:val="clear" w:color="auto" w:fill="F3F6F8"/>
          </w:tcPr>
          <w:p w14:paraId="0187FDF4" w14:textId="77777777" w:rsidR="00151075" w:rsidRDefault="00D76B7D">
            <w:pPr>
              <w:spacing w:after="0"/>
            </w:pPr>
            <w:r>
              <w:rPr>
                <w:b/>
                <w:sz w:val="16"/>
              </w:rPr>
              <w:t>Wordt inzage gelogd?</w:t>
            </w:r>
          </w:p>
        </w:tc>
        <w:tc>
          <w:tcPr>
            <w:tcW w:w="6577" w:type="dxa"/>
          </w:tcPr>
          <w:p w14:paraId="59261D15" w14:textId="77777777" w:rsidR="00151075" w:rsidRDefault="00000000">
            <w:pPr>
              <w:spacing w:after="0"/>
            </w:pPr>
            <w:sdt>
              <w:sdtPr>
                <w:alias w:val="LOGGING_INZAGE"/>
                <w:tag w:val="LOGGING_INZAGE"/>
                <w:id w:val="1282156869"/>
                <w:text/>
              </w:sdtPr>
              <w:sdtContent>
                <w:r w:rsidR="00D76B7D">
                  <w:rPr>
                    <w:color w:val="646464"/>
                    <w:sz w:val="16"/>
                  </w:rPr>
                  <w:t>{{LOGGING_INZAGE}}</w:t>
                </w:r>
              </w:sdtContent>
            </w:sdt>
          </w:p>
        </w:tc>
      </w:tr>
      <w:tr w:rsidR="00151075" w14:paraId="384B3330" w14:textId="77777777" w:rsidTr="005A6DD4">
        <w:trPr>
          <w:jc w:val="center"/>
        </w:trPr>
        <w:tc>
          <w:tcPr>
            <w:tcW w:w="3889" w:type="dxa"/>
            <w:shd w:val="clear" w:color="auto" w:fill="F3F6F8"/>
          </w:tcPr>
          <w:p w14:paraId="25077680" w14:textId="77777777" w:rsidR="00151075" w:rsidRDefault="00D76B7D">
            <w:pPr>
              <w:spacing w:after="0"/>
            </w:pPr>
            <w:r>
              <w:rPr>
                <w:b/>
                <w:sz w:val="16"/>
              </w:rPr>
              <w:t>Wordt wijziging gelogd?</w:t>
            </w:r>
          </w:p>
        </w:tc>
        <w:tc>
          <w:tcPr>
            <w:tcW w:w="6577" w:type="dxa"/>
          </w:tcPr>
          <w:p w14:paraId="2A59C2D3" w14:textId="77777777" w:rsidR="00151075" w:rsidRDefault="00000000">
            <w:pPr>
              <w:spacing w:after="0"/>
            </w:pPr>
            <w:sdt>
              <w:sdtPr>
                <w:alias w:val="LOGGING_WIJZIGING"/>
                <w:tag w:val="LOGGING_WIJZIGING"/>
                <w:id w:val="-1591236094"/>
                <w:text/>
              </w:sdtPr>
              <w:sdtContent>
                <w:r w:rsidR="00D76B7D">
                  <w:rPr>
                    <w:color w:val="646464"/>
                    <w:sz w:val="16"/>
                  </w:rPr>
                  <w:t>{{LOGGING_WIJZIGING}}</w:t>
                </w:r>
              </w:sdtContent>
            </w:sdt>
          </w:p>
        </w:tc>
      </w:tr>
      <w:tr w:rsidR="00151075" w14:paraId="6C2B8D1E" w14:textId="77777777" w:rsidTr="005A6DD4">
        <w:trPr>
          <w:jc w:val="center"/>
        </w:trPr>
        <w:tc>
          <w:tcPr>
            <w:tcW w:w="3889" w:type="dxa"/>
            <w:shd w:val="clear" w:color="auto" w:fill="F3F6F8"/>
          </w:tcPr>
          <w:p w14:paraId="37F797D2" w14:textId="77777777" w:rsidR="00151075" w:rsidRDefault="00D76B7D">
            <w:pPr>
              <w:spacing w:after="0"/>
            </w:pPr>
            <w:r>
              <w:rPr>
                <w:b/>
                <w:sz w:val="16"/>
              </w:rPr>
              <w:t>Wordt export/verstrekking gelogd?</w:t>
            </w:r>
          </w:p>
        </w:tc>
        <w:tc>
          <w:tcPr>
            <w:tcW w:w="6577" w:type="dxa"/>
          </w:tcPr>
          <w:p w14:paraId="308835E5" w14:textId="77777777" w:rsidR="00151075" w:rsidRDefault="00000000">
            <w:pPr>
              <w:spacing w:after="0"/>
            </w:pPr>
            <w:sdt>
              <w:sdtPr>
                <w:alias w:val="LOGGING_EXPORT"/>
                <w:tag w:val="LOGGING_EXPORT"/>
                <w:id w:val="-384867907"/>
                <w:text/>
              </w:sdtPr>
              <w:sdtContent>
                <w:r w:rsidR="00D76B7D">
                  <w:rPr>
                    <w:color w:val="646464"/>
                    <w:sz w:val="16"/>
                  </w:rPr>
                  <w:t>{{LOGGING_EXPORT}}</w:t>
                </w:r>
              </w:sdtContent>
            </w:sdt>
          </w:p>
        </w:tc>
      </w:tr>
      <w:tr w:rsidR="00151075" w14:paraId="43162ABE" w14:textId="77777777" w:rsidTr="005A6DD4">
        <w:trPr>
          <w:jc w:val="center"/>
        </w:trPr>
        <w:tc>
          <w:tcPr>
            <w:tcW w:w="3889" w:type="dxa"/>
            <w:shd w:val="clear" w:color="auto" w:fill="F3F6F8"/>
          </w:tcPr>
          <w:p w14:paraId="5DD19B8D" w14:textId="77777777" w:rsidR="00151075" w:rsidRDefault="00D76B7D">
            <w:pPr>
              <w:spacing w:after="0"/>
            </w:pPr>
            <w:r>
              <w:rPr>
                <w:b/>
                <w:sz w:val="16"/>
              </w:rPr>
              <w:t>Wordt verwijdering gelogd?</w:t>
            </w:r>
          </w:p>
        </w:tc>
        <w:tc>
          <w:tcPr>
            <w:tcW w:w="6577" w:type="dxa"/>
          </w:tcPr>
          <w:p w14:paraId="4D49608A" w14:textId="77777777" w:rsidR="00151075" w:rsidRDefault="00000000">
            <w:pPr>
              <w:spacing w:after="0"/>
            </w:pPr>
            <w:sdt>
              <w:sdtPr>
                <w:alias w:val="LOGGING_VERWIJDERING"/>
                <w:tag w:val="LOGGING_VERWIJDERING"/>
                <w:id w:val="638769410"/>
                <w:text/>
              </w:sdtPr>
              <w:sdtContent>
                <w:r w:rsidR="00D76B7D">
                  <w:rPr>
                    <w:color w:val="646464"/>
                    <w:sz w:val="16"/>
                  </w:rPr>
                  <w:t>{{LOGGING_VERWIJDERING}}</w:t>
                </w:r>
              </w:sdtContent>
            </w:sdt>
          </w:p>
        </w:tc>
      </w:tr>
      <w:tr w:rsidR="00151075" w14:paraId="1C1003B5" w14:textId="77777777" w:rsidTr="005A6DD4">
        <w:trPr>
          <w:jc w:val="center"/>
        </w:trPr>
        <w:tc>
          <w:tcPr>
            <w:tcW w:w="3889" w:type="dxa"/>
            <w:shd w:val="clear" w:color="auto" w:fill="F3F6F8"/>
          </w:tcPr>
          <w:p w14:paraId="44729876" w14:textId="77777777" w:rsidR="00151075" w:rsidRDefault="00D76B7D">
            <w:pPr>
              <w:spacing w:after="0"/>
            </w:pPr>
            <w:r>
              <w:rPr>
                <w:b/>
                <w:sz w:val="16"/>
              </w:rPr>
              <w:t>Technische beheerderstoegang gelogd?</w:t>
            </w:r>
          </w:p>
        </w:tc>
        <w:tc>
          <w:tcPr>
            <w:tcW w:w="6577" w:type="dxa"/>
          </w:tcPr>
          <w:p w14:paraId="7B4FADBF" w14:textId="77777777" w:rsidR="00151075" w:rsidRDefault="00000000">
            <w:pPr>
              <w:spacing w:after="0"/>
            </w:pPr>
            <w:sdt>
              <w:sdtPr>
                <w:alias w:val="LOGGING_BEHEERDERS"/>
                <w:tag w:val="LOGGING_BEHEERDERS"/>
                <w:id w:val="1972550232"/>
                <w:text/>
              </w:sdtPr>
              <w:sdtContent>
                <w:r w:rsidR="00D76B7D">
                  <w:rPr>
                    <w:color w:val="646464"/>
                    <w:sz w:val="16"/>
                  </w:rPr>
                  <w:t>{{LOGGING_BEHEERDERS}}</w:t>
                </w:r>
              </w:sdtContent>
            </w:sdt>
          </w:p>
        </w:tc>
      </w:tr>
      <w:tr w:rsidR="00151075" w14:paraId="1701336F" w14:textId="77777777" w:rsidTr="005A6DD4">
        <w:trPr>
          <w:jc w:val="center"/>
        </w:trPr>
        <w:tc>
          <w:tcPr>
            <w:tcW w:w="3889" w:type="dxa"/>
            <w:shd w:val="clear" w:color="auto" w:fill="F3F6F8"/>
          </w:tcPr>
          <w:p w14:paraId="2D6B0701" w14:textId="77777777" w:rsidR="00151075" w:rsidRDefault="00D76B7D">
            <w:pPr>
              <w:spacing w:after="0"/>
            </w:pPr>
            <w:r>
              <w:rPr>
                <w:b/>
                <w:sz w:val="16"/>
              </w:rPr>
              <w:t>Logverantwoordelijke</w:t>
            </w:r>
          </w:p>
        </w:tc>
        <w:tc>
          <w:tcPr>
            <w:tcW w:w="6577" w:type="dxa"/>
          </w:tcPr>
          <w:p w14:paraId="7DF87971" w14:textId="77777777" w:rsidR="00151075" w:rsidRDefault="00000000">
            <w:pPr>
              <w:spacing w:after="0"/>
            </w:pPr>
            <w:sdt>
              <w:sdtPr>
                <w:alias w:val="LOGVERANTWOORDELIJKE"/>
                <w:tag w:val="LOGVERANTWOORDELIJKE"/>
                <w:id w:val="-2136012106"/>
                <w:text/>
              </w:sdtPr>
              <w:sdtContent>
                <w:r w:rsidR="00D76B7D">
                  <w:rPr>
                    <w:color w:val="646464"/>
                    <w:sz w:val="16"/>
                  </w:rPr>
                  <w:t>{{LOGVERANTWOORDELIJKE}}</w:t>
                </w:r>
              </w:sdtContent>
            </w:sdt>
          </w:p>
        </w:tc>
      </w:tr>
      <w:tr w:rsidR="00151075" w14:paraId="7AF63231" w14:textId="77777777" w:rsidTr="005A6DD4">
        <w:trPr>
          <w:jc w:val="center"/>
        </w:trPr>
        <w:tc>
          <w:tcPr>
            <w:tcW w:w="3889" w:type="dxa"/>
            <w:shd w:val="clear" w:color="auto" w:fill="F3F6F8"/>
          </w:tcPr>
          <w:p w14:paraId="241EE797" w14:textId="77777777" w:rsidR="00151075" w:rsidRDefault="00D76B7D">
            <w:pPr>
              <w:spacing w:after="0"/>
            </w:pPr>
            <w:r>
              <w:rPr>
                <w:b/>
                <w:sz w:val="16"/>
              </w:rPr>
              <w:t>Logbeheerder</w:t>
            </w:r>
          </w:p>
        </w:tc>
        <w:tc>
          <w:tcPr>
            <w:tcW w:w="6577" w:type="dxa"/>
          </w:tcPr>
          <w:p w14:paraId="50A76385" w14:textId="77777777" w:rsidR="00151075" w:rsidRDefault="00000000">
            <w:pPr>
              <w:spacing w:after="0"/>
            </w:pPr>
            <w:sdt>
              <w:sdtPr>
                <w:alias w:val="LOGBEHEERDER"/>
                <w:tag w:val="LOGBEHEERDER"/>
                <w:id w:val="-2126301609"/>
                <w:text/>
              </w:sdtPr>
              <w:sdtContent>
                <w:r w:rsidR="00D76B7D">
                  <w:rPr>
                    <w:color w:val="646464"/>
                    <w:sz w:val="16"/>
                  </w:rPr>
                  <w:t>{{LOGBEHEERDER}}</w:t>
                </w:r>
              </w:sdtContent>
            </w:sdt>
          </w:p>
        </w:tc>
      </w:tr>
      <w:tr w:rsidR="00151075" w14:paraId="121481A4" w14:textId="77777777" w:rsidTr="005A6DD4">
        <w:trPr>
          <w:jc w:val="center"/>
        </w:trPr>
        <w:tc>
          <w:tcPr>
            <w:tcW w:w="3889" w:type="dxa"/>
            <w:shd w:val="clear" w:color="auto" w:fill="F3F6F8"/>
          </w:tcPr>
          <w:p w14:paraId="51F08D51" w14:textId="77777777" w:rsidR="00151075" w:rsidRDefault="00D76B7D">
            <w:pPr>
              <w:spacing w:after="0"/>
            </w:pPr>
            <w:r>
              <w:rPr>
                <w:b/>
                <w:sz w:val="16"/>
              </w:rPr>
              <w:t>Wie mag logs inzien?</w:t>
            </w:r>
          </w:p>
        </w:tc>
        <w:tc>
          <w:tcPr>
            <w:tcW w:w="6577" w:type="dxa"/>
          </w:tcPr>
          <w:p w14:paraId="146A3EA9" w14:textId="77777777" w:rsidR="00151075" w:rsidRDefault="00000000">
            <w:pPr>
              <w:spacing w:after="0"/>
            </w:pPr>
            <w:sdt>
              <w:sdtPr>
                <w:alias w:val="LOGS_INZIEN"/>
                <w:tag w:val="LOGS_INZIEN"/>
                <w:id w:val="-1780175450"/>
                <w:text/>
              </w:sdtPr>
              <w:sdtContent>
                <w:r w:rsidR="00D76B7D">
                  <w:rPr>
                    <w:color w:val="646464"/>
                    <w:sz w:val="16"/>
                  </w:rPr>
                  <w:t>{{LOGS_INZIEN}}</w:t>
                </w:r>
              </w:sdtContent>
            </w:sdt>
          </w:p>
        </w:tc>
      </w:tr>
      <w:tr w:rsidR="00151075" w14:paraId="24E8CE8C" w14:textId="77777777" w:rsidTr="005A6DD4">
        <w:trPr>
          <w:jc w:val="center"/>
        </w:trPr>
        <w:tc>
          <w:tcPr>
            <w:tcW w:w="3889" w:type="dxa"/>
            <w:shd w:val="clear" w:color="auto" w:fill="F3F6F8"/>
          </w:tcPr>
          <w:p w14:paraId="37BE318B" w14:textId="77777777" w:rsidR="00151075" w:rsidRDefault="00D76B7D">
            <w:pPr>
              <w:spacing w:after="0"/>
            </w:pPr>
            <w:r>
              <w:rPr>
                <w:b/>
                <w:sz w:val="16"/>
              </w:rPr>
              <w:t>Bewaartermijn logs</w:t>
            </w:r>
          </w:p>
        </w:tc>
        <w:tc>
          <w:tcPr>
            <w:tcW w:w="6577" w:type="dxa"/>
          </w:tcPr>
          <w:p w14:paraId="167F677B" w14:textId="77777777" w:rsidR="00151075" w:rsidRDefault="00000000">
            <w:pPr>
              <w:spacing w:after="0"/>
            </w:pPr>
            <w:sdt>
              <w:sdtPr>
                <w:alias w:val="LOGS_BEWAARTERMIJN"/>
                <w:tag w:val="LOGS_BEWAARTERMIJN"/>
                <w:id w:val="1633834114"/>
                <w:text/>
              </w:sdtPr>
              <w:sdtContent>
                <w:r w:rsidR="00D76B7D">
                  <w:rPr>
                    <w:color w:val="646464"/>
                    <w:sz w:val="16"/>
                  </w:rPr>
                  <w:t>{{LOGS_BEWAARTERMIJN}}</w:t>
                </w:r>
              </w:sdtContent>
            </w:sdt>
          </w:p>
        </w:tc>
      </w:tr>
      <w:tr w:rsidR="00151075" w14:paraId="37040516" w14:textId="77777777" w:rsidTr="005A6DD4">
        <w:trPr>
          <w:jc w:val="center"/>
        </w:trPr>
        <w:tc>
          <w:tcPr>
            <w:tcW w:w="3889" w:type="dxa"/>
            <w:shd w:val="clear" w:color="auto" w:fill="F3F6F8"/>
          </w:tcPr>
          <w:p w14:paraId="1248A921" w14:textId="77777777" w:rsidR="00151075" w:rsidRPr="005A6DD4" w:rsidRDefault="00D76B7D">
            <w:pPr>
              <w:spacing w:after="0"/>
              <w:rPr>
                <w:lang w:val="nl-NL"/>
              </w:rPr>
            </w:pPr>
            <w:r w:rsidRPr="005A6DD4">
              <w:rPr>
                <w:b/>
                <w:sz w:val="16"/>
                <w:lang w:val="nl-NL"/>
              </w:rPr>
              <w:t>Bescherming logs tegen wijziging/verwijdering</w:t>
            </w:r>
          </w:p>
        </w:tc>
        <w:tc>
          <w:tcPr>
            <w:tcW w:w="6577" w:type="dxa"/>
          </w:tcPr>
          <w:p w14:paraId="088D096B" w14:textId="77777777" w:rsidR="00151075" w:rsidRDefault="00000000">
            <w:pPr>
              <w:spacing w:after="0"/>
            </w:pPr>
            <w:sdt>
              <w:sdtPr>
                <w:alias w:val="LOGS_BESCHERMING"/>
                <w:tag w:val="LOGS_BESCHERMING"/>
                <w:id w:val="1264422517"/>
                <w:text/>
              </w:sdtPr>
              <w:sdtContent>
                <w:r w:rsidR="00D76B7D">
                  <w:rPr>
                    <w:color w:val="646464"/>
                    <w:sz w:val="16"/>
                  </w:rPr>
                  <w:t>{{LOGS_BESCHERMING}}</w:t>
                </w:r>
              </w:sdtContent>
            </w:sdt>
          </w:p>
        </w:tc>
      </w:tr>
      <w:tr w:rsidR="00151075" w14:paraId="06DD3019" w14:textId="77777777" w:rsidTr="005A6DD4">
        <w:trPr>
          <w:jc w:val="center"/>
        </w:trPr>
        <w:tc>
          <w:tcPr>
            <w:tcW w:w="3889" w:type="dxa"/>
            <w:shd w:val="clear" w:color="auto" w:fill="F3F6F8"/>
          </w:tcPr>
          <w:p w14:paraId="3043F3AF" w14:textId="77777777" w:rsidR="00151075" w:rsidRPr="005A6DD4" w:rsidRDefault="00D76B7D">
            <w:pPr>
              <w:spacing w:after="0"/>
              <w:rPr>
                <w:lang w:val="nl-NL"/>
              </w:rPr>
            </w:pPr>
            <w:r w:rsidRPr="005A6DD4">
              <w:rPr>
                <w:b/>
                <w:sz w:val="16"/>
                <w:lang w:val="nl-NL"/>
              </w:rPr>
              <w:t>Actieve controle of alleen reactief?</w:t>
            </w:r>
          </w:p>
        </w:tc>
        <w:tc>
          <w:tcPr>
            <w:tcW w:w="6577" w:type="dxa"/>
          </w:tcPr>
          <w:p w14:paraId="39E8607C" w14:textId="77777777" w:rsidR="00151075" w:rsidRDefault="00000000">
            <w:pPr>
              <w:spacing w:after="0"/>
            </w:pPr>
            <w:sdt>
              <w:sdtPr>
                <w:alias w:val="LOGS_CONTROLE"/>
                <w:tag w:val="LOGS_CONTROLE"/>
                <w:id w:val="1167361730"/>
                <w:text/>
              </w:sdtPr>
              <w:sdtContent>
                <w:r w:rsidR="00D76B7D">
                  <w:rPr>
                    <w:color w:val="646464"/>
                    <w:sz w:val="16"/>
                  </w:rPr>
                  <w:t>{{LOGS_CONTROLE}}</w:t>
                </w:r>
              </w:sdtContent>
            </w:sdt>
          </w:p>
        </w:tc>
      </w:tr>
      <w:tr w:rsidR="00151075" w14:paraId="4DFA30C1" w14:textId="77777777" w:rsidTr="005A6DD4">
        <w:trPr>
          <w:jc w:val="center"/>
        </w:trPr>
        <w:tc>
          <w:tcPr>
            <w:tcW w:w="3889" w:type="dxa"/>
            <w:shd w:val="clear" w:color="auto" w:fill="F3F6F8"/>
          </w:tcPr>
          <w:p w14:paraId="6E8AEA1F" w14:textId="77777777" w:rsidR="00151075" w:rsidRDefault="00D76B7D">
            <w:pPr>
              <w:spacing w:after="0"/>
            </w:pPr>
            <w:r>
              <w:rPr>
                <w:b/>
                <w:sz w:val="16"/>
              </w:rPr>
              <w:t>Procedure verzoek dossierinzage</w:t>
            </w:r>
          </w:p>
        </w:tc>
        <w:tc>
          <w:tcPr>
            <w:tcW w:w="6577" w:type="dxa"/>
          </w:tcPr>
          <w:p w14:paraId="6244AC8F" w14:textId="77777777" w:rsidR="00151075" w:rsidRDefault="00000000">
            <w:pPr>
              <w:spacing w:after="0"/>
            </w:pPr>
            <w:sdt>
              <w:sdtPr>
                <w:alias w:val="PROCEDURE_DOSSIERINZAGE"/>
                <w:tag w:val="PROCEDURE_DOSSIERINZAGE"/>
                <w:id w:val="-13076035"/>
                <w:text/>
              </w:sdtPr>
              <w:sdtContent>
                <w:r w:rsidR="00D76B7D">
                  <w:rPr>
                    <w:color w:val="646464"/>
                    <w:sz w:val="16"/>
                  </w:rPr>
                  <w:t>{{PROCEDURE_DOSSIERINZAGE}}</w:t>
                </w:r>
              </w:sdtContent>
            </w:sdt>
          </w:p>
        </w:tc>
      </w:tr>
    </w:tbl>
    <w:p w14:paraId="122D2CE4" w14:textId="77777777" w:rsidR="00151075" w:rsidRDefault="00151075"/>
    <w:p w14:paraId="6A1FD2F5" w14:textId="77777777" w:rsidR="00151075" w:rsidRDefault="00D76B7D">
      <w:pPr>
        <w:pStyle w:val="Heading3"/>
      </w:pPr>
      <w:r>
        <w:t>NEN 7513 auditcheck</w:t>
      </w:r>
    </w:p>
    <w:tbl>
      <w:tblPr>
        <w:tblStyle w:val="TableGrid"/>
        <w:tblW w:w="0" w:type="auto"/>
        <w:jc w:val="center"/>
        <w:tblLook w:val="04A0" w:firstRow="1" w:lastRow="0" w:firstColumn="1" w:lastColumn="0" w:noHBand="0" w:noVBand="1"/>
      </w:tblPr>
      <w:tblGrid>
        <w:gridCol w:w="3015"/>
        <w:gridCol w:w="1376"/>
        <w:gridCol w:w="1401"/>
        <w:gridCol w:w="1444"/>
        <w:gridCol w:w="3236"/>
      </w:tblGrid>
      <w:tr w:rsidR="00151075" w14:paraId="5EE32AB9" w14:textId="77777777">
        <w:trPr>
          <w:tblHeader/>
          <w:jc w:val="center"/>
        </w:trPr>
        <w:tc>
          <w:tcPr>
            <w:tcW w:w="4025" w:type="dxa"/>
            <w:shd w:val="clear" w:color="auto" w:fill="3A6EA5"/>
            <w:tcMar>
              <w:top w:w="80" w:type="dxa"/>
              <w:left w:w="80" w:type="dxa"/>
              <w:bottom w:w="80" w:type="dxa"/>
              <w:right w:w="80" w:type="dxa"/>
            </w:tcMar>
            <w:vAlign w:val="center"/>
          </w:tcPr>
          <w:p w14:paraId="61ED00AE" w14:textId="77777777" w:rsidR="00151075" w:rsidRDefault="00D76B7D">
            <w:pPr>
              <w:spacing w:after="0"/>
            </w:pPr>
            <w:r>
              <w:rPr>
                <w:b/>
                <w:color w:val="FFFFFF"/>
                <w:sz w:val="16"/>
              </w:rPr>
              <w:t>Onderwerp</w:t>
            </w:r>
          </w:p>
        </w:tc>
        <w:tc>
          <w:tcPr>
            <w:tcW w:w="680" w:type="dxa"/>
            <w:shd w:val="clear" w:color="auto" w:fill="3A6EA5"/>
            <w:tcMar>
              <w:top w:w="80" w:type="dxa"/>
              <w:left w:w="80" w:type="dxa"/>
              <w:bottom w:w="80" w:type="dxa"/>
              <w:right w:w="80" w:type="dxa"/>
            </w:tcMar>
            <w:vAlign w:val="center"/>
          </w:tcPr>
          <w:p w14:paraId="5C4000D4" w14:textId="77777777" w:rsidR="00151075" w:rsidRDefault="00D76B7D">
            <w:pPr>
              <w:spacing w:after="0"/>
            </w:pPr>
            <w:r>
              <w:rPr>
                <w:b/>
                <w:color w:val="FFFFFF"/>
                <w:sz w:val="16"/>
              </w:rPr>
              <w:t>Ja</w:t>
            </w:r>
          </w:p>
        </w:tc>
        <w:tc>
          <w:tcPr>
            <w:tcW w:w="680" w:type="dxa"/>
            <w:shd w:val="clear" w:color="auto" w:fill="3A6EA5"/>
            <w:tcMar>
              <w:top w:w="80" w:type="dxa"/>
              <w:left w:w="80" w:type="dxa"/>
              <w:bottom w:w="80" w:type="dxa"/>
              <w:right w:w="80" w:type="dxa"/>
            </w:tcMar>
            <w:vAlign w:val="center"/>
          </w:tcPr>
          <w:p w14:paraId="1E6CBB41" w14:textId="77777777" w:rsidR="00151075" w:rsidRDefault="00D76B7D">
            <w:pPr>
              <w:spacing w:after="0"/>
            </w:pPr>
            <w:r>
              <w:rPr>
                <w:b/>
                <w:color w:val="FFFFFF"/>
                <w:sz w:val="16"/>
              </w:rPr>
              <w:t>Nee</w:t>
            </w:r>
          </w:p>
        </w:tc>
        <w:tc>
          <w:tcPr>
            <w:tcW w:w="793" w:type="dxa"/>
            <w:shd w:val="clear" w:color="auto" w:fill="3A6EA5"/>
            <w:tcMar>
              <w:top w:w="80" w:type="dxa"/>
              <w:left w:w="80" w:type="dxa"/>
              <w:bottom w:w="80" w:type="dxa"/>
              <w:right w:w="80" w:type="dxa"/>
            </w:tcMar>
            <w:vAlign w:val="center"/>
          </w:tcPr>
          <w:p w14:paraId="4C587837" w14:textId="77777777" w:rsidR="00151075" w:rsidRDefault="00D76B7D">
            <w:pPr>
              <w:spacing w:after="0"/>
            </w:pPr>
            <w:r>
              <w:rPr>
                <w:b/>
                <w:color w:val="FFFFFF"/>
                <w:sz w:val="16"/>
              </w:rPr>
              <w:t>N.v.t.</w:t>
            </w:r>
          </w:p>
        </w:tc>
        <w:tc>
          <w:tcPr>
            <w:tcW w:w="3288" w:type="dxa"/>
            <w:shd w:val="clear" w:color="auto" w:fill="3A6EA5"/>
            <w:tcMar>
              <w:top w:w="80" w:type="dxa"/>
              <w:left w:w="80" w:type="dxa"/>
              <w:bottom w:w="80" w:type="dxa"/>
              <w:right w:w="80" w:type="dxa"/>
            </w:tcMar>
            <w:vAlign w:val="center"/>
          </w:tcPr>
          <w:p w14:paraId="7908BA62" w14:textId="77777777" w:rsidR="00151075" w:rsidRDefault="00D76B7D">
            <w:pPr>
              <w:spacing w:after="0"/>
            </w:pPr>
            <w:r>
              <w:rPr>
                <w:b/>
                <w:color w:val="FFFFFF"/>
                <w:sz w:val="16"/>
              </w:rPr>
              <w:t>Toelichting</w:t>
            </w:r>
          </w:p>
        </w:tc>
      </w:tr>
      <w:tr w:rsidR="00151075" w14:paraId="2BD8A278" w14:textId="77777777">
        <w:trPr>
          <w:jc w:val="center"/>
        </w:trPr>
        <w:tc>
          <w:tcPr>
            <w:tcW w:w="2096" w:type="dxa"/>
          </w:tcPr>
          <w:p w14:paraId="4BEAF56A" w14:textId="77777777" w:rsidR="00151075" w:rsidRPr="005A6DD4" w:rsidRDefault="00D76B7D">
            <w:pPr>
              <w:spacing w:after="0"/>
              <w:rPr>
                <w:lang w:val="nl-NL"/>
              </w:rPr>
            </w:pPr>
            <w:r w:rsidRPr="005A6DD4">
              <w:rPr>
                <w:sz w:val="16"/>
                <w:lang w:val="nl-NL"/>
              </w:rPr>
              <w:t>Logging is herleidbaar tot unieke gebruiker of systeemidentiteit</w:t>
            </w:r>
          </w:p>
        </w:tc>
        <w:tc>
          <w:tcPr>
            <w:tcW w:w="2096" w:type="dxa"/>
          </w:tcPr>
          <w:p w14:paraId="0FD5C72A" w14:textId="77777777" w:rsidR="00151075" w:rsidRDefault="00000000">
            <w:pPr>
              <w:spacing w:after="0"/>
              <w:jc w:val="center"/>
            </w:pPr>
            <w:sdt>
              <w:sdtPr>
                <w:alias w:val="CHECKBOX_214"/>
                <w:tag w:val="CHECKBOX_214"/>
                <w:id w:val="1496920518"/>
                <w14:checkbox>
                  <w14:checked w14:val="0"/>
                  <w14:checkedState w14:val="2612" w14:font="MS Gothic"/>
                  <w14:uncheckedState w14:val="2610" w14:font="MS Gothic"/>
                </w14:checkbox>
              </w:sdtPr>
              <w:sdtContent>
                <w:r w:rsidR="00D76B7D">
                  <w:rPr>
                    <w:sz w:val="24"/>
                  </w:rPr>
                  <w:t>☐</w:t>
                </w:r>
              </w:sdtContent>
            </w:sdt>
          </w:p>
        </w:tc>
        <w:tc>
          <w:tcPr>
            <w:tcW w:w="2096" w:type="dxa"/>
          </w:tcPr>
          <w:p w14:paraId="17466011" w14:textId="77777777" w:rsidR="00151075" w:rsidRDefault="00000000">
            <w:pPr>
              <w:spacing w:after="0"/>
              <w:jc w:val="center"/>
            </w:pPr>
            <w:sdt>
              <w:sdtPr>
                <w:alias w:val="CHECKBOX_215"/>
                <w:tag w:val="CHECKBOX_215"/>
                <w:id w:val="1786228853"/>
                <w14:checkbox>
                  <w14:checked w14:val="0"/>
                  <w14:checkedState w14:val="2612" w14:font="MS Gothic"/>
                  <w14:uncheckedState w14:val="2610" w14:font="MS Gothic"/>
                </w14:checkbox>
              </w:sdtPr>
              <w:sdtContent>
                <w:r w:rsidR="00D76B7D">
                  <w:rPr>
                    <w:sz w:val="24"/>
                  </w:rPr>
                  <w:t>☐</w:t>
                </w:r>
              </w:sdtContent>
            </w:sdt>
          </w:p>
        </w:tc>
        <w:tc>
          <w:tcPr>
            <w:tcW w:w="2096" w:type="dxa"/>
          </w:tcPr>
          <w:p w14:paraId="01E01C6F" w14:textId="77777777" w:rsidR="00151075" w:rsidRDefault="00000000">
            <w:pPr>
              <w:spacing w:after="0"/>
              <w:jc w:val="center"/>
            </w:pPr>
            <w:sdt>
              <w:sdtPr>
                <w:alias w:val="CHECKBOX_216"/>
                <w:tag w:val="CHECKBOX_216"/>
                <w:id w:val="1576295748"/>
                <w14:checkbox>
                  <w14:checked w14:val="0"/>
                  <w14:checkedState w14:val="2612" w14:font="MS Gothic"/>
                  <w14:uncheckedState w14:val="2610" w14:font="MS Gothic"/>
                </w14:checkbox>
              </w:sdtPr>
              <w:sdtContent>
                <w:r w:rsidR="00D76B7D">
                  <w:rPr>
                    <w:sz w:val="24"/>
                  </w:rPr>
                  <w:t>☐</w:t>
                </w:r>
              </w:sdtContent>
            </w:sdt>
          </w:p>
        </w:tc>
        <w:tc>
          <w:tcPr>
            <w:tcW w:w="2096" w:type="dxa"/>
          </w:tcPr>
          <w:p w14:paraId="0DAF80E7" w14:textId="77777777" w:rsidR="00151075" w:rsidRDefault="00000000">
            <w:pPr>
              <w:spacing w:after="0"/>
            </w:pPr>
            <w:sdt>
              <w:sdtPr>
                <w:alias w:val="NEN_7513_AUDITCHECK_1_TOELICHTING"/>
                <w:tag w:val="NEN_7513_AUDITCHECK_1_TOELICHTING"/>
                <w:id w:val="1105308215"/>
                <w:text/>
              </w:sdtPr>
              <w:sdtContent>
                <w:r w:rsidR="00D76B7D">
                  <w:rPr>
                    <w:color w:val="646464"/>
                    <w:sz w:val="15"/>
                  </w:rPr>
                  <w:t>{{NEN_7513_AUDITCHECK_1_TOELICHTING}}</w:t>
                </w:r>
              </w:sdtContent>
            </w:sdt>
          </w:p>
        </w:tc>
      </w:tr>
      <w:tr w:rsidR="00151075" w14:paraId="1D1B6320" w14:textId="77777777">
        <w:trPr>
          <w:jc w:val="center"/>
        </w:trPr>
        <w:tc>
          <w:tcPr>
            <w:tcW w:w="2096" w:type="dxa"/>
          </w:tcPr>
          <w:p w14:paraId="30DDA611" w14:textId="77777777" w:rsidR="00151075" w:rsidRPr="005A6DD4" w:rsidRDefault="00D76B7D">
            <w:pPr>
              <w:spacing w:after="0"/>
              <w:rPr>
                <w:lang w:val="nl-NL"/>
              </w:rPr>
            </w:pPr>
            <w:r w:rsidRPr="005A6DD4">
              <w:rPr>
                <w:sz w:val="16"/>
                <w:lang w:val="nl-NL"/>
              </w:rPr>
              <w:t>Tijdstip, actie, object en resultaat worden vastgelegd</w:t>
            </w:r>
          </w:p>
        </w:tc>
        <w:tc>
          <w:tcPr>
            <w:tcW w:w="2096" w:type="dxa"/>
          </w:tcPr>
          <w:p w14:paraId="4238B729" w14:textId="77777777" w:rsidR="00151075" w:rsidRDefault="00000000">
            <w:pPr>
              <w:spacing w:after="0"/>
              <w:jc w:val="center"/>
            </w:pPr>
            <w:sdt>
              <w:sdtPr>
                <w:alias w:val="CHECKBOX_217"/>
                <w:tag w:val="CHECKBOX_217"/>
                <w:id w:val="336340507"/>
                <w14:checkbox>
                  <w14:checked w14:val="0"/>
                  <w14:checkedState w14:val="2612" w14:font="MS Gothic"/>
                  <w14:uncheckedState w14:val="2610" w14:font="MS Gothic"/>
                </w14:checkbox>
              </w:sdtPr>
              <w:sdtContent>
                <w:r w:rsidR="00D76B7D">
                  <w:rPr>
                    <w:sz w:val="24"/>
                  </w:rPr>
                  <w:t>☐</w:t>
                </w:r>
              </w:sdtContent>
            </w:sdt>
          </w:p>
        </w:tc>
        <w:tc>
          <w:tcPr>
            <w:tcW w:w="2096" w:type="dxa"/>
          </w:tcPr>
          <w:p w14:paraId="14D789B2" w14:textId="77777777" w:rsidR="00151075" w:rsidRDefault="00000000">
            <w:pPr>
              <w:spacing w:after="0"/>
              <w:jc w:val="center"/>
            </w:pPr>
            <w:sdt>
              <w:sdtPr>
                <w:alias w:val="CHECKBOX_218"/>
                <w:tag w:val="CHECKBOX_218"/>
                <w:id w:val="1065257408"/>
                <w14:checkbox>
                  <w14:checked w14:val="0"/>
                  <w14:checkedState w14:val="2612" w14:font="MS Gothic"/>
                  <w14:uncheckedState w14:val="2610" w14:font="MS Gothic"/>
                </w14:checkbox>
              </w:sdtPr>
              <w:sdtContent>
                <w:r w:rsidR="00D76B7D">
                  <w:rPr>
                    <w:sz w:val="24"/>
                  </w:rPr>
                  <w:t>☐</w:t>
                </w:r>
              </w:sdtContent>
            </w:sdt>
          </w:p>
        </w:tc>
        <w:tc>
          <w:tcPr>
            <w:tcW w:w="2096" w:type="dxa"/>
          </w:tcPr>
          <w:p w14:paraId="2BCA376D" w14:textId="77777777" w:rsidR="00151075" w:rsidRDefault="00000000">
            <w:pPr>
              <w:spacing w:after="0"/>
              <w:jc w:val="center"/>
            </w:pPr>
            <w:sdt>
              <w:sdtPr>
                <w:alias w:val="CHECKBOX_219"/>
                <w:tag w:val="CHECKBOX_219"/>
                <w:id w:val="5444706"/>
                <w14:checkbox>
                  <w14:checked w14:val="0"/>
                  <w14:checkedState w14:val="2612" w14:font="MS Gothic"/>
                  <w14:uncheckedState w14:val="2610" w14:font="MS Gothic"/>
                </w14:checkbox>
              </w:sdtPr>
              <w:sdtContent>
                <w:r w:rsidR="00D76B7D">
                  <w:rPr>
                    <w:sz w:val="24"/>
                  </w:rPr>
                  <w:t>☐</w:t>
                </w:r>
              </w:sdtContent>
            </w:sdt>
          </w:p>
        </w:tc>
        <w:tc>
          <w:tcPr>
            <w:tcW w:w="2096" w:type="dxa"/>
          </w:tcPr>
          <w:p w14:paraId="07BD0833" w14:textId="77777777" w:rsidR="00151075" w:rsidRDefault="00000000">
            <w:pPr>
              <w:spacing w:after="0"/>
            </w:pPr>
            <w:sdt>
              <w:sdtPr>
                <w:alias w:val="NEN_7513_AUDITCHECK_2_TOELICHTING"/>
                <w:tag w:val="NEN_7513_AUDITCHECK_2_TOELICHTING"/>
                <w:id w:val="-203481320"/>
                <w:text/>
              </w:sdtPr>
              <w:sdtContent>
                <w:r w:rsidR="00D76B7D">
                  <w:rPr>
                    <w:color w:val="646464"/>
                    <w:sz w:val="15"/>
                  </w:rPr>
                  <w:t>{{NEN_7513_AUDITCHECK_2_TOELICHTING}}</w:t>
                </w:r>
              </w:sdtContent>
            </w:sdt>
          </w:p>
        </w:tc>
      </w:tr>
      <w:tr w:rsidR="00151075" w14:paraId="2FA8DB8C" w14:textId="77777777">
        <w:trPr>
          <w:jc w:val="center"/>
        </w:trPr>
        <w:tc>
          <w:tcPr>
            <w:tcW w:w="2096" w:type="dxa"/>
          </w:tcPr>
          <w:p w14:paraId="3EB68C81" w14:textId="77777777" w:rsidR="00151075" w:rsidRPr="005A6DD4" w:rsidRDefault="00D76B7D">
            <w:pPr>
              <w:spacing w:after="0"/>
              <w:rPr>
                <w:lang w:val="nl-NL"/>
              </w:rPr>
            </w:pPr>
            <w:r w:rsidRPr="005A6DD4">
              <w:rPr>
                <w:sz w:val="16"/>
                <w:lang w:val="nl-NL"/>
              </w:rPr>
              <w:t>Logs zijn beschermd tegen ongeautoriseerde wijziging of verwijdering</w:t>
            </w:r>
          </w:p>
        </w:tc>
        <w:tc>
          <w:tcPr>
            <w:tcW w:w="2096" w:type="dxa"/>
          </w:tcPr>
          <w:p w14:paraId="7C390E72" w14:textId="77777777" w:rsidR="00151075" w:rsidRDefault="00000000">
            <w:pPr>
              <w:spacing w:after="0"/>
              <w:jc w:val="center"/>
            </w:pPr>
            <w:sdt>
              <w:sdtPr>
                <w:alias w:val="CHECKBOX_220"/>
                <w:tag w:val="CHECKBOX_220"/>
                <w:id w:val="805556241"/>
                <w14:checkbox>
                  <w14:checked w14:val="0"/>
                  <w14:checkedState w14:val="2612" w14:font="MS Gothic"/>
                  <w14:uncheckedState w14:val="2610" w14:font="MS Gothic"/>
                </w14:checkbox>
              </w:sdtPr>
              <w:sdtContent>
                <w:r w:rsidR="00D76B7D">
                  <w:rPr>
                    <w:sz w:val="24"/>
                  </w:rPr>
                  <w:t>☐</w:t>
                </w:r>
              </w:sdtContent>
            </w:sdt>
          </w:p>
        </w:tc>
        <w:tc>
          <w:tcPr>
            <w:tcW w:w="2096" w:type="dxa"/>
          </w:tcPr>
          <w:p w14:paraId="33EC2699" w14:textId="77777777" w:rsidR="00151075" w:rsidRDefault="00000000">
            <w:pPr>
              <w:spacing w:after="0"/>
              <w:jc w:val="center"/>
            </w:pPr>
            <w:sdt>
              <w:sdtPr>
                <w:alias w:val="CHECKBOX_221"/>
                <w:tag w:val="CHECKBOX_221"/>
                <w:id w:val="1134326900"/>
                <w14:checkbox>
                  <w14:checked w14:val="0"/>
                  <w14:checkedState w14:val="2612" w14:font="MS Gothic"/>
                  <w14:uncheckedState w14:val="2610" w14:font="MS Gothic"/>
                </w14:checkbox>
              </w:sdtPr>
              <w:sdtContent>
                <w:r w:rsidR="00D76B7D">
                  <w:rPr>
                    <w:sz w:val="24"/>
                  </w:rPr>
                  <w:t>☐</w:t>
                </w:r>
              </w:sdtContent>
            </w:sdt>
          </w:p>
        </w:tc>
        <w:tc>
          <w:tcPr>
            <w:tcW w:w="2096" w:type="dxa"/>
          </w:tcPr>
          <w:p w14:paraId="059186BD" w14:textId="77777777" w:rsidR="00151075" w:rsidRDefault="00000000">
            <w:pPr>
              <w:spacing w:after="0"/>
              <w:jc w:val="center"/>
            </w:pPr>
            <w:sdt>
              <w:sdtPr>
                <w:alias w:val="CHECKBOX_222"/>
                <w:tag w:val="CHECKBOX_222"/>
                <w:id w:val="854287346"/>
                <w14:checkbox>
                  <w14:checked w14:val="0"/>
                  <w14:checkedState w14:val="2612" w14:font="MS Gothic"/>
                  <w14:uncheckedState w14:val="2610" w14:font="MS Gothic"/>
                </w14:checkbox>
              </w:sdtPr>
              <w:sdtContent>
                <w:r w:rsidR="00D76B7D">
                  <w:rPr>
                    <w:sz w:val="24"/>
                  </w:rPr>
                  <w:t>☐</w:t>
                </w:r>
              </w:sdtContent>
            </w:sdt>
          </w:p>
        </w:tc>
        <w:tc>
          <w:tcPr>
            <w:tcW w:w="2096" w:type="dxa"/>
          </w:tcPr>
          <w:p w14:paraId="3AEABB41" w14:textId="77777777" w:rsidR="00151075" w:rsidRDefault="00000000">
            <w:pPr>
              <w:spacing w:after="0"/>
            </w:pPr>
            <w:sdt>
              <w:sdtPr>
                <w:alias w:val="NEN_7513_AUDITCHECK_3_TOELICHTING"/>
                <w:tag w:val="NEN_7513_AUDITCHECK_3_TOELICHTING"/>
                <w:id w:val="-1271086929"/>
                <w:text/>
              </w:sdtPr>
              <w:sdtContent>
                <w:r w:rsidR="00D76B7D">
                  <w:rPr>
                    <w:color w:val="646464"/>
                    <w:sz w:val="15"/>
                  </w:rPr>
                  <w:t>{{NEN_7513_AUDITCHECK_3_TOELICHTING}}</w:t>
                </w:r>
              </w:sdtContent>
            </w:sdt>
          </w:p>
        </w:tc>
      </w:tr>
      <w:tr w:rsidR="00151075" w14:paraId="3B194CD3" w14:textId="77777777">
        <w:trPr>
          <w:jc w:val="center"/>
        </w:trPr>
        <w:tc>
          <w:tcPr>
            <w:tcW w:w="2096" w:type="dxa"/>
          </w:tcPr>
          <w:p w14:paraId="7BFB6053" w14:textId="77777777" w:rsidR="00151075" w:rsidRPr="005A6DD4" w:rsidRDefault="00D76B7D">
            <w:pPr>
              <w:spacing w:after="0"/>
              <w:rPr>
                <w:lang w:val="nl-NL"/>
              </w:rPr>
            </w:pPr>
            <w:r w:rsidRPr="005A6DD4">
              <w:rPr>
                <w:sz w:val="16"/>
                <w:lang w:val="nl-NL"/>
              </w:rPr>
              <w:t>Logtoegang is beperkt en wordt zelf ook gelogd</w:t>
            </w:r>
          </w:p>
        </w:tc>
        <w:tc>
          <w:tcPr>
            <w:tcW w:w="2096" w:type="dxa"/>
          </w:tcPr>
          <w:p w14:paraId="75AB4184" w14:textId="77777777" w:rsidR="00151075" w:rsidRDefault="00000000">
            <w:pPr>
              <w:spacing w:after="0"/>
              <w:jc w:val="center"/>
            </w:pPr>
            <w:sdt>
              <w:sdtPr>
                <w:alias w:val="CHECKBOX_223"/>
                <w:tag w:val="CHECKBOX_223"/>
                <w:id w:val="169334366"/>
                <w14:checkbox>
                  <w14:checked w14:val="0"/>
                  <w14:checkedState w14:val="2612" w14:font="MS Gothic"/>
                  <w14:uncheckedState w14:val="2610" w14:font="MS Gothic"/>
                </w14:checkbox>
              </w:sdtPr>
              <w:sdtContent>
                <w:r w:rsidR="00D76B7D">
                  <w:rPr>
                    <w:sz w:val="24"/>
                  </w:rPr>
                  <w:t>☐</w:t>
                </w:r>
              </w:sdtContent>
            </w:sdt>
          </w:p>
        </w:tc>
        <w:tc>
          <w:tcPr>
            <w:tcW w:w="2096" w:type="dxa"/>
          </w:tcPr>
          <w:p w14:paraId="45FD5E69" w14:textId="77777777" w:rsidR="00151075" w:rsidRDefault="00000000">
            <w:pPr>
              <w:spacing w:after="0"/>
              <w:jc w:val="center"/>
            </w:pPr>
            <w:sdt>
              <w:sdtPr>
                <w:alias w:val="CHECKBOX_224"/>
                <w:tag w:val="CHECKBOX_224"/>
                <w:id w:val="1087683076"/>
                <w14:checkbox>
                  <w14:checked w14:val="0"/>
                  <w14:checkedState w14:val="2612" w14:font="MS Gothic"/>
                  <w14:uncheckedState w14:val="2610" w14:font="MS Gothic"/>
                </w14:checkbox>
              </w:sdtPr>
              <w:sdtContent>
                <w:r w:rsidR="00D76B7D">
                  <w:rPr>
                    <w:sz w:val="24"/>
                  </w:rPr>
                  <w:t>☐</w:t>
                </w:r>
              </w:sdtContent>
            </w:sdt>
          </w:p>
        </w:tc>
        <w:tc>
          <w:tcPr>
            <w:tcW w:w="2096" w:type="dxa"/>
          </w:tcPr>
          <w:p w14:paraId="241BCCEB" w14:textId="77777777" w:rsidR="00151075" w:rsidRDefault="00000000">
            <w:pPr>
              <w:spacing w:after="0"/>
              <w:jc w:val="center"/>
            </w:pPr>
            <w:sdt>
              <w:sdtPr>
                <w:alias w:val="CHECKBOX_225"/>
                <w:tag w:val="CHECKBOX_225"/>
                <w:id w:val="221326542"/>
                <w14:checkbox>
                  <w14:checked w14:val="0"/>
                  <w14:checkedState w14:val="2612" w14:font="MS Gothic"/>
                  <w14:uncheckedState w14:val="2610" w14:font="MS Gothic"/>
                </w14:checkbox>
              </w:sdtPr>
              <w:sdtContent>
                <w:r w:rsidR="00D76B7D">
                  <w:rPr>
                    <w:sz w:val="24"/>
                  </w:rPr>
                  <w:t>☐</w:t>
                </w:r>
              </w:sdtContent>
            </w:sdt>
          </w:p>
        </w:tc>
        <w:tc>
          <w:tcPr>
            <w:tcW w:w="2096" w:type="dxa"/>
          </w:tcPr>
          <w:p w14:paraId="599126FD" w14:textId="77777777" w:rsidR="00151075" w:rsidRDefault="00000000">
            <w:pPr>
              <w:spacing w:after="0"/>
            </w:pPr>
            <w:sdt>
              <w:sdtPr>
                <w:alias w:val="NEN_7513_AUDITCHECK_4_TOELICHTING"/>
                <w:tag w:val="NEN_7513_AUDITCHECK_4_TOELICHTING"/>
                <w:id w:val="1629667150"/>
                <w:text/>
              </w:sdtPr>
              <w:sdtContent>
                <w:r w:rsidR="00D76B7D">
                  <w:rPr>
                    <w:color w:val="646464"/>
                    <w:sz w:val="15"/>
                  </w:rPr>
                  <w:t>{{NEN_7513_AUDITCHECK_4_TOELICHTING}}</w:t>
                </w:r>
              </w:sdtContent>
            </w:sdt>
          </w:p>
        </w:tc>
      </w:tr>
      <w:tr w:rsidR="00151075" w14:paraId="00003107" w14:textId="77777777">
        <w:trPr>
          <w:jc w:val="center"/>
        </w:trPr>
        <w:tc>
          <w:tcPr>
            <w:tcW w:w="2096" w:type="dxa"/>
          </w:tcPr>
          <w:p w14:paraId="54A51E28" w14:textId="77777777" w:rsidR="00151075" w:rsidRPr="005A6DD4" w:rsidRDefault="00D76B7D">
            <w:pPr>
              <w:spacing w:after="0"/>
              <w:rPr>
                <w:lang w:val="nl-NL"/>
              </w:rPr>
            </w:pPr>
            <w:r w:rsidRPr="005A6DD4">
              <w:rPr>
                <w:sz w:val="16"/>
                <w:lang w:val="nl-NL"/>
              </w:rPr>
              <w:t>Er is beleid voor periodieke controle op ongeoorloofde inzage</w:t>
            </w:r>
          </w:p>
        </w:tc>
        <w:tc>
          <w:tcPr>
            <w:tcW w:w="2096" w:type="dxa"/>
          </w:tcPr>
          <w:p w14:paraId="5D82C6C3" w14:textId="77777777" w:rsidR="00151075" w:rsidRDefault="00000000">
            <w:pPr>
              <w:spacing w:after="0"/>
              <w:jc w:val="center"/>
            </w:pPr>
            <w:sdt>
              <w:sdtPr>
                <w:alias w:val="CHECKBOX_226"/>
                <w:tag w:val="CHECKBOX_226"/>
                <w:id w:val="1363166177"/>
                <w14:checkbox>
                  <w14:checked w14:val="0"/>
                  <w14:checkedState w14:val="2612" w14:font="MS Gothic"/>
                  <w14:uncheckedState w14:val="2610" w14:font="MS Gothic"/>
                </w14:checkbox>
              </w:sdtPr>
              <w:sdtContent>
                <w:r w:rsidR="00D76B7D">
                  <w:rPr>
                    <w:sz w:val="24"/>
                  </w:rPr>
                  <w:t>☐</w:t>
                </w:r>
              </w:sdtContent>
            </w:sdt>
          </w:p>
        </w:tc>
        <w:tc>
          <w:tcPr>
            <w:tcW w:w="2096" w:type="dxa"/>
          </w:tcPr>
          <w:p w14:paraId="7D1005B2" w14:textId="77777777" w:rsidR="00151075" w:rsidRDefault="00000000">
            <w:pPr>
              <w:spacing w:after="0"/>
              <w:jc w:val="center"/>
            </w:pPr>
            <w:sdt>
              <w:sdtPr>
                <w:alias w:val="CHECKBOX_227"/>
                <w:tag w:val="CHECKBOX_227"/>
                <w:id w:val="524148759"/>
                <w14:checkbox>
                  <w14:checked w14:val="0"/>
                  <w14:checkedState w14:val="2612" w14:font="MS Gothic"/>
                  <w14:uncheckedState w14:val="2610" w14:font="MS Gothic"/>
                </w14:checkbox>
              </w:sdtPr>
              <w:sdtContent>
                <w:r w:rsidR="00D76B7D">
                  <w:rPr>
                    <w:sz w:val="24"/>
                  </w:rPr>
                  <w:t>☐</w:t>
                </w:r>
              </w:sdtContent>
            </w:sdt>
          </w:p>
        </w:tc>
        <w:tc>
          <w:tcPr>
            <w:tcW w:w="2096" w:type="dxa"/>
          </w:tcPr>
          <w:p w14:paraId="6AB77C37" w14:textId="77777777" w:rsidR="00151075" w:rsidRDefault="00000000">
            <w:pPr>
              <w:spacing w:after="0"/>
              <w:jc w:val="center"/>
            </w:pPr>
            <w:sdt>
              <w:sdtPr>
                <w:alias w:val="CHECKBOX_228"/>
                <w:tag w:val="CHECKBOX_228"/>
                <w:id w:val="1545710667"/>
                <w14:checkbox>
                  <w14:checked w14:val="0"/>
                  <w14:checkedState w14:val="2612" w14:font="MS Gothic"/>
                  <w14:uncheckedState w14:val="2610" w14:font="MS Gothic"/>
                </w14:checkbox>
              </w:sdtPr>
              <w:sdtContent>
                <w:r w:rsidR="00D76B7D">
                  <w:rPr>
                    <w:sz w:val="24"/>
                  </w:rPr>
                  <w:t>☐</w:t>
                </w:r>
              </w:sdtContent>
            </w:sdt>
          </w:p>
        </w:tc>
        <w:tc>
          <w:tcPr>
            <w:tcW w:w="2096" w:type="dxa"/>
          </w:tcPr>
          <w:p w14:paraId="1C25423E" w14:textId="77777777" w:rsidR="00151075" w:rsidRDefault="00000000">
            <w:pPr>
              <w:spacing w:after="0"/>
            </w:pPr>
            <w:sdt>
              <w:sdtPr>
                <w:alias w:val="NEN_7513_AUDITCHECK_5_TOELICHTING"/>
                <w:tag w:val="NEN_7513_AUDITCHECK_5_TOELICHTING"/>
                <w:id w:val="-1193991277"/>
                <w:text/>
              </w:sdtPr>
              <w:sdtContent>
                <w:r w:rsidR="00D76B7D">
                  <w:rPr>
                    <w:color w:val="646464"/>
                    <w:sz w:val="15"/>
                  </w:rPr>
                  <w:t>{{NEN_7513_AUDITCHECK_5_TOELICHTING}}</w:t>
                </w:r>
              </w:sdtContent>
            </w:sdt>
          </w:p>
        </w:tc>
      </w:tr>
      <w:tr w:rsidR="00151075" w14:paraId="652D044C" w14:textId="77777777">
        <w:trPr>
          <w:jc w:val="center"/>
        </w:trPr>
        <w:tc>
          <w:tcPr>
            <w:tcW w:w="2096" w:type="dxa"/>
          </w:tcPr>
          <w:p w14:paraId="22659AF5" w14:textId="77777777" w:rsidR="00151075" w:rsidRPr="005A6DD4" w:rsidRDefault="00D76B7D">
            <w:pPr>
              <w:spacing w:after="0"/>
              <w:rPr>
                <w:lang w:val="nl-NL"/>
              </w:rPr>
            </w:pPr>
            <w:r w:rsidRPr="005A6DD4">
              <w:rPr>
                <w:sz w:val="16"/>
                <w:lang w:val="nl-NL"/>
              </w:rPr>
              <w:t>Er is een procedure voor inzageverzoeken over dossierraadpleging</w:t>
            </w:r>
          </w:p>
        </w:tc>
        <w:tc>
          <w:tcPr>
            <w:tcW w:w="2096" w:type="dxa"/>
          </w:tcPr>
          <w:p w14:paraId="2EF67270" w14:textId="77777777" w:rsidR="00151075" w:rsidRDefault="00000000">
            <w:pPr>
              <w:spacing w:after="0"/>
              <w:jc w:val="center"/>
            </w:pPr>
            <w:sdt>
              <w:sdtPr>
                <w:alias w:val="CHECKBOX_229"/>
                <w:tag w:val="CHECKBOX_229"/>
                <w:id w:val="1063089124"/>
                <w14:checkbox>
                  <w14:checked w14:val="0"/>
                  <w14:checkedState w14:val="2612" w14:font="MS Gothic"/>
                  <w14:uncheckedState w14:val="2610" w14:font="MS Gothic"/>
                </w14:checkbox>
              </w:sdtPr>
              <w:sdtContent>
                <w:r w:rsidR="00D76B7D">
                  <w:rPr>
                    <w:sz w:val="24"/>
                  </w:rPr>
                  <w:t>☐</w:t>
                </w:r>
              </w:sdtContent>
            </w:sdt>
          </w:p>
        </w:tc>
        <w:tc>
          <w:tcPr>
            <w:tcW w:w="2096" w:type="dxa"/>
          </w:tcPr>
          <w:p w14:paraId="3F90F440" w14:textId="77777777" w:rsidR="00151075" w:rsidRDefault="00000000">
            <w:pPr>
              <w:spacing w:after="0"/>
              <w:jc w:val="center"/>
            </w:pPr>
            <w:sdt>
              <w:sdtPr>
                <w:alias w:val="CHECKBOX_230"/>
                <w:tag w:val="CHECKBOX_230"/>
                <w:id w:val="1636313065"/>
                <w14:checkbox>
                  <w14:checked w14:val="0"/>
                  <w14:checkedState w14:val="2612" w14:font="MS Gothic"/>
                  <w14:uncheckedState w14:val="2610" w14:font="MS Gothic"/>
                </w14:checkbox>
              </w:sdtPr>
              <w:sdtContent>
                <w:r w:rsidR="00D76B7D">
                  <w:rPr>
                    <w:sz w:val="24"/>
                  </w:rPr>
                  <w:t>☐</w:t>
                </w:r>
              </w:sdtContent>
            </w:sdt>
          </w:p>
        </w:tc>
        <w:tc>
          <w:tcPr>
            <w:tcW w:w="2096" w:type="dxa"/>
          </w:tcPr>
          <w:p w14:paraId="36F7129E" w14:textId="77777777" w:rsidR="00151075" w:rsidRDefault="00000000">
            <w:pPr>
              <w:spacing w:after="0"/>
              <w:jc w:val="center"/>
            </w:pPr>
            <w:sdt>
              <w:sdtPr>
                <w:alias w:val="CHECKBOX_231"/>
                <w:tag w:val="CHECKBOX_231"/>
                <w:id w:val="1405779832"/>
                <w14:checkbox>
                  <w14:checked w14:val="0"/>
                  <w14:checkedState w14:val="2612" w14:font="MS Gothic"/>
                  <w14:uncheckedState w14:val="2610" w14:font="MS Gothic"/>
                </w14:checkbox>
              </w:sdtPr>
              <w:sdtContent>
                <w:r w:rsidR="00D76B7D">
                  <w:rPr>
                    <w:sz w:val="24"/>
                  </w:rPr>
                  <w:t>☐</w:t>
                </w:r>
              </w:sdtContent>
            </w:sdt>
          </w:p>
        </w:tc>
        <w:tc>
          <w:tcPr>
            <w:tcW w:w="2096" w:type="dxa"/>
          </w:tcPr>
          <w:p w14:paraId="3F92094C" w14:textId="77777777" w:rsidR="00151075" w:rsidRDefault="00000000">
            <w:pPr>
              <w:spacing w:after="0"/>
            </w:pPr>
            <w:sdt>
              <w:sdtPr>
                <w:alias w:val="NEN_7513_AUDITCHECK_6_TOELICHTING"/>
                <w:tag w:val="NEN_7513_AUDITCHECK_6_TOELICHTING"/>
                <w:id w:val="-1057557199"/>
                <w:text/>
              </w:sdtPr>
              <w:sdtContent>
                <w:r w:rsidR="00D76B7D">
                  <w:rPr>
                    <w:color w:val="646464"/>
                    <w:sz w:val="15"/>
                  </w:rPr>
                  <w:t>{{NEN_7513_AUDITCHECK_6_TOELICHTING}}</w:t>
                </w:r>
              </w:sdtContent>
            </w:sdt>
          </w:p>
        </w:tc>
      </w:tr>
      <w:tr w:rsidR="00151075" w14:paraId="40DF8038" w14:textId="77777777">
        <w:trPr>
          <w:jc w:val="center"/>
        </w:trPr>
        <w:tc>
          <w:tcPr>
            <w:tcW w:w="2096" w:type="dxa"/>
          </w:tcPr>
          <w:p w14:paraId="0B0ABF8A" w14:textId="77777777" w:rsidR="00151075" w:rsidRPr="005A6DD4" w:rsidRDefault="00D76B7D">
            <w:pPr>
              <w:spacing w:after="0"/>
              <w:rPr>
                <w:lang w:val="nl-NL"/>
              </w:rPr>
            </w:pPr>
            <w:r w:rsidRPr="005A6DD4">
              <w:rPr>
                <w:sz w:val="16"/>
                <w:lang w:val="nl-NL"/>
              </w:rPr>
              <w:t>Logbewaartermijnen zijn vastgesteld en onderbouwd</w:t>
            </w:r>
          </w:p>
        </w:tc>
        <w:tc>
          <w:tcPr>
            <w:tcW w:w="2096" w:type="dxa"/>
          </w:tcPr>
          <w:p w14:paraId="3662C223" w14:textId="77777777" w:rsidR="00151075" w:rsidRDefault="00000000">
            <w:pPr>
              <w:spacing w:after="0"/>
              <w:jc w:val="center"/>
            </w:pPr>
            <w:sdt>
              <w:sdtPr>
                <w:alias w:val="CHECKBOX_232"/>
                <w:tag w:val="CHECKBOX_232"/>
                <w:id w:val="1634298307"/>
                <w14:checkbox>
                  <w14:checked w14:val="0"/>
                  <w14:checkedState w14:val="2612" w14:font="MS Gothic"/>
                  <w14:uncheckedState w14:val="2610" w14:font="MS Gothic"/>
                </w14:checkbox>
              </w:sdtPr>
              <w:sdtContent>
                <w:r w:rsidR="00D76B7D">
                  <w:rPr>
                    <w:sz w:val="24"/>
                  </w:rPr>
                  <w:t>☐</w:t>
                </w:r>
              </w:sdtContent>
            </w:sdt>
          </w:p>
        </w:tc>
        <w:tc>
          <w:tcPr>
            <w:tcW w:w="2096" w:type="dxa"/>
          </w:tcPr>
          <w:p w14:paraId="05BE8A9E" w14:textId="77777777" w:rsidR="00151075" w:rsidRDefault="00000000">
            <w:pPr>
              <w:spacing w:after="0"/>
              <w:jc w:val="center"/>
            </w:pPr>
            <w:sdt>
              <w:sdtPr>
                <w:alias w:val="CHECKBOX_233"/>
                <w:tag w:val="CHECKBOX_233"/>
                <w:id w:val="1278253557"/>
                <w14:checkbox>
                  <w14:checked w14:val="0"/>
                  <w14:checkedState w14:val="2612" w14:font="MS Gothic"/>
                  <w14:uncheckedState w14:val="2610" w14:font="MS Gothic"/>
                </w14:checkbox>
              </w:sdtPr>
              <w:sdtContent>
                <w:r w:rsidR="00D76B7D">
                  <w:rPr>
                    <w:sz w:val="24"/>
                  </w:rPr>
                  <w:t>☐</w:t>
                </w:r>
              </w:sdtContent>
            </w:sdt>
          </w:p>
        </w:tc>
        <w:tc>
          <w:tcPr>
            <w:tcW w:w="2096" w:type="dxa"/>
          </w:tcPr>
          <w:p w14:paraId="79D870F7" w14:textId="77777777" w:rsidR="00151075" w:rsidRDefault="00000000">
            <w:pPr>
              <w:spacing w:after="0"/>
              <w:jc w:val="center"/>
            </w:pPr>
            <w:sdt>
              <w:sdtPr>
                <w:alias w:val="CHECKBOX_234"/>
                <w:tag w:val="CHECKBOX_234"/>
                <w:id w:val="1490288333"/>
                <w14:checkbox>
                  <w14:checked w14:val="0"/>
                  <w14:checkedState w14:val="2612" w14:font="MS Gothic"/>
                  <w14:uncheckedState w14:val="2610" w14:font="MS Gothic"/>
                </w14:checkbox>
              </w:sdtPr>
              <w:sdtContent>
                <w:r w:rsidR="00D76B7D">
                  <w:rPr>
                    <w:sz w:val="24"/>
                  </w:rPr>
                  <w:t>☐</w:t>
                </w:r>
              </w:sdtContent>
            </w:sdt>
          </w:p>
        </w:tc>
        <w:tc>
          <w:tcPr>
            <w:tcW w:w="2096" w:type="dxa"/>
          </w:tcPr>
          <w:p w14:paraId="7F729BF4" w14:textId="77777777" w:rsidR="00151075" w:rsidRDefault="00000000">
            <w:pPr>
              <w:spacing w:after="0"/>
            </w:pPr>
            <w:sdt>
              <w:sdtPr>
                <w:alias w:val="NEN_7513_AUDITCHECK_7_TOELICHTING"/>
                <w:tag w:val="NEN_7513_AUDITCHECK_7_TOELICHTING"/>
                <w:id w:val="-710258667"/>
                <w:text/>
              </w:sdtPr>
              <w:sdtContent>
                <w:r w:rsidR="00D76B7D">
                  <w:rPr>
                    <w:color w:val="646464"/>
                    <w:sz w:val="15"/>
                  </w:rPr>
                  <w:t>{{NEN_7513_AUDITCHECK_7_TOELICHTING}}</w:t>
                </w:r>
              </w:sdtContent>
            </w:sdt>
          </w:p>
        </w:tc>
      </w:tr>
    </w:tbl>
    <w:p w14:paraId="5946C1B4" w14:textId="77777777" w:rsidR="00151075" w:rsidRDefault="00151075"/>
    <w:p w14:paraId="0A81FCAC" w14:textId="77777777" w:rsidR="00151075" w:rsidRDefault="00D76B7D">
      <w:pPr>
        <w:pStyle w:val="Heading2"/>
      </w:pPr>
      <w:r>
        <w:lastRenderedPageBreak/>
        <w:t>15. AI, algoritmen en geautomatiseerde besluitvorming</w:t>
      </w:r>
    </w:p>
    <w:tbl>
      <w:tblPr>
        <w:tblStyle w:val="TableGrid"/>
        <w:tblW w:w="10485" w:type="dxa"/>
        <w:jc w:val="center"/>
        <w:tblLook w:val="04A0" w:firstRow="1" w:lastRow="0" w:firstColumn="1" w:lastColumn="0" w:noHBand="0" w:noVBand="1"/>
      </w:tblPr>
      <w:tblGrid>
        <w:gridCol w:w="3747"/>
        <w:gridCol w:w="6738"/>
      </w:tblGrid>
      <w:tr w:rsidR="00151075" w14:paraId="76820669" w14:textId="77777777" w:rsidTr="005A6DD4">
        <w:trPr>
          <w:tblHeader/>
          <w:jc w:val="center"/>
        </w:trPr>
        <w:tc>
          <w:tcPr>
            <w:tcW w:w="3747" w:type="dxa"/>
            <w:shd w:val="clear" w:color="auto" w:fill="1F4E79"/>
            <w:tcMar>
              <w:top w:w="80" w:type="dxa"/>
              <w:left w:w="80" w:type="dxa"/>
              <w:bottom w:w="80" w:type="dxa"/>
              <w:right w:w="80" w:type="dxa"/>
            </w:tcMar>
            <w:vAlign w:val="center"/>
          </w:tcPr>
          <w:p w14:paraId="37C703A3" w14:textId="77777777" w:rsidR="00151075" w:rsidRDefault="00D76B7D">
            <w:pPr>
              <w:spacing w:after="0"/>
            </w:pPr>
            <w:r>
              <w:rPr>
                <w:b/>
                <w:color w:val="FFFFFF"/>
                <w:sz w:val="17"/>
              </w:rPr>
              <w:t>Vraag</w:t>
            </w:r>
          </w:p>
        </w:tc>
        <w:tc>
          <w:tcPr>
            <w:tcW w:w="6738" w:type="dxa"/>
            <w:shd w:val="clear" w:color="auto" w:fill="1F4E79"/>
            <w:tcMar>
              <w:top w:w="80" w:type="dxa"/>
              <w:left w:w="80" w:type="dxa"/>
              <w:bottom w:w="80" w:type="dxa"/>
              <w:right w:w="80" w:type="dxa"/>
            </w:tcMar>
            <w:vAlign w:val="center"/>
          </w:tcPr>
          <w:p w14:paraId="68E3640C" w14:textId="77777777" w:rsidR="00151075" w:rsidRDefault="00D76B7D">
            <w:pPr>
              <w:spacing w:after="0"/>
            </w:pPr>
            <w:r>
              <w:rPr>
                <w:b/>
                <w:color w:val="FFFFFF"/>
                <w:sz w:val="17"/>
              </w:rPr>
              <w:t>Antwoord</w:t>
            </w:r>
          </w:p>
        </w:tc>
      </w:tr>
      <w:tr w:rsidR="00151075" w14:paraId="13C75E11" w14:textId="77777777" w:rsidTr="005A6DD4">
        <w:trPr>
          <w:jc w:val="center"/>
        </w:trPr>
        <w:tc>
          <w:tcPr>
            <w:tcW w:w="3747" w:type="dxa"/>
            <w:shd w:val="clear" w:color="auto" w:fill="F3F6F8"/>
          </w:tcPr>
          <w:p w14:paraId="753CD31E" w14:textId="77777777" w:rsidR="00151075" w:rsidRPr="005A6DD4" w:rsidRDefault="00D76B7D">
            <w:pPr>
              <w:spacing w:after="0"/>
              <w:rPr>
                <w:lang w:val="nl-NL"/>
              </w:rPr>
            </w:pPr>
            <w:r w:rsidRPr="005A6DD4">
              <w:rPr>
                <w:b/>
                <w:sz w:val="16"/>
                <w:lang w:val="nl-NL"/>
              </w:rPr>
              <w:t>Wordt AI of algoritmische verwerking gebruikt?</w:t>
            </w:r>
          </w:p>
        </w:tc>
        <w:tc>
          <w:tcPr>
            <w:tcW w:w="6738" w:type="dxa"/>
          </w:tcPr>
          <w:p w14:paraId="397C122C" w14:textId="77777777" w:rsidR="00151075" w:rsidRDefault="00000000">
            <w:pPr>
              <w:spacing w:after="0"/>
            </w:pPr>
            <w:sdt>
              <w:sdtPr>
                <w:alias w:val="AI_GEBRUIKT"/>
                <w:tag w:val="AI_GEBRUIKT"/>
                <w:id w:val="-811403940"/>
                <w:text/>
              </w:sdtPr>
              <w:sdtContent>
                <w:r w:rsidR="00D76B7D">
                  <w:rPr>
                    <w:color w:val="646464"/>
                    <w:sz w:val="16"/>
                  </w:rPr>
                  <w:t>{{AI_GEBRUIKT}}</w:t>
                </w:r>
              </w:sdtContent>
            </w:sdt>
          </w:p>
        </w:tc>
      </w:tr>
      <w:tr w:rsidR="00151075" w14:paraId="3B7868D9" w14:textId="77777777" w:rsidTr="005A6DD4">
        <w:trPr>
          <w:jc w:val="center"/>
        </w:trPr>
        <w:tc>
          <w:tcPr>
            <w:tcW w:w="3747" w:type="dxa"/>
            <w:shd w:val="clear" w:color="auto" w:fill="F3F6F8"/>
          </w:tcPr>
          <w:p w14:paraId="6270680C" w14:textId="77777777" w:rsidR="00151075" w:rsidRDefault="00D76B7D">
            <w:pPr>
              <w:spacing w:after="0"/>
            </w:pPr>
            <w:r>
              <w:rPr>
                <w:b/>
                <w:sz w:val="16"/>
              </w:rPr>
              <w:t>Doel van AI/algoritme</w:t>
            </w:r>
          </w:p>
        </w:tc>
        <w:tc>
          <w:tcPr>
            <w:tcW w:w="6738" w:type="dxa"/>
          </w:tcPr>
          <w:p w14:paraId="0D548534" w14:textId="77777777" w:rsidR="00151075" w:rsidRDefault="00000000">
            <w:pPr>
              <w:spacing w:after="0"/>
            </w:pPr>
            <w:sdt>
              <w:sdtPr>
                <w:alias w:val="AI_DOEL"/>
                <w:tag w:val="AI_DOEL"/>
                <w:id w:val="-49532943"/>
                <w:text/>
              </w:sdtPr>
              <w:sdtContent>
                <w:r w:rsidR="00D76B7D">
                  <w:rPr>
                    <w:color w:val="646464"/>
                    <w:sz w:val="16"/>
                  </w:rPr>
                  <w:t>{{AI_DOEL}}</w:t>
                </w:r>
              </w:sdtContent>
            </w:sdt>
          </w:p>
        </w:tc>
      </w:tr>
      <w:tr w:rsidR="00151075" w14:paraId="4141AE6F" w14:textId="77777777" w:rsidTr="005A6DD4">
        <w:trPr>
          <w:jc w:val="center"/>
        </w:trPr>
        <w:tc>
          <w:tcPr>
            <w:tcW w:w="3747" w:type="dxa"/>
            <w:shd w:val="clear" w:color="auto" w:fill="F3F6F8"/>
          </w:tcPr>
          <w:p w14:paraId="155B119E" w14:textId="77777777" w:rsidR="00151075" w:rsidRPr="005A6DD4" w:rsidRDefault="00D76B7D">
            <w:pPr>
              <w:spacing w:after="0"/>
              <w:rPr>
                <w:lang w:val="nl-NL"/>
              </w:rPr>
            </w:pPr>
            <w:r w:rsidRPr="005A6DD4">
              <w:rPr>
                <w:b/>
                <w:sz w:val="16"/>
                <w:lang w:val="nl-NL"/>
              </w:rPr>
              <w:t>Worden persoonsgegevens gebruikt voor training of fine-tuning?</w:t>
            </w:r>
          </w:p>
        </w:tc>
        <w:tc>
          <w:tcPr>
            <w:tcW w:w="6738" w:type="dxa"/>
          </w:tcPr>
          <w:p w14:paraId="61BFAA7F" w14:textId="77777777" w:rsidR="00151075" w:rsidRDefault="00000000">
            <w:pPr>
              <w:spacing w:after="0"/>
            </w:pPr>
            <w:sdt>
              <w:sdtPr>
                <w:alias w:val="AI_TRAINING_DATA"/>
                <w:tag w:val="AI_TRAINING_DATA"/>
                <w:id w:val="570003542"/>
                <w:text/>
              </w:sdtPr>
              <w:sdtContent>
                <w:r w:rsidR="00D76B7D">
                  <w:rPr>
                    <w:color w:val="646464"/>
                    <w:sz w:val="16"/>
                  </w:rPr>
                  <w:t>{{AI_TRAINING_DATA}}</w:t>
                </w:r>
              </w:sdtContent>
            </w:sdt>
          </w:p>
        </w:tc>
      </w:tr>
      <w:tr w:rsidR="00151075" w14:paraId="54B6E512" w14:textId="77777777" w:rsidTr="005A6DD4">
        <w:trPr>
          <w:jc w:val="center"/>
        </w:trPr>
        <w:tc>
          <w:tcPr>
            <w:tcW w:w="3747" w:type="dxa"/>
            <w:shd w:val="clear" w:color="auto" w:fill="F3F6F8"/>
          </w:tcPr>
          <w:p w14:paraId="0FCDA188" w14:textId="77777777" w:rsidR="00151075" w:rsidRDefault="00D76B7D">
            <w:pPr>
              <w:spacing w:after="0"/>
            </w:pPr>
            <w:r>
              <w:rPr>
                <w:b/>
                <w:sz w:val="16"/>
              </w:rPr>
              <w:t>Is sprake van profilering?</w:t>
            </w:r>
          </w:p>
        </w:tc>
        <w:tc>
          <w:tcPr>
            <w:tcW w:w="6738" w:type="dxa"/>
          </w:tcPr>
          <w:p w14:paraId="5EBAA3A3" w14:textId="77777777" w:rsidR="00151075" w:rsidRDefault="00000000">
            <w:pPr>
              <w:spacing w:after="0"/>
            </w:pPr>
            <w:sdt>
              <w:sdtPr>
                <w:alias w:val="PROFILERING"/>
                <w:tag w:val="PROFILERING"/>
                <w:id w:val="1917360549"/>
                <w:text/>
              </w:sdtPr>
              <w:sdtContent>
                <w:r w:rsidR="00D76B7D">
                  <w:rPr>
                    <w:color w:val="646464"/>
                    <w:sz w:val="16"/>
                  </w:rPr>
                  <w:t>{{PROFILERING}}</w:t>
                </w:r>
              </w:sdtContent>
            </w:sdt>
          </w:p>
        </w:tc>
      </w:tr>
      <w:tr w:rsidR="00151075" w14:paraId="1009F1A5" w14:textId="77777777" w:rsidTr="005A6DD4">
        <w:trPr>
          <w:jc w:val="center"/>
        </w:trPr>
        <w:tc>
          <w:tcPr>
            <w:tcW w:w="3747" w:type="dxa"/>
            <w:shd w:val="clear" w:color="auto" w:fill="F3F6F8"/>
          </w:tcPr>
          <w:p w14:paraId="077EB8A9" w14:textId="77777777" w:rsidR="00151075" w:rsidRPr="005A6DD4" w:rsidRDefault="00D76B7D">
            <w:pPr>
              <w:spacing w:after="0"/>
              <w:rPr>
                <w:lang w:val="nl-NL"/>
              </w:rPr>
            </w:pPr>
            <w:r w:rsidRPr="005A6DD4">
              <w:rPr>
                <w:b/>
                <w:sz w:val="16"/>
                <w:lang w:val="nl-NL"/>
              </w:rPr>
              <w:t>Is sprake van geautomatiseerde besluitvorming met rechtsgevolg of vergelijkbare impact?</w:t>
            </w:r>
          </w:p>
        </w:tc>
        <w:tc>
          <w:tcPr>
            <w:tcW w:w="6738" w:type="dxa"/>
          </w:tcPr>
          <w:p w14:paraId="237EEC0F" w14:textId="77777777" w:rsidR="00151075" w:rsidRDefault="00000000">
            <w:pPr>
              <w:spacing w:after="0"/>
            </w:pPr>
            <w:sdt>
              <w:sdtPr>
                <w:alias w:val="GEAUTOMATISEERDE_BESLUITVORMING"/>
                <w:tag w:val="GEAUTOMATISEERDE_BESLUITVORMING"/>
                <w:id w:val="-1369135733"/>
                <w:text/>
              </w:sdtPr>
              <w:sdtContent>
                <w:r w:rsidR="00D76B7D">
                  <w:rPr>
                    <w:color w:val="646464"/>
                    <w:sz w:val="16"/>
                  </w:rPr>
                  <w:t>{{GEAUTOMATISEERDE_BESLUITVORMING}}</w:t>
                </w:r>
              </w:sdtContent>
            </w:sdt>
          </w:p>
        </w:tc>
      </w:tr>
      <w:tr w:rsidR="00151075" w14:paraId="09461318" w14:textId="77777777" w:rsidTr="005A6DD4">
        <w:trPr>
          <w:jc w:val="center"/>
        </w:trPr>
        <w:tc>
          <w:tcPr>
            <w:tcW w:w="3747" w:type="dxa"/>
            <w:shd w:val="clear" w:color="auto" w:fill="F3F6F8"/>
          </w:tcPr>
          <w:p w14:paraId="68880CB3" w14:textId="77777777" w:rsidR="00151075" w:rsidRDefault="00D76B7D">
            <w:pPr>
              <w:spacing w:after="0"/>
            </w:pPr>
            <w:r>
              <w:rPr>
                <w:b/>
                <w:sz w:val="16"/>
              </w:rPr>
              <w:t>Menselijke tussenkomst geborgd?</w:t>
            </w:r>
          </w:p>
        </w:tc>
        <w:tc>
          <w:tcPr>
            <w:tcW w:w="6738" w:type="dxa"/>
          </w:tcPr>
          <w:p w14:paraId="465C0CFD" w14:textId="77777777" w:rsidR="00151075" w:rsidRDefault="00000000">
            <w:pPr>
              <w:spacing w:after="0"/>
            </w:pPr>
            <w:sdt>
              <w:sdtPr>
                <w:alias w:val="MENSELIJKE_TUSSENKOMST"/>
                <w:tag w:val="MENSELIJKE_TUSSENKOMST"/>
                <w:id w:val="-1462413621"/>
                <w:text/>
              </w:sdtPr>
              <w:sdtContent>
                <w:r w:rsidR="00D76B7D">
                  <w:rPr>
                    <w:color w:val="646464"/>
                    <w:sz w:val="16"/>
                  </w:rPr>
                  <w:t>{{MENSELIJKE_TUSSENKOMST}}</w:t>
                </w:r>
              </w:sdtContent>
            </w:sdt>
          </w:p>
        </w:tc>
      </w:tr>
      <w:tr w:rsidR="00151075" w14:paraId="088B06ED" w14:textId="77777777" w:rsidTr="005A6DD4">
        <w:trPr>
          <w:jc w:val="center"/>
        </w:trPr>
        <w:tc>
          <w:tcPr>
            <w:tcW w:w="3747" w:type="dxa"/>
            <w:shd w:val="clear" w:color="auto" w:fill="F3F6F8"/>
          </w:tcPr>
          <w:p w14:paraId="6057233C" w14:textId="77777777" w:rsidR="00151075" w:rsidRDefault="00D76B7D">
            <w:pPr>
              <w:spacing w:after="0"/>
            </w:pPr>
            <w:r>
              <w:rPr>
                <w:b/>
                <w:sz w:val="16"/>
              </w:rPr>
              <w:t>Uitlegbaarheid en transparantie geborgd?</w:t>
            </w:r>
          </w:p>
        </w:tc>
        <w:tc>
          <w:tcPr>
            <w:tcW w:w="6738" w:type="dxa"/>
          </w:tcPr>
          <w:p w14:paraId="09EF9263" w14:textId="77777777" w:rsidR="00151075" w:rsidRDefault="00000000">
            <w:pPr>
              <w:spacing w:after="0"/>
            </w:pPr>
            <w:sdt>
              <w:sdtPr>
                <w:alias w:val="UITLEGBAARHEID"/>
                <w:tag w:val="UITLEGBAARHEID"/>
                <w:id w:val="-1919006930"/>
                <w:text/>
              </w:sdtPr>
              <w:sdtContent>
                <w:r w:rsidR="00D76B7D">
                  <w:rPr>
                    <w:color w:val="646464"/>
                    <w:sz w:val="16"/>
                  </w:rPr>
                  <w:t>{{UITLEGBAARHEID}}</w:t>
                </w:r>
              </w:sdtContent>
            </w:sdt>
          </w:p>
        </w:tc>
      </w:tr>
      <w:tr w:rsidR="00151075" w14:paraId="63DFC2B2" w14:textId="77777777" w:rsidTr="005A6DD4">
        <w:trPr>
          <w:jc w:val="center"/>
        </w:trPr>
        <w:tc>
          <w:tcPr>
            <w:tcW w:w="3747" w:type="dxa"/>
            <w:shd w:val="clear" w:color="auto" w:fill="F3F6F8"/>
          </w:tcPr>
          <w:p w14:paraId="58956738" w14:textId="77777777" w:rsidR="00151075" w:rsidRDefault="00D76B7D">
            <w:pPr>
              <w:spacing w:after="0"/>
            </w:pPr>
            <w:r>
              <w:rPr>
                <w:b/>
                <w:sz w:val="16"/>
              </w:rPr>
              <w:t>Bias/dat kwaliteit beoordeeld?</w:t>
            </w:r>
          </w:p>
        </w:tc>
        <w:tc>
          <w:tcPr>
            <w:tcW w:w="6738" w:type="dxa"/>
          </w:tcPr>
          <w:p w14:paraId="76A5C73A" w14:textId="77777777" w:rsidR="00151075" w:rsidRDefault="00000000">
            <w:pPr>
              <w:spacing w:after="0"/>
            </w:pPr>
            <w:sdt>
              <w:sdtPr>
                <w:alias w:val="BIAS_DATAKWALITEIT"/>
                <w:tag w:val="BIAS_DATAKWALITEIT"/>
                <w:id w:val="-1582212523"/>
                <w:text/>
              </w:sdtPr>
              <w:sdtContent>
                <w:r w:rsidR="00D76B7D">
                  <w:rPr>
                    <w:color w:val="646464"/>
                    <w:sz w:val="16"/>
                  </w:rPr>
                  <w:t>{{BIAS_DATAKWALITEIT}}</w:t>
                </w:r>
              </w:sdtContent>
            </w:sdt>
          </w:p>
        </w:tc>
      </w:tr>
      <w:tr w:rsidR="00151075" w14:paraId="79E98810" w14:textId="77777777" w:rsidTr="005A6DD4">
        <w:trPr>
          <w:jc w:val="center"/>
        </w:trPr>
        <w:tc>
          <w:tcPr>
            <w:tcW w:w="3747" w:type="dxa"/>
            <w:shd w:val="clear" w:color="auto" w:fill="F3F6F8"/>
          </w:tcPr>
          <w:p w14:paraId="1A3D1BEE" w14:textId="77777777" w:rsidR="00151075" w:rsidRDefault="00D76B7D">
            <w:pPr>
              <w:spacing w:after="0"/>
            </w:pPr>
            <w:r>
              <w:rPr>
                <w:b/>
                <w:sz w:val="16"/>
              </w:rPr>
              <w:t>Modelmonitoring en evaluatie</w:t>
            </w:r>
          </w:p>
        </w:tc>
        <w:tc>
          <w:tcPr>
            <w:tcW w:w="6738" w:type="dxa"/>
          </w:tcPr>
          <w:p w14:paraId="35653734" w14:textId="77777777" w:rsidR="00151075" w:rsidRDefault="00000000">
            <w:pPr>
              <w:spacing w:after="0"/>
            </w:pPr>
            <w:sdt>
              <w:sdtPr>
                <w:alias w:val="MODEL_MONITORING"/>
                <w:tag w:val="MODEL_MONITORING"/>
                <w:id w:val="235363937"/>
                <w:text/>
              </w:sdtPr>
              <w:sdtContent>
                <w:r w:rsidR="00D76B7D">
                  <w:rPr>
                    <w:color w:val="646464"/>
                    <w:sz w:val="16"/>
                  </w:rPr>
                  <w:t>{{MODEL_MONITORING}}</w:t>
                </w:r>
              </w:sdtContent>
            </w:sdt>
          </w:p>
        </w:tc>
      </w:tr>
    </w:tbl>
    <w:p w14:paraId="0F15D031" w14:textId="77777777" w:rsidR="00151075" w:rsidRDefault="00151075"/>
    <w:p w14:paraId="52E09D60" w14:textId="77777777" w:rsidR="00151075" w:rsidRDefault="00D76B7D">
      <w:pPr>
        <w:pStyle w:val="Heading2"/>
      </w:pPr>
      <w:r>
        <w:t>16. Consultatie betrokkenen en belanghebbenden</w:t>
      </w:r>
    </w:p>
    <w:tbl>
      <w:tblPr>
        <w:tblStyle w:val="TableGrid"/>
        <w:tblW w:w="0" w:type="auto"/>
        <w:jc w:val="center"/>
        <w:tblLook w:val="04A0" w:firstRow="1" w:lastRow="0" w:firstColumn="1" w:lastColumn="0" w:noHBand="0" w:noVBand="1"/>
      </w:tblPr>
      <w:tblGrid>
        <w:gridCol w:w="3034"/>
        <w:gridCol w:w="7438"/>
      </w:tblGrid>
      <w:tr w:rsidR="00151075" w14:paraId="19BD81AB" w14:textId="77777777" w:rsidTr="005A6DD4">
        <w:trPr>
          <w:tblHeader/>
          <w:jc w:val="center"/>
        </w:trPr>
        <w:tc>
          <w:tcPr>
            <w:tcW w:w="3038" w:type="dxa"/>
            <w:shd w:val="clear" w:color="auto" w:fill="1F4E79"/>
            <w:tcMar>
              <w:top w:w="80" w:type="dxa"/>
              <w:left w:w="80" w:type="dxa"/>
              <w:bottom w:w="80" w:type="dxa"/>
              <w:right w:w="80" w:type="dxa"/>
            </w:tcMar>
            <w:vAlign w:val="center"/>
          </w:tcPr>
          <w:p w14:paraId="0E0240D9" w14:textId="77777777" w:rsidR="00151075" w:rsidRDefault="00D76B7D">
            <w:pPr>
              <w:spacing w:after="0"/>
            </w:pPr>
            <w:r>
              <w:rPr>
                <w:b/>
                <w:color w:val="FFFFFF"/>
                <w:sz w:val="17"/>
              </w:rPr>
              <w:t>Vraag</w:t>
            </w:r>
          </w:p>
        </w:tc>
        <w:tc>
          <w:tcPr>
            <w:tcW w:w="7452" w:type="dxa"/>
            <w:shd w:val="clear" w:color="auto" w:fill="1F4E79"/>
            <w:tcMar>
              <w:top w:w="80" w:type="dxa"/>
              <w:left w:w="80" w:type="dxa"/>
              <w:bottom w:w="80" w:type="dxa"/>
              <w:right w:w="80" w:type="dxa"/>
            </w:tcMar>
            <w:vAlign w:val="center"/>
          </w:tcPr>
          <w:p w14:paraId="077E7790" w14:textId="77777777" w:rsidR="00151075" w:rsidRDefault="00D76B7D">
            <w:pPr>
              <w:spacing w:after="0"/>
            </w:pPr>
            <w:r>
              <w:rPr>
                <w:b/>
                <w:color w:val="FFFFFF"/>
                <w:sz w:val="17"/>
              </w:rPr>
              <w:t>Antwoord</w:t>
            </w:r>
          </w:p>
        </w:tc>
      </w:tr>
      <w:tr w:rsidR="00151075" w14:paraId="4F28766A" w14:textId="77777777" w:rsidTr="005A6DD4">
        <w:trPr>
          <w:jc w:val="center"/>
        </w:trPr>
        <w:tc>
          <w:tcPr>
            <w:tcW w:w="3038" w:type="dxa"/>
            <w:shd w:val="clear" w:color="auto" w:fill="F3F6F8"/>
          </w:tcPr>
          <w:p w14:paraId="162432FF" w14:textId="77777777" w:rsidR="00151075" w:rsidRPr="005A6DD4" w:rsidRDefault="00D76B7D">
            <w:pPr>
              <w:spacing w:after="0"/>
              <w:rPr>
                <w:lang w:val="nl-NL"/>
              </w:rPr>
            </w:pPr>
            <w:r w:rsidRPr="005A6DD4">
              <w:rPr>
                <w:b/>
                <w:sz w:val="16"/>
                <w:lang w:val="nl-NL"/>
              </w:rPr>
              <w:t>Zijn cliënten, medewerkers of vertegenwoordigers geraadpleegd?</w:t>
            </w:r>
          </w:p>
        </w:tc>
        <w:tc>
          <w:tcPr>
            <w:tcW w:w="7452" w:type="dxa"/>
          </w:tcPr>
          <w:p w14:paraId="05C52B1F" w14:textId="77777777" w:rsidR="00151075" w:rsidRDefault="00000000">
            <w:pPr>
              <w:spacing w:after="0"/>
            </w:pPr>
            <w:sdt>
              <w:sdtPr>
                <w:alias w:val="CONSULTATIE_BETROKKENEN"/>
                <w:tag w:val="CONSULTATIE_BETROKKENEN"/>
                <w:id w:val="-265921283"/>
                <w:text/>
              </w:sdtPr>
              <w:sdtContent>
                <w:r w:rsidR="00D76B7D">
                  <w:rPr>
                    <w:color w:val="646464"/>
                    <w:sz w:val="16"/>
                  </w:rPr>
                  <w:t>{{CONSULTATIE_BETROKKENEN}}</w:t>
                </w:r>
              </w:sdtContent>
            </w:sdt>
          </w:p>
        </w:tc>
      </w:tr>
      <w:tr w:rsidR="00151075" w14:paraId="10717699" w14:textId="77777777" w:rsidTr="005A6DD4">
        <w:trPr>
          <w:jc w:val="center"/>
        </w:trPr>
        <w:tc>
          <w:tcPr>
            <w:tcW w:w="3038" w:type="dxa"/>
            <w:shd w:val="clear" w:color="auto" w:fill="F3F6F8"/>
          </w:tcPr>
          <w:p w14:paraId="5E53ABA7" w14:textId="77777777" w:rsidR="00151075" w:rsidRDefault="00D76B7D">
            <w:pPr>
              <w:spacing w:after="0"/>
            </w:pPr>
            <w:r>
              <w:rPr>
                <w:b/>
                <w:sz w:val="16"/>
              </w:rPr>
              <w:t>Waarom wel/niet?</w:t>
            </w:r>
          </w:p>
        </w:tc>
        <w:tc>
          <w:tcPr>
            <w:tcW w:w="7452" w:type="dxa"/>
          </w:tcPr>
          <w:p w14:paraId="4AED1C21" w14:textId="77777777" w:rsidR="00151075" w:rsidRDefault="00000000">
            <w:pPr>
              <w:spacing w:after="0"/>
            </w:pPr>
            <w:sdt>
              <w:sdtPr>
                <w:alias w:val="MOTIVERING_CONSULTATIE"/>
                <w:tag w:val="MOTIVERING_CONSULTATIE"/>
                <w:id w:val="179943223"/>
                <w:text/>
              </w:sdtPr>
              <w:sdtContent>
                <w:r w:rsidR="00D76B7D">
                  <w:rPr>
                    <w:color w:val="646464"/>
                    <w:sz w:val="16"/>
                  </w:rPr>
                  <w:t>{{MOTIVERING_CONSULTATIE}}</w:t>
                </w:r>
              </w:sdtContent>
            </w:sdt>
          </w:p>
        </w:tc>
      </w:tr>
      <w:tr w:rsidR="00151075" w14:paraId="7180EBD2" w14:textId="77777777" w:rsidTr="005A6DD4">
        <w:trPr>
          <w:jc w:val="center"/>
        </w:trPr>
        <w:tc>
          <w:tcPr>
            <w:tcW w:w="3038" w:type="dxa"/>
            <w:shd w:val="clear" w:color="auto" w:fill="F3F6F8"/>
          </w:tcPr>
          <w:p w14:paraId="6BDF94C9" w14:textId="77777777" w:rsidR="00151075" w:rsidRDefault="00D76B7D">
            <w:pPr>
              <w:spacing w:after="0"/>
            </w:pPr>
            <w:r>
              <w:rPr>
                <w:b/>
                <w:sz w:val="16"/>
              </w:rPr>
              <w:t>Uitkomsten consultatie</w:t>
            </w:r>
          </w:p>
        </w:tc>
        <w:tc>
          <w:tcPr>
            <w:tcW w:w="7452" w:type="dxa"/>
          </w:tcPr>
          <w:p w14:paraId="7B5BCE9D" w14:textId="77777777" w:rsidR="00151075" w:rsidRDefault="00000000">
            <w:pPr>
              <w:spacing w:after="0"/>
            </w:pPr>
            <w:sdt>
              <w:sdtPr>
                <w:alias w:val="UITKOMSTEN_CONSULTATIE"/>
                <w:tag w:val="UITKOMSTEN_CONSULTATIE"/>
                <w:id w:val="405040444"/>
                <w:text/>
              </w:sdtPr>
              <w:sdtContent>
                <w:r w:rsidR="00D76B7D">
                  <w:rPr>
                    <w:color w:val="646464"/>
                    <w:sz w:val="16"/>
                  </w:rPr>
                  <w:t>{{UITKOMSTEN_CONSULTATIE}}</w:t>
                </w:r>
              </w:sdtContent>
            </w:sdt>
          </w:p>
        </w:tc>
      </w:tr>
      <w:tr w:rsidR="00151075" w14:paraId="313A631E" w14:textId="77777777" w:rsidTr="005A6DD4">
        <w:trPr>
          <w:jc w:val="center"/>
        </w:trPr>
        <w:tc>
          <w:tcPr>
            <w:tcW w:w="3038" w:type="dxa"/>
            <w:shd w:val="clear" w:color="auto" w:fill="F3F6F8"/>
          </w:tcPr>
          <w:p w14:paraId="79E3CEA6" w14:textId="77777777" w:rsidR="00151075" w:rsidRDefault="00D76B7D">
            <w:pPr>
              <w:spacing w:after="0"/>
            </w:pPr>
            <w:r>
              <w:rPr>
                <w:b/>
                <w:sz w:val="16"/>
              </w:rPr>
              <w:t>Verwerkte feedback</w:t>
            </w:r>
          </w:p>
        </w:tc>
        <w:tc>
          <w:tcPr>
            <w:tcW w:w="7452" w:type="dxa"/>
          </w:tcPr>
          <w:p w14:paraId="337B9DC8" w14:textId="77777777" w:rsidR="00151075" w:rsidRDefault="00000000">
            <w:pPr>
              <w:spacing w:after="0"/>
            </w:pPr>
            <w:sdt>
              <w:sdtPr>
                <w:alias w:val="VERWERKTE_FEEDBACK"/>
                <w:tag w:val="VERWERKTE_FEEDBACK"/>
                <w:id w:val="1354845154"/>
                <w:text/>
              </w:sdtPr>
              <w:sdtContent>
                <w:r w:rsidR="00D76B7D">
                  <w:rPr>
                    <w:color w:val="646464"/>
                    <w:sz w:val="16"/>
                  </w:rPr>
                  <w:t>{{VERWERKTE_FEEDBACK}}</w:t>
                </w:r>
              </w:sdtContent>
            </w:sdt>
          </w:p>
        </w:tc>
      </w:tr>
      <w:tr w:rsidR="00151075" w14:paraId="4557AFD2" w14:textId="77777777" w:rsidTr="005A6DD4">
        <w:trPr>
          <w:jc w:val="center"/>
        </w:trPr>
        <w:tc>
          <w:tcPr>
            <w:tcW w:w="3038" w:type="dxa"/>
            <w:shd w:val="clear" w:color="auto" w:fill="F3F6F8"/>
          </w:tcPr>
          <w:p w14:paraId="27F94D44" w14:textId="77777777" w:rsidR="00151075" w:rsidRDefault="00D76B7D">
            <w:pPr>
              <w:spacing w:after="0"/>
            </w:pPr>
            <w:r>
              <w:rPr>
                <w:b/>
                <w:sz w:val="16"/>
              </w:rPr>
              <w:t>Belanghebbenden intern</w:t>
            </w:r>
          </w:p>
        </w:tc>
        <w:tc>
          <w:tcPr>
            <w:tcW w:w="7452" w:type="dxa"/>
          </w:tcPr>
          <w:p w14:paraId="2215FB9A" w14:textId="77777777" w:rsidR="00151075" w:rsidRDefault="00000000">
            <w:pPr>
              <w:spacing w:after="0"/>
            </w:pPr>
            <w:sdt>
              <w:sdtPr>
                <w:alias w:val="BELANGHEBBENDEN_INTERN"/>
                <w:tag w:val="BELANGHEBBENDEN_INTERN"/>
                <w:id w:val="-2134697840"/>
                <w:text/>
              </w:sdtPr>
              <w:sdtContent>
                <w:r w:rsidR="00D76B7D">
                  <w:rPr>
                    <w:color w:val="646464"/>
                    <w:sz w:val="16"/>
                  </w:rPr>
                  <w:t>{{BELANGHEBBENDEN_INTERN}}</w:t>
                </w:r>
              </w:sdtContent>
            </w:sdt>
          </w:p>
        </w:tc>
      </w:tr>
      <w:tr w:rsidR="00151075" w14:paraId="6ABC2045" w14:textId="77777777" w:rsidTr="005A6DD4">
        <w:trPr>
          <w:jc w:val="center"/>
        </w:trPr>
        <w:tc>
          <w:tcPr>
            <w:tcW w:w="3038" w:type="dxa"/>
            <w:shd w:val="clear" w:color="auto" w:fill="F3F6F8"/>
          </w:tcPr>
          <w:p w14:paraId="5000F310" w14:textId="77777777" w:rsidR="00151075" w:rsidRDefault="00D76B7D">
            <w:pPr>
              <w:spacing w:after="0"/>
            </w:pPr>
            <w:r>
              <w:rPr>
                <w:b/>
                <w:sz w:val="16"/>
              </w:rPr>
              <w:t>Belanghebbenden extern</w:t>
            </w:r>
          </w:p>
        </w:tc>
        <w:tc>
          <w:tcPr>
            <w:tcW w:w="7452" w:type="dxa"/>
          </w:tcPr>
          <w:p w14:paraId="4F799C9B" w14:textId="77777777" w:rsidR="00151075" w:rsidRDefault="00000000">
            <w:pPr>
              <w:spacing w:after="0"/>
            </w:pPr>
            <w:sdt>
              <w:sdtPr>
                <w:alias w:val="BELANGHEBBENDEN_EXTERN"/>
                <w:tag w:val="BELANGHEBBENDEN_EXTERN"/>
                <w:id w:val="250857904"/>
                <w:text/>
              </w:sdtPr>
              <w:sdtContent>
                <w:r w:rsidR="00D76B7D">
                  <w:rPr>
                    <w:color w:val="646464"/>
                    <w:sz w:val="16"/>
                  </w:rPr>
                  <w:t>{{BELANGHEBBENDEN_EXTERN}}</w:t>
                </w:r>
              </w:sdtContent>
            </w:sdt>
          </w:p>
        </w:tc>
      </w:tr>
    </w:tbl>
    <w:p w14:paraId="4E2EED27" w14:textId="77777777" w:rsidR="00151075" w:rsidRDefault="00151075"/>
    <w:p w14:paraId="794CD532" w14:textId="77777777" w:rsidR="00151075" w:rsidRDefault="00D76B7D">
      <w:pPr>
        <w:pStyle w:val="Heading2"/>
      </w:pPr>
      <w:r>
        <w:t>17. Risicoanalyse privacy en zorgcontinuïteit</w:t>
      </w:r>
    </w:p>
    <w:tbl>
      <w:tblPr>
        <w:tblStyle w:val="TableGrid"/>
        <w:tblW w:w="0" w:type="auto"/>
        <w:jc w:val="center"/>
        <w:tblLook w:val="04A0" w:firstRow="1" w:lastRow="0" w:firstColumn="1" w:lastColumn="0" w:noHBand="0" w:noVBand="1"/>
      </w:tblPr>
      <w:tblGrid>
        <w:gridCol w:w="10472"/>
      </w:tblGrid>
      <w:tr w:rsidR="00151075" w14:paraId="5AE6ACB9" w14:textId="77777777">
        <w:trPr>
          <w:tblHeader/>
          <w:jc w:val="center"/>
        </w:trPr>
        <w:tc>
          <w:tcPr>
            <w:tcW w:w="10482" w:type="dxa"/>
            <w:shd w:val="clear" w:color="auto" w:fill="FFF2CC"/>
            <w:tcMar>
              <w:top w:w="80" w:type="dxa"/>
              <w:left w:w="80" w:type="dxa"/>
              <w:bottom w:w="80" w:type="dxa"/>
              <w:right w:w="80" w:type="dxa"/>
            </w:tcMar>
            <w:vAlign w:val="center"/>
          </w:tcPr>
          <w:p w14:paraId="139BCBD0" w14:textId="77777777" w:rsidR="00151075" w:rsidRDefault="00D76B7D">
            <w:pPr>
              <w:spacing w:after="0"/>
            </w:pPr>
            <w:r w:rsidRPr="005A6DD4">
              <w:rPr>
                <w:color w:val="1F4E79"/>
                <w:sz w:val="17"/>
                <w:lang w:val="nl-NL"/>
              </w:rPr>
              <w:t xml:space="preserve">Beoordeel risico’s voor rechten en vrijheden van betrokkenen. Gebruik kans, impact en restrisico. </w:t>
            </w:r>
            <w:r>
              <w:rPr>
                <w:color w:val="1F4E79"/>
                <w:sz w:val="17"/>
              </w:rPr>
              <w:t>Leg altijd maatregelen, eigenaar, bewijslast en acceptatie vast.</w:t>
            </w:r>
          </w:p>
        </w:tc>
      </w:tr>
    </w:tbl>
    <w:p w14:paraId="5E7D1DF5" w14:textId="77777777" w:rsidR="00151075" w:rsidRDefault="00151075"/>
    <w:tbl>
      <w:tblPr>
        <w:tblStyle w:val="TableGrid"/>
        <w:tblW w:w="0" w:type="auto"/>
        <w:jc w:val="center"/>
        <w:tblLook w:val="04A0" w:firstRow="1" w:lastRow="0" w:firstColumn="1" w:lastColumn="0" w:noHBand="0" w:noVBand="1"/>
      </w:tblPr>
      <w:tblGrid>
        <w:gridCol w:w="2451"/>
        <w:gridCol w:w="1447"/>
        <w:gridCol w:w="1447"/>
        <w:gridCol w:w="1960"/>
        <w:gridCol w:w="1674"/>
        <w:gridCol w:w="1493"/>
      </w:tblGrid>
      <w:tr w:rsidR="00151075" w14:paraId="00256B45" w14:textId="77777777">
        <w:trPr>
          <w:tblHeader/>
          <w:jc w:val="center"/>
        </w:trPr>
        <w:tc>
          <w:tcPr>
            <w:tcW w:w="2608" w:type="dxa"/>
            <w:shd w:val="clear" w:color="auto" w:fill="1F4E79"/>
            <w:tcMar>
              <w:top w:w="80" w:type="dxa"/>
              <w:left w:w="80" w:type="dxa"/>
              <w:bottom w:w="80" w:type="dxa"/>
              <w:right w:w="80" w:type="dxa"/>
            </w:tcMar>
            <w:vAlign w:val="center"/>
          </w:tcPr>
          <w:p w14:paraId="00F3174D" w14:textId="77777777" w:rsidR="00151075" w:rsidRDefault="00D76B7D">
            <w:pPr>
              <w:spacing w:after="0"/>
            </w:pPr>
            <w:r>
              <w:rPr>
                <w:b/>
                <w:color w:val="FFFFFF"/>
                <w:sz w:val="14"/>
              </w:rPr>
              <w:t>Risico</w:t>
            </w:r>
          </w:p>
        </w:tc>
        <w:tc>
          <w:tcPr>
            <w:tcW w:w="850" w:type="dxa"/>
            <w:shd w:val="clear" w:color="auto" w:fill="1F4E79"/>
            <w:tcMar>
              <w:top w:w="80" w:type="dxa"/>
              <w:left w:w="80" w:type="dxa"/>
              <w:bottom w:w="80" w:type="dxa"/>
              <w:right w:w="80" w:type="dxa"/>
            </w:tcMar>
            <w:vAlign w:val="center"/>
          </w:tcPr>
          <w:p w14:paraId="08D1898B" w14:textId="77777777" w:rsidR="00151075" w:rsidRDefault="00D76B7D">
            <w:pPr>
              <w:spacing w:after="0"/>
            </w:pPr>
            <w:r>
              <w:rPr>
                <w:b/>
                <w:color w:val="FFFFFF"/>
                <w:sz w:val="14"/>
              </w:rPr>
              <w:t>Kans</w:t>
            </w:r>
          </w:p>
        </w:tc>
        <w:tc>
          <w:tcPr>
            <w:tcW w:w="850" w:type="dxa"/>
            <w:shd w:val="clear" w:color="auto" w:fill="1F4E79"/>
            <w:tcMar>
              <w:top w:w="80" w:type="dxa"/>
              <w:left w:w="80" w:type="dxa"/>
              <w:bottom w:w="80" w:type="dxa"/>
              <w:right w:w="80" w:type="dxa"/>
            </w:tcMar>
            <w:vAlign w:val="center"/>
          </w:tcPr>
          <w:p w14:paraId="69963F2F" w14:textId="77777777" w:rsidR="00151075" w:rsidRDefault="00D76B7D">
            <w:pPr>
              <w:spacing w:after="0"/>
            </w:pPr>
            <w:r>
              <w:rPr>
                <w:b/>
                <w:color w:val="FFFFFF"/>
                <w:sz w:val="14"/>
              </w:rPr>
              <w:t>Impact</w:t>
            </w:r>
          </w:p>
        </w:tc>
        <w:tc>
          <w:tcPr>
            <w:tcW w:w="1984" w:type="dxa"/>
            <w:shd w:val="clear" w:color="auto" w:fill="1F4E79"/>
            <w:tcMar>
              <w:top w:w="80" w:type="dxa"/>
              <w:left w:w="80" w:type="dxa"/>
              <w:bottom w:w="80" w:type="dxa"/>
              <w:right w:w="80" w:type="dxa"/>
            </w:tcMar>
            <w:vAlign w:val="center"/>
          </w:tcPr>
          <w:p w14:paraId="4402E16D" w14:textId="77777777" w:rsidR="00151075" w:rsidRDefault="00D76B7D">
            <w:pPr>
              <w:spacing w:after="0"/>
            </w:pPr>
            <w:r>
              <w:rPr>
                <w:b/>
                <w:color w:val="FFFFFF"/>
                <w:sz w:val="14"/>
              </w:rPr>
              <w:t>Maatregelen</w:t>
            </w:r>
          </w:p>
        </w:tc>
        <w:tc>
          <w:tcPr>
            <w:tcW w:w="1757" w:type="dxa"/>
            <w:shd w:val="clear" w:color="auto" w:fill="1F4E79"/>
            <w:tcMar>
              <w:top w:w="80" w:type="dxa"/>
              <w:left w:w="80" w:type="dxa"/>
              <w:bottom w:w="80" w:type="dxa"/>
              <w:right w:w="80" w:type="dxa"/>
            </w:tcMar>
            <w:vAlign w:val="center"/>
          </w:tcPr>
          <w:p w14:paraId="3D8EF19B" w14:textId="77777777" w:rsidR="00151075" w:rsidRDefault="00D76B7D">
            <w:pPr>
              <w:spacing w:after="0"/>
            </w:pPr>
            <w:r>
              <w:rPr>
                <w:b/>
                <w:color w:val="FFFFFF"/>
                <w:sz w:val="14"/>
              </w:rPr>
              <w:t>Bewijs</w:t>
            </w:r>
          </w:p>
        </w:tc>
        <w:tc>
          <w:tcPr>
            <w:tcW w:w="963" w:type="dxa"/>
            <w:shd w:val="clear" w:color="auto" w:fill="1F4E79"/>
            <w:tcMar>
              <w:top w:w="80" w:type="dxa"/>
              <w:left w:w="80" w:type="dxa"/>
              <w:bottom w:w="80" w:type="dxa"/>
              <w:right w:w="80" w:type="dxa"/>
            </w:tcMar>
            <w:vAlign w:val="center"/>
          </w:tcPr>
          <w:p w14:paraId="2FD7AD70" w14:textId="77777777" w:rsidR="00151075" w:rsidRDefault="00D76B7D">
            <w:pPr>
              <w:spacing w:after="0"/>
            </w:pPr>
            <w:r>
              <w:rPr>
                <w:b/>
                <w:color w:val="FFFFFF"/>
                <w:sz w:val="14"/>
              </w:rPr>
              <w:t>Restrisico</w:t>
            </w:r>
          </w:p>
        </w:tc>
      </w:tr>
      <w:tr w:rsidR="00151075" w14:paraId="7A832B7A" w14:textId="77777777">
        <w:trPr>
          <w:jc w:val="center"/>
        </w:trPr>
        <w:tc>
          <w:tcPr>
            <w:tcW w:w="1747" w:type="dxa"/>
          </w:tcPr>
          <w:p w14:paraId="3690F7C8" w14:textId="77777777" w:rsidR="00151075" w:rsidRDefault="00D76B7D">
            <w:pPr>
              <w:spacing w:after="0"/>
            </w:pPr>
            <w:r>
              <w:rPr>
                <w:sz w:val="14"/>
              </w:rPr>
              <w:t>Onbevoegde inzage in gezondheidsgegevens</w:t>
            </w:r>
          </w:p>
        </w:tc>
        <w:tc>
          <w:tcPr>
            <w:tcW w:w="1747" w:type="dxa"/>
          </w:tcPr>
          <w:p w14:paraId="727E7298" w14:textId="77777777" w:rsidR="00151075" w:rsidRDefault="00D76B7D">
            <w:pPr>
              <w:spacing w:after="0"/>
            </w:pPr>
            <w:r>
              <w:rPr>
                <w:sz w:val="13"/>
              </w:rPr>
              <w:t>☐ Laag</w:t>
            </w:r>
            <w:r>
              <w:rPr>
                <w:sz w:val="13"/>
              </w:rPr>
              <w:br/>
              <w:t>☐ Midden</w:t>
            </w:r>
            <w:r>
              <w:rPr>
                <w:sz w:val="13"/>
              </w:rPr>
              <w:br/>
              <w:t>☐ Hoog</w:t>
            </w:r>
          </w:p>
        </w:tc>
        <w:tc>
          <w:tcPr>
            <w:tcW w:w="1747" w:type="dxa"/>
          </w:tcPr>
          <w:p w14:paraId="77FF2F9F" w14:textId="77777777" w:rsidR="00151075" w:rsidRDefault="00D76B7D">
            <w:pPr>
              <w:spacing w:after="0"/>
            </w:pPr>
            <w:r>
              <w:rPr>
                <w:sz w:val="13"/>
              </w:rPr>
              <w:t>☐ Laag</w:t>
            </w:r>
            <w:r>
              <w:rPr>
                <w:sz w:val="13"/>
              </w:rPr>
              <w:br/>
              <w:t>☐ Midden</w:t>
            </w:r>
            <w:r>
              <w:rPr>
                <w:sz w:val="13"/>
              </w:rPr>
              <w:br/>
              <w:t>☐ Hoog</w:t>
            </w:r>
          </w:p>
        </w:tc>
        <w:tc>
          <w:tcPr>
            <w:tcW w:w="1747" w:type="dxa"/>
          </w:tcPr>
          <w:p w14:paraId="13D2D117" w14:textId="77777777" w:rsidR="00151075" w:rsidRDefault="00000000">
            <w:pPr>
              <w:spacing w:after="0"/>
            </w:pPr>
            <w:sdt>
              <w:sdtPr>
                <w:alias w:val="RISICO_1_MAATREGELEN"/>
                <w:tag w:val="RISICO_1_MAATREGELEN"/>
                <w:id w:val="861401045"/>
                <w:text/>
              </w:sdtPr>
              <w:sdtContent>
                <w:r w:rsidR="00D76B7D">
                  <w:rPr>
                    <w:color w:val="646464"/>
                    <w:sz w:val="13"/>
                  </w:rPr>
                  <w:t>{{RISICO_1_MAATREGELEN}}</w:t>
                </w:r>
              </w:sdtContent>
            </w:sdt>
          </w:p>
        </w:tc>
        <w:tc>
          <w:tcPr>
            <w:tcW w:w="1747" w:type="dxa"/>
          </w:tcPr>
          <w:p w14:paraId="1A8CA51C" w14:textId="77777777" w:rsidR="00151075" w:rsidRDefault="00000000">
            <w:pPr>
              <w:spacing w:after="0"/>
            </w:pPr>
            <w:sdt>
              <w:sdtPr>
                <w:alias w:val="RISICO_1_BEWIJS"/>
                <w:tag w:val="RISICO_1_BEWIJS"/>
                <w:id w:val="1095597108"/>
                <w:text/>
              </w:sdtPr>
              <w:sdtContent>
                <w:r w:rsidR="00D76B7D">
                  <w:rPr>
                    <w:color w:val="646464"/>
                    <w:sz w:val="13"/>
                  </w:rPr>
                  <w:t>{{RISICO_1_BEWIJS}}</w:t>
                </w:r>
              </w:sdtContent>
            </w:sdt>
          </w:p>
        </w:tc>
        <w:tc>
          <w:tcPr>
            <w:tcW w:w="1747" w:type="dxa"/>
          </w:tcPr>
          <w:p w14:paraId="1C68C611" w14:textId="77777777" w:rsidR="00151075" w:rsidRDefault="00D76B7D">
            <w:pPr>
              <w:spacing w:after="0"/>
            </w:pPr>
            <w:r>
              <w:rPr>
                <w:sz w:val="13"/>
              </w:rPr>
              <w:t>☐ Laag</w:t>
            </w:r>
            <w:r>
              <w:rPr>
                <w:sz w:val="13"/>
              </w:rPr>
              <w:br/>
              <w:t>☐ Midden</w:t>
            </w:r>
            <w:r>
              <w:rPr>
                <w:sz w:val="13"/>
              </w:rPr>
              <w:br/>
              <w:t>☐ Hoog</w:t>
            </w:r>
          </w:p>
        </w:tc>
      </w:tr>
      <w:tr w:rsidR="00151075" w14:paraId="24DF7782" w14:textId="77777777">
        <w:trPr>
          <w:jc w:val="center"/>
        </w:trPr>
        <w:tc>
          <w:tcPr>
            <w:tcW w:w="1747" w:type="dxa"/>
          </w:tcPr>
          <w:p w14:paraId="1527D518" w14:textId="77777777" w:rsidR="00151075" w:rsidRPr="005A6DD4" w:rsidRDefault="00D76B7D">
            <w:pPr>
              <w:spacing w:after="0"/>
              <w:rPr>
                <w:lang w:val="nl-NL"/>
              </w:rPr>
            </w:pPr>
            <w:r w:rsidRPr="005A6DD4">
              <w:rPr>
                <w:sz w:val="14"/>
                <w:lang w:val="nl-NL"/>
              </w:rPr>
              <w:t>Onjuiste gegevens leiden tot verkeerde zorg</w:t>
            </w:r>
          </w:p>
        </w:tc>
        <w:tc>
          <w:tcPr>
            <w:tcW w:w="1747" w:type="dxa"/>
          </w:tcPr>
          <w:p w14:paraId="3426B13E" w14:textId="77777777" w:rsidR="00151075" w:rsidRDefault="00D76B7D">
            <w:pPr>
              <w:spacing w:after="0"/>
            </w:pPr>
            <w:r>
              <w:rPr>
                <w:sz w:val="13"/>
              </w:rPr>
              <w:t>☐ Laag</w:t>
            </w:r>
            <w:r>
              <w:rPr>
                <w:sz w:val="13"/>
              </w:rPr>
              <w:br/>
              <w:t>☐ Midden</w:t>
            </w:r>
            <w:r>
              <w:rPr>
                <w:sz w:val="13"/>
              </w:rPr>
              <w:br/>
              <w:t>☐ Hoog</w:t>
            </w:r>
          </w:p>
        </w:tc>
        <w:tc>
          <w:tcPr>
            <w:tcW w:w="1747" w:type="dxa"/>
          </w:tcPr>
          <w:p w14:paraId="4B6A61DA" w14:textId="77777777" w:rsidR="00151075" w:rsidRDefault="00D76B7D">
            <w:pPr>
              <w:spacing w:after="0"/>
            </w:pPr>
            <w:r>
              <w:rPr>
                <w:sz w:val="13"/>
              </w:rPr>
              <w:t>☐ Laag</w:t>
            </w:r>
            <w:r>
              <w:rPr>
                <w:sz w:val="13"/>
              </w:rPr>
              <w:br/>
              <w:t>☐ Midden</w:t>
            </w:r>
            <w:r>
              <w:rPr>
                <w:sz w:val="13"/>
              </w:rPr>
              <w:br/>
              <w:t>☐ Hoog</w:t>
            </w:r>
          </w:p>
        </w:tc>
        <w:tc>
          <w:tcPr>
            <w:tcW w:w="1747" w:type="dxa"/>
          </w:tcPr>
          <w:p w14:paraId="4B38C93A" w14:textId="77777777" w:rsidR="00151075" w:rsidRDefault="00000000">
            <w:pPr>
              <w:spacing w:after="0"/>
            </w:pPr>
            <w:sdt>
              <w:sdtPr>
                <w:alias w:val="RISICO_2_MAATREGELEN"/>
                <w:tag w:val="RISICO_2_MAATREGELEN"/>
                <w:id w:val="-1189596792"/>
                <w:text/>
              </w:sdtPr>
              <w:sdtContent>
                <w:r w:rsidR="00D76B7D">
                  <w:rPr>
                    <w:color w:val="646464"/>
                    <w:sz w:val="13"/>
                  </w:rPr>
                  <w:t>{{RISICO_2_MAATREGELEN}}</w:t>
                </w:r>
              </w:sdtContent>
            </w:sdt>
          </w:p>
        </w:tc>
        <w:tc>
          <w:tcPr>
            <w:tcW w:w="1747" w:type="dxa"/>
          </w:tcPr>
          <w:p w14:paraId="3BE9213E" w14:textId="77777777" w:rsidR="00151075" w:rsidRDefault="00000000">
            <w:pPr>
              <w:spacing w:after="0"/>
            </w:pPr>
            <w:sdt>
              <w:sdtPr>
                <w:alias w:val="RISICO_2_BEWIJS"/>
                <w:tag w:val="RISICO_2_BEWIJS"/>
                <w:id w:val="-212270662"/>
                <w:text/>
              </w:sdtPr>
              <w:sdtContent>
                <w:r w:rsidR="00D76B7D">
                  <w:rPr>
                    <w:color w:val="646464"/>
                    <w:sz w:val="13"/>
                  </w:rPr>
                  <w:t>{{RISICO_2_BEWIJS}}</w:t>
                </w:r>
              </w:sdtContent>
            </w:sdt>
          </w:p>
        </w:tc>
        <w:tc>
          <w:tcPr>
            <w:tcW w:w="1747" w:type="dxa"/>
          </w:tcPr>
          <w:p w14:paraId="447A5A1A" w14:textId="77777777" w:rsidR="00151075" w:rsidRDefault="00D76B7D">
            <w:pPr>
              <w:spacing w:after="0"/>
            </w:pPr>
            <w:r>
              <w:rPr>
                <w:sz w:val="13"/>
              </w:rPr>
              <w:t>☐ Laag</w:t>
            </w:r>
            <w:r>
              <w:rPr>
                <w:sz w:val="13"/>
              </w:rPr>
              <w:br/>
              <w:t>☐ Midden</w:t>
            </w:r>
            <w:r>
              <w:rPr>
                <w:sz w:val="13"/>
              </w:rPr>
              <w:br/>
              <w:t>☐ Hoog</w:t>
            </w:r>
          </w:p>
        </w:tc>
      </w:tr>
      <w:tr w:rsidR="00151075" w14:paraId="56625D2C" w14:textId="77777777">
        <w:trPr>
          <w:jc w:val="center"/>
        </w:trPr>
        <w:tc>
          <w:tcPr>
            <w:tcW w:w="1747" w:type="dxa"/>
          </w:tcPr>
          <w:p w14:paraId="2BF86FEC" w14:textId="77777777" w:rsidR="00151075" w:rsidRPr="005A6DD4" w:rsidRDefault="00D76B7D">
            <w:pPr>
              <w:spacing w:after="0"/>
              <w:rPr>
                <w:lang w:val="nl-NL"/>
              </w:rPr>
            </w:pPr>
            <w:r w:rsidRPr="005A6DD4">
              <w:rPr>
                <w:sz w:val="14"/>
                <w:lang w:val="nl-NL"/>
              </w:rPr>
              <w:t>Te ruime autorisaties of functievermenging</w:t>
            </w:r>
          </w:p>
        </w:tc>
        <w:tc>
          <w:tcPr>
            <w:tcW w:w="1747" w:type="dxa"/>
          </w:tcPr>
          <w:p w14:paraId="74EA8553" w14:textId="77777777" w:rsidR="00151075" w:rsidRDefault="00D76B7D">
            <w:pPr>
              <w:spacing w:after="0"/>
            </w:pPr>
            <w:r>
              <w:rPr>
                <w:sz w:val="13"/>
              </w:rPr>
              <w:t>☐ Laag</w:t>
            </w:r>
            <w:r>
              <w:rPr>
                <w:sz w:val="13"/>
              </w:rPr>
              <w:br/>
              <w:t>☐ Midden</w:t>
            </w:r>
            <w:r>
              <w:rPr>
                <w:sz w:val="13"/>
              </w:rPr>
              <w:br/>
              <w:t>☐ Hoog</w:t>
            </w:r>
          </w:p>
        </w:tc>
        <w:tc>
          <w:tcPr>
            <w:tcW w:w="1747" w:type="dxa"/>
          </w:tcPr>
          <w:p w14:paraId="6409C420" w14:textId="77777777" w:rsidR="00151075" w:rsidRDefault="00D76B7D">
            <w:pPr>
              <w:spacing w:after="0"/>
            </w:pPr>
            <w:r>
              <w:rPr>
                <w:sz w:val="13"/>
              </w:rPr>
              <w:t>☐ Laag</w:t>
            </w:r>
            <w:r>
              <w:rPr>
                <w:sz w:val="13"/>
              </w:rPr>
              <w:br/>
              <w:t>☐ Midden</w:t>
            </w:r>
            <w:r>
              <w:rPr>
                <w:sz w:val="13"/>
              </w:rPr>
              <w:br/>
              <w:t>☐ Hoog</w:t>
            </w:r>
          </w:p>
        </w:tc>
        <w:tc>
          <w:tcPr>
            <w:tcW w:w="1747" w:type="dxa"/>
          </w:tcPr>
          <w:p w14:paraId="65B5ECF2" w14:textId="77777777" w:rsidR="00151075" w:rsidRDefault="00000000">
            <w:pPr>
              <w:spacing w:after="0"/>
            </w:pPr>
            <w:sdt>
              <w:sdtPr>
                <w:alias w:val="RISICO_3_MAATREGELEN"/>
                <w:tag w:val="RISICO_3_MAATREGELEN"/>
                <w:id w:val="513739499"/>
                <w:text/>
              </w:sdtPr>
              <w:sdtContent>
                <w:r w:rsidR="00D76B7D">
                  <w:rPr>
                    <w:color w:val="646464"/>
                    <w:sz w:val="13"/>
                  </w:rPr>
                  <w:t>{{RISICO_3_MAATREGELEN}}</w:t>
                </w:r>
              </w:sdtContent>
            </w:sdt>
          </w:p>
        </w:tc>
        <w:tc>
          <w:tcPr>
            <w:tcW w:w="1747" w:type="dxa"/>
          </w:tcPr>
          <w:p w14:paraId="0F35E7A6" w14:textId="77777777" w:rsidR="00151075" w:rsidRDefault="00000000">
            <w:pPr>
              <w:spacing w:after="0"/>
            </w:pPr>
            <w:sdt>
              <w:sdtPr>
                <w:alias w:val="RISICO_3_BEWIJS"/>
                <w:tag w:val="RISICO_3_BEWIJS"/>
                <w:id w:val="1141391438"/>
                <w:text/>
              </w:sdtPr>
              <w:sdtContent>
                <w:r w:rsidR="00D76B7D">
                  <w:rPr>
                    <w:color w:val="646464"/>
                    <w:sz w:val="13"/>
                  </w:rPr>
                  <w:t>{{RISICO_3_BEWIJS}}</w:t>
                </w:r>
              </w:sdtContent>
            </w:sdt>
          </w:p>
        </w:tc>
        <w:tc>
          <w:tcPr>
            <w:tcW w:w="1747" w:type="dxa"/>
          </w:tcPr>
          <w:p w14:paraId="2B2C1D07" w14:textId="77777777" w:rsidR="00151075" w:rsidRDefault="00D76B7D">
            <w:pPr>
              <w:spacing w:after="0"/>
            </w:pPr>
            <w:r>
              <w:rPr>
                <w:sz w:val="13"/>
              </w:rPr>
              <w:t>☐ Laag</w:t>
            </w:r>
            <w:r>
              <w:rPr>
                <w:sz w:val="13"/>
              </w:rPr>
              <w:br/>
              <w:t>☐ Midden</w:t>
            </w:r>
            <w:r>
              <w:rPr>
                <w:sz w:val="13"/>
              </w:rPr>
              <w:br/>
              <w:t>☐ Hoog</w:t>
            </w:r>
          </w:p>
        </w:tc>
      </w:tr>
      <w:tr w:rsidR="00151075" w14:paraId="47F4933E" w14:textId="77777777">
        <w:trPr>
          <w:jc w:val="center"/>
        </w:trPr>
        <w:tc>
          <w:tcPr>
            <w:tcW w:w="1747" w:type="dxa"/>
          </w:tcPr>
          <w:p w14:paraId="169D53B4" w14:textId="77777777" w:rsidR="00151075" w:rsidRDefault="00D76B7D">
            <w:pPr>
              <w:spacing w:after="0"/>
            </w:pPr>
            <w:r>
              <w:rPr>
                <w:sz w:val="14"/>
              </w:rPr>
              <w:t>Onvoldoende logging of controleerbaarheid</w:t>
            </w:r>
          </w:p>
        </w:tc>
        <w:tc>
          <w:tcPr>
            <w:tcW w:w="1747" w:type="dxa"/>
          </w:tcPr>
          <w:p w14:paraId="2CA0D764" w14:textId="77777777" w:rsidR="00151075" w:rsidRDefault="00D76B7D">
            <w:pPr>
              <w:spacing w:after="0"/>
            </w:pPr>
            <w:r>
              <w:rPr>
                <w:sz w:val="13"/>
              </w:rPr>
              <w:t>☐ Laag</w:t>
            </w:r>
            <w:r>
              <w:rPr>
                <w:sz w:val="13"/>
              </w:rPr>
              <w:br/>
              <w:t>☐ Midden</w:t>
            </w:r>
            <w:r>
              <w:rPr>
                <w:sz w:val="13"/>
              </w:rPr>
              <w:br/>
              <w:t>☐ Hoog</w:t>
            </w:r>
          </w:p>
        </w:tc>
        <w:tc>
          <w:tcPr>
            <w:tcW w:w="1747" w:type="dxa"/>
          </w:tcPr>
          <w:p w14:paraId="3173D73E" w14:textId="77777777" w:rsidR="00151075" w:rsidRDefault="00D76B7D">
            <w:pPr>
              <w:spacing w:after="0"/>
            </w:pPr>
            <w:r>
              <w:rPr>
                <w:sz w:val="13"/>
              </w:rPr>
              <w:t>☐ Laag</w:t>
            </w:r>
            <w:r>
              <w:rPr>
                <w:sz w:val="13"/>
              </w:rPr>
              <w:br/>
              <w:t>☐ Midden</w:t>
            </w:r>
            <w:r>
              <w:rPr>
                <w:sz w:val="13"/>
              </w:rPr>
              <w:br/>
              <w:t>☐ Hoog</w:t>
            </w:r>
          </w:p>
        </w:tc>
        <w:tc>
          <w:tcPr>
            <w:tcW w:w="1747" w:type="dxa"/>
          </w:tcPr>
          <w:p w14:paraId="44153D0A" w14:textId="77777777" w:rsidR="00151075" w:rsidRDefault="00000000">
            <w:pPr>
              <w:spacing w:after="0"/>
            </w:pPr>
            <w:sdt>
              <w:sdtPr>
                <w:alias w:val="RISICO_4_MAATREGELEN"/>
                <w:tag w:val="RISICO_4_MAATREGELEN"/>
                <w:id w:val="-72978867"/>
                <w:text/>
              </w:sdtPr>
              <w:sdtContent>
                <w:r w:rsidR="00D76B7D">
                  <w:rPr>
                    <w:color w:val="646464"/>
                    <w:sz w:val="13"/>
                  </w:rPr>
                  <w:t>{{RISICO_4_MAATREGELEN}}</w:t>
                </w:r>
              </w:sdtContent>
            </w:sdt>
          </w:p>
        </w:tc>
        <w:tc>
          <w:tcPr>
            <w:tcW w:w="1747" w:type="dxa"/>
          </w:tcPr>
          <w:p w14:paraId="73816A47" w14:textId="77777777" w:rsidR="00151075" w:rsidRDefault="00000000">
            <w:pPr>
              <w:spacing w:after="0"/>
            </w:pPr>
            <w:sdt>
              <w:sdtPr>
                <w:alias w:val="RISICO_4_BEWIJS"/>
                <w:tag w:val="RISICO_4_BEWIJS"/>
                <w:id w:val="-354802890"/>
                <w:text/>
              </w:sdtPr>
              <w:sdtContent>
                <w:r w:rsidR="00D76B7D">
                  <w:rPr>
                    <w:color w:val="646464"/>
                    <w:sz w:val="13"/>
                  </w:rPr>
                  <w:t>{{RISICO_4_BEWIJS}}</w:t>
                </w:r>
              </w:sdtContent>
            </w:sdt>
          </w:p>
        </w:tc>
        <w:tc>
          <w:tcPr>
            <w:tcW w:w="1747" w:type="dxa"/>
          </w:tcPr>
          <w:p w14:paraId="0E6EB3CE" w14:textId="77777777" w:rsidR="00151075" w:rsidRDefault="00D76B7D">
            <w:pPr>
              <w:spacing w:after="0"/>
            </w:pPr>
            <w:r>
              <w:rPr>
                <w:sz w:val="13"/>
              </w:rPr>
              <w:t>☐ Laag</w:t>
            </w:r>
            <w:r>
              <w:rPr>
                <w:sz w:val="13"/>
              </w:rPr>
              <w:br/>
              <w:t>☐ Midden</w:t>
            </w:r>
            <w:r>
              <w:rPr>
                <w:sz w:val="13"/>
              </w:rPr>
              <w:br/>
              <w:t>☐ Hoog</w:t>
            </w:r>
          </w:p>
        </w:tc>
      </w:tr>
      <w:tr w:rsidR="00151075" w14:paraId="75A4B833" w14:textId="77777777">
        <w:trPr>
          <w:jc w:val="center"/>
        </w:trPr>
        <w:tc>
          <w:tcPr>
            <w:tcW w:w="1747" w:type="dxa"/>
          </w:tcPr>
          <w:p w14:paraId="0CC18E37" w14:textId="77777777" w:rsidR="00151075" w:rsidRPr="005A6DD4" w:rsidRDefault="00D76B7D">
            <w:pPr>
              <w:spacing w:after="0"/>
              <w:rPr>
                <w:lang w:val="nl-NL"/>
              </w:rPr>
            </w:pPr>
            <w:r w:rsidRPr="005A6DD4">
              <w:rPr>
                <w:sz w:val="14"/>
                <w:lang w:val="nl-NL"/>
              </w:rPr>
              <w:t>Onveilige uitwisseling met externe partij</w:t>
            </w:r>
          </w:p>
        </w:tc>
        <w:tc>
          <w:tcPr>
            <w:tcW w:w="1747" w:type="dxa"/>
          </w:tcPr>
          <w:p w14:paraId="78797B8A" w14:textId="77777777" w:rsidR="00151075" w:rsidRDefault="00D76B7D">
            <w:pPr>
              <w:spacing w:after="0"/>
            </w:pPr>
            <w:r>
              <w:rPr>
                <w:sz w:val="13"/>
              </w:rPr>
              <w:t>☐ Laag</w:t>
            </w:r>
            <w:r>
              <w:rPr>
                <w:sz w:val="13"/>
              </w:rPr>
              <w:br/>
              <w:t>☐ Midden</w:t>
            </w:r>
            <w:r>
              <w:rPr>
                <w:sz w:val="13"/>
              </w:rPr>
              <w:br/>
              <w:t>☐ Hoog</w:t>
            </w:r>
          </w:p>
        </w:tc>
        <w:tc>
          <w:tcPr>
            <w:tcW w:w="1747" w:type="dxa"/>
          </w:tcPr>
          <w:p w14:paraId="678559BD" w14:textId="77777777" w:rsidR="00151075" w:rsidRDefault="00D76B7D">
            <w:pPr>
              <w:spacing w:after="0"/>
            </w:pPr>
            <w:r>
              <w:rPr>
                <w:sz w:val="13"/>
              </w:rPr>
              <w:t>☐ Laag</w:t>
            </w:r>
            <w:r>
              <w:rPr>
                <w:sz w:val="13"/>
              </w:rPr>
              <w:br/>
              <w:t>☐ Midden</w:t>
            </w:r>
            <w:r>
              <w:rPr>
                <w:sz w:val="13"/>
              </w:rPr>
              <w:br/>
              <w:t>☐ Hoog</w:t>
            </w:r>
          </w:p>
        </w:tc>
        <w:tc>
          <w:tcPr>
            <w:tcW w:w="1747" w:type="dxa"/>
          </w:tcPr>
          <w:p w14:paraId="01D08433" w14:textId="77777777" w:rsidR="00151075" w:rsidRDefault="00000000">
            <w:pPr>
              <w:spacing w:after="0"/>
            </w:pPr>
            <w:sdt>
              <w:sdtPr>
                <w:alias w:val="RISICO_5_MAATREGELEN"/>
                <w:tag w:val="RISICO_5_MAATREGELEN"/>
                <w:id w:val="1859691800"/>
                <w:text/>
              </w:sdtPr>
              <w:sdtContent>
                <w:r w:rsidR="00D76B7D">
                  <w:rPr>
                    <w:color w:val="646464"/>
                    <w:sz w:val="13"/>
                  </w:rPr>
                  <w:t>{{RISICO_5_MAATREGELEN}}</w:t>
                </w:r>
              </w:sdtContent>
            </w:sdt>
          </w:p>
        </w:tc>
        <w:tc>
          <w:tcPr>
            <w:tcW w:w="1747" w:type="dxa"/>
          </w:tcPr>
          <w:p w14:paraId="77A72166" w14:textId="77777777" w:rsidR="00151075" w:rsidRDefault="00000000">
            <w:pPr>
              <w:spacing w:after="0"/>
            </w:pPr>
            <w:sdt>
              <w:sdtPr>
                <w:alias w:val="RISICO_5_BEWIJS"/>
                <w:tag w:val="RISICO_5_BEWIJS"/>
                <w:id w:val="-1015990112"/>
                <w:text/>
              </w:sdtPr>
              <w:sdtContent>
                <w:r w:rsidR="00D76B7D">
                  <w:rPr>
                    <w:color w:val="646464"/>
                    <w:sz w:val="13"/>
                  </w:rPr>
                  <w:t>{{RISICO_5_BEWIJS}}</w:t>
                </w:r>
              </w:sdtContent>
            </w:sdt>
          </w:p>
        </w:tc>
        <w:tc>
          <w:tcPr>
            <w:tcW w:w="1747" w:type="dxa"/>
          </w:tcPr>
          <w:p w14:paraId="4D5CA14C" w14:textId="77777777" w:rsidR="00151075" w:rsidRDefault="00D76B7D">
            <w:pPr>
              <w:spacing w:after="0"/>
            </w:pPr>
            <w:r>
              <w:rPr>
                <w:sz w:val="13"/>
              </w:rPr>
              <w:t>☐ Laag</w:t>
            </w:r>
            <w:r>
              <w:rPr>
                <w:sz w:val="13"/>
              </w:rPr>
              <w:br/>
              <w:t>☐ Midden</w:t>
            </w:r>
            <w:r>
              <w:rPr>
                <w:sz w:val="13"/>
              </w:rPr>
              <w:br/>
              <w:t>☐ Hoog</w:t>
            </w:r>
          </w:p>
        </w:tc>
      </w:tr>
      <w:tr w:rsidR="00151075" w14:paraId="1D8096A4" w14:textId="77777777">
        <w:trPr>
          <w:jc w:val="center"/>
        </w:trPr>
        <w:tc>
          <w:tcPr>
            <w:tcW w:w="1747" w:type="dxa"/>
          </w:tcPr>
          <w:p w14:paraId="4B3B6354" w14:textId="77777777" w:rsidR="00151075" w:rsidRPr="005A6DD4" w:rsidRDefault="00D76B7D">
            <w:pPr>
              <w:spacing w:after="0"/>
              <w:rPr>
                <w:lang w:val="nl-NL"/>
              </w:rPr>
            </w:pPr>
            <w:r w:rsidRPr="005A6DD4">
              <w:rPr>
                <w:sz w:val="14"/>
                <w:lang w:val="nl-NL"/>
              </w:rPr>
              <w:t>Onduidelijke verantwoordelijkheden in de keten</w:t>
            </w:r>
          </w:p>
        </w:tc>
        <w:tc>
          <w:tcPr>
            <w:tcW w:w="1747" w:type="dxa"/>
          </w:tcPr>
          <w:p w14:paraId="405E6F72" w14:textId="77777777" w:rsidR="00151075" w:rsidRDefault="00D76B7D">
            <w:pPr>
              <w:spacing w:after="0"/>
            </w:pPr>
            <w:r>
              <w:rPr>
                <w:sz w:val="13"/>
              </w:rPr>
              <w:t>☐ Laag</w:t>
            </w:r>
            <w:r>
              <w:rPr>
                <w:sz w:val="13"/>
              </w:rPr>
              <w:br/>
              <w:t>☐ Midden</w:t>
            </w:r>
            <w:r>
              <w:rPr>
                <w:sz w:val="13"/>
              </w:rPr>
              <w:br/>
              <w:t>☐ Hoog</w:t>
            </w:r>
          </w:p>
        </w:tc>
        <w:tc>
          <w:tcPr>
            <w:tcW w:w="1747" w:type="dxa"/>
          </w:tcPr>
          <w:p w14:paraId="01E651C4" w14:textId="77777777" w:rsidR="00151075" w:rsidRDefault="00D76B7D">
            <w:pPr>
              <w:spacing w:after="0"/>
            </w:pPr>
            <w:r>
              <w:rPr>
                <w:sz w:val="13"/>
              </w:rPr>
              <w:t>☐ Laag</w:t>
            </w:r>
            <w:r>
              <w:rPr>
                <w:sz w:val="13"/>
              </w:rPr>
              <w:br/>
              <w:t>☐ Midden</w:t>
            </w:r>
            <w:r>
              <w:rPr>
                <w:sz w:val="13"/>
              </w:rPr>
              <w:br/>
              <w:t>☐ Hoog</w:t>
            </w:r>
          </w:p>
        </w:tc>
        <w:tc>
          <w:tcPr>
            <w:tcW w:w="1747" w:type="dxa"/>
          </w:tcPr>
          <w:p w14:paraId="7BDB8E83" w14:textId="77777777" w:rsidR="00151075" w:rsidRDefault="00000000">
            <w:pPr>
              <w:spacing w:after="0"/>
            </w:pPr>
            <w:sdt>
              <w:sdtPr>
                <w:alias w:val="RISICO_6_MAATREGELEN"/>
                <w:tag w:val="RISICO_6_MAATREGELEN"/>
                <w:id w:val="1642933102"/>
                <w:text/>
              </w:sdtPr>
              <w:sdtContent>
                <w:r w:rsidR="00D76B7D">
                  <w:rPr>
                    <w:color w:val="646464"/>
                    <w:sz w:val="13"/>
                  </w:rPr>
                  <w:t>{{RISICO_6_MAATREGELEN}}</w:t>
                </w:r>
              </w:sdtContent>
            </w:sdt>
          </w:p>
        </w:tc>
        <w:tc>
          <w:tcPr>
            <w:tcW w:w="1747" w:type="dxa"/>
          </w:tcPr>
          <w:p w14:paraId="321C0A51" w14:textId="77777777" w:rsidR="00151075" w:rsidRDefault="00000000">
            <w:pPr>
              <w:spacing w:after="0"/>
            </w:pPr>
            <w:sdt>
              <w:sdtPr>
                <w:alias w:val="RISICO_6_BEWIJS"/>
                <w:tag w:val="RISICO_6_BEWIJS"/>
                <w:id w:val="-242725630"/>
                <w:text/>
              </w:sdtPr>
              <w:sdtContent>
                <w:r w:rsidR="00D76B7D">
                  <w:rPr>
                    <w:color w:val="646464"/>
                    <w:sz w:val="13"/>
                  </w:rPr>
                  <w:t>{{RISICO_6_BEWIJS}}</w:t>
                </w:r>
              </w:sdtContent>
            </w:sdt>
          </w:p>
        </w:tc>
        <w:tc>
          <w:tcPr>
            <w:tcW w:w="1747" w:type="dxa"/>
          </w:tcPr>
          <w:p w14:paraId="44F59C79" w14:textId="77777777" w:rsidR="00151075" w:rsidRDefault="00D76B7D">
            <w:pPr>
              <w:spacing w:after="0"/>
            </w:pPr>
            <w:r>
              <w:rPr>
                <w:sz w:val="13"/>
              </w:rPr>
              <w:t>☐ Laag</w:t>
            </w:r>
            <w:r>
              <w:rPr>
                <w:sz w:val="13"/>
              </w:rPr>
              <w:br/>
              <w:t>☐ Midden</w:t>
            </w:r>
            <w:r>
              <w:rPr>
                <w:sz w:val="13"/>
              </w:rPr>
              <w:br/>
              <w:t>☐ Hoog</w:t>
            </w:r>
          </w:p>
        </w:tc>
      </w:tr>
      <w:tr w:rsidR="00151075" w14:paraId="26AF7A2F" w14:textId="77777777">
        <w:trPr>
          <w:jc w:val="center"/>
        </w:trPr>
        <w:tc>
          <w:tcPr>
            <w:tcW w:w="1747" w:type="dxa"/>
          </w:tcPr>
          <w:p w14:paraId="691FCC65" w14:textId="77777777" w:rsidR="00151075" w:rsidRPr="005A6DD4" w:rsidRDefault="00D76B7D">
            <w:pPr>
              <w:spacing w:after="0"/>
              <w:rPr>
                <w:lang w:val="nl-NL"/>
              </w:rPr>
            </w:pPr>
            <w:r w:rsidRPr="005A6DD4">
              <w:rPr>
                <w:sz w:val="14"/>
                <w:lang w:val="nl-NL"/>
              </w:rPr>
              <w:t>Datalek door leverancier of subverwerker</w:t>
            </w:r>
          </w:p>
        </w:tc>
        <w:tc>
          <w:tcPr>
            <w:tcW w:w="1747" w:type="dxa"/>
          </w:tcPr>
          <w:p w14:paraId="03F12F16" w14:textId="77777777" w:rsidR="00151075" w:rsidRDefault="00D76B7D">
            <w:pPr>
              <w:spacing w:after="0"/>
            </w:pPr>
            <w:r>
              <w:rPr>
                <w:sz w:val="13"/>
              </w:rPr>
              <w:t>☐ Laag</w:t>
            </w:r>
            <w:r>
              <w:rPr>
                <w:sz w:val="13"/>
              </w:rPr>
              <w:br/>
              <w:t>☐ Midden</w:t>
            </w:r>
            <w:r>
              <w:rPr>
                <w:sz w:val="13"/>
              </w:rPr>
              <w:br/>
              <w:t>☐ Hoog</w:t>
            </w:r>
          </w:p>
        </w:tc>
        <w:tc>
          <w:tcPr>
            <w:tcW w:w="1747" w:type="dxa"/>
          </w:tcPr>
          <w:p w14:paraId="56A82426" w14:textId="77777777" w:rsidR="00151075" w:rsidRDefault="00D76B7D">
            <w:pPr>
              <w:spacing w:after="0"/>
            </w:pPr>
            <w:r>
              <w:rPr>
                <w:sz w:val="13"/>
              </w:rPr>
              <w:t>☐ Laag</w:t>
            </w:r>
            <w:r>
              <w:rPr>
                <w:sz w:val="13"/>
              </w:rPr>
              <w:br/>
              <w:t>☐ Midden</w:t>
            </w:r>
            <w:r>
              <w:rPr>
                <w:sz w:val="13"/>
              </w:rPr>
              <w:br/>
              <w:t>☐ Hoog</w:t>
            </w:r>
          </w:p>
        </w:tc>
        <w:tc>
          <w:tcPr>
            <w:tcW w:w="1747" w:type="dxa"/>
          </w:tcPr>
          <w:p w14:paraId="0B7FB8C0" w14:textId="77777777" w:rsidR="00151075" w:rsidRDefault="00000000">
            <w:pPr>
              <w:spacing w:after="0"/>
            </w:pPr>
            <w:sdt>
              <w:sdtPr>
                <w:alias w:val="RISICO_7_MAATREGELEN"/>
                <w:tag w:val="RISICO_7_MAATREGELEN"/>
                <w:id w:val="2076078666"/>
                <w:text/>
              </w:sdtPr>
              <w:sdtContent>
                <w:r w:rsidR="00D76B7D">
                  <w:rPr>
                    <w:color w:val="646464"/>
                    <w:sz w:val="13"/>
                  </w:rPr>
                  <w:t>{{RISICO_7_MAATREGELEN}}</w:t>
                </w:r>
              </w:sdtContent>
            </w:sdt>
          </w:p>
        </w:tc>
        <w:tc>
          <w:tcPr>
            <w:tcW w:w="1747" w:type="dxa"/>
          </w:tcPr>
          <w:p w14:paraId="664035BF" w14:textId="77777777" w:rsidR="00151075" w:rsidRDefault="00000000">
            <w:pPr>
              <w:spacing w:after="0"/>
            </w:pPr>
            <w:sdt>
              <w:sdtPr>
                <w:alias w:val="RISICO_7_BEWIJS"/>
                <w:tag w:val="RISICO_7_BEWIJS"/>
                <w:id w:val="-1867136658"/>
                <w:text/>
              </w:sdtPr>
              <w:sdtContent>
                <w:r w:rsidR="00D76B7D">
                  <w:rPr>
                    <w:color w:val="646464"/>
                    <w:sz w:val="13"/>
                  </w:rPr>
                  <w:t>{{RISICO_7_BEWIJS}}</w:t>
                </w:r>
              </w:sdtContent>
            </w:sdt>
          </w:p>
        </w:tc>
        <w:tc>
          <w:tcPr>
            <w:tcW w:w="1747" w:type="dxa"/>
          </w:tcPr>
          <w:p w14:paraId="79E02319" w14:textId="77777777" w:rsidR="00151075" w:rsidRDefault="00D76B7D">
            <w:pPr>
              <w:spacing w:after="0"/>
            </w:pPr>
            <w:r>
              <w:rPr>
                <w:sz w:val="13"/>
              </w:rPr>
              <w:t>☐ Laag</w:t>
            </w:r>
            <w:r>
              <w:rPr>
                <w:sz w:val="13"/>
              </w:rPr>
              <w:br/>
              <w:t>☐ Midden</w:t>
            </w:r>
            <w:r>
              <w:rPr>
                <w:sz w:val="13"/>
              </w:rPr>
              <w:br/>
              <w:t>☐ Hoog</w:t>
            </w:r>
          </w:p>
        </w:tc>
      </w:tr>
      <w:tr w:rsidR="00151075" w14:paraId="4D354775" w14:textId="77777777">
        <w:trPr>
          <w:jc w:val="center"/>
        </w:trPr>
        <w:tc>
          <w:tcPr>
            <w:tcW w:w="1747" w:type="dxa"/>
          </w:tcPr>
          <w:p w14:paraId="34EF198B" w14:textId="77777777" w:rsidR="00151075" w:rsidRPr="005A6DD4" w:rsidRDefault="00D76B7D">
            <w:pPr>
              <w:spacing w:after="0"/>
              <w:rPr>
                <w:lang w:val="nl-NL"/>
              </w:rPr>
            </w:pPr>
            <w:r w:rsidRPr="005A6DD4">
              <w:rPr>
                <w:sz w:val="14"/>
                <w:lang w:val="nl-NL"/>
              </w:rPr>
              <w:t>Gegevens langer bewaard dan noodzakelijk</w:t>
            </w:r>
          </w:p>
        </w:tc>
        <w:tc>
          <w:tcPr>
            <w:tcW w:w="1747" w:type="dxa"/>
          </w:tcPr>
          <w:p w14:paraId="53B3B360" w14:textId="77777777" w:rsidR="00151075" w:rsidRDefault="00D76B7D">
            <w:pPr>
              <w:spacing w:after="0"/>
            </w:pPr>
            <w:r>
              <w:rPr>
                <w:sz w:val="13"/>
              </w:rPr>
              <w:t>☐ Laag</w:t>
            </w:r>
            <w:r>
              <w:rPr>
                <w:sz w:val="13"/>
              </w:rPr>
              <w:br/>
              <w:t>☐ Midden</w:t>
            </w:r>
            <w:r>
              <w:rPr>
                <w:sz w:val="13"/>
              </w:rPr>
              <w:br/>
              <w:t>☐ Hoog</w:t>
            </w:r>
          </w:p>
        </w:tc>
        <w:tc>
          <w:tcPr>
            <w:tcW w:w="1747" w:type="dxa"/>
          </w:tcPr>
          <w:p w14:paraId="2FF54776" w14:textId="77777777" w:rsidR="00151075" w:rsidRDefault="00D76B7D">
            <w:pPr>
              <w:spacing w:after="0"/>
            </w:pPr>
            <w:r>
              <w:rPr>
                <w:sz w:val="13"/>
              </w:rPr>
              <w:t>☐ Laag</w:t>
            </w:r>
            <w:r>
              <w:rPr>
                <w:sz w:val="13"/>
              </w:rPr>
              <w:br/>
              <w:t>☐ Midden</w:t>
            </w:r>
            <w:r>
              <w:rPr>
                <w:sz w:val="13"/>
              </w:rPr>
              <w:br/>
              <w:t>☐ Hoog</w:t>
            </w:r>
          </w:p>
        </w:tc>
        <w:tc>
          <w:tcPr>
            <w:tcW w:w="1747" w:type="dxa"/>
          </w:tcPr>
          <w:p w14:paraId="6FC34EAF" w14:textId="77777777" w:rsidR="00151075" w:rsidRDefault="00000000">
            <w:pPr>
              <w:spacing w:after="0"/>
            </w:pPr>
            <w:sdt>
              <w:sdtPr>
                <w:alias w:val="RISICO_8_MAATREGELEN"/>
                <w:tag w:val="RISICO_8_MAATREGELEN"/>
                <w:id w:val="1700583221"/>
                <w:text/>
              </w:sdtPr>
              <w:sdtContent>
                <w:r w:rsidR="00D76B7D">
                  <w:rPr>
                    <w:color w:val="646464"/>
                    <w:sz w:val="13"/>
                  </w:rPr>
                  <w:t>{{RISICO_8_MAATREGELEN}}</w:t>
                </w:r>
              </w:sdtContent>
            </w:sdt>
          </w:p>
        </w:tc>
        <w:tc>
          <w:tcPr>
            <w:tcW w:w="1747" w:type="dxa"/>
          </w:tcPr>
          <w:p w14:paraId="3B9C286C" w14:textId="77777777" w:rsidR="00151075" w:rsidRDefault="00000000">
            <w:pPr>
              <w:spacing w:after="0"/>
            </w:pPr>
            <w:sdt>
              <w:sdtPr>
                <w:alias w:val="RISICO_8_BEWIJS"/>
                <w:tag w:val="RISICO_8_BEWIJS"/>
                <w:id w:val="-510762373"/>
                <w:text/>
              </w:sdtPr>
              <w:sdtContent>
                <w:r w:rsidR="00D76B7D">
                  <w:rPr>
                    <w:color w:val="646464"/>
                    <w:sz w:val="13"/>
                  </w:rPr>
                  <w:t>{{RISICO_8_BEWIJS}}</w:t>
                </w:r>
              </w:sdtContent>
            </w:sdt>
          </w:p>
        </w:tc>
        <w:tc>
          <w:tcPr>
            <w:tcW w:w="1747" w:type="dxa"/>
          </w:tcPr>
          <w:p w14:paraId="2FB1A5E0" w14:textId="77777777" w:rsidR="00151075" w:rsidRDefault="00D76B7D">
            <w:pPr>
              <w:spacing w:after="0"/>
            </w:pPr>
            <w:r>
              <w:rPr>
                <w:sz w:val="13"/>
              </w:rPr>
              <w:t>☐ Laag</w:t>
            </w:r>
            <w:r>
              <w:rPr>
                <w:sz w:val="13"/>
              </w:rPr>
              <w:br/>
              <w:t>☐ Midden</w:t>
            </w:r>
            <w:r>
              <w:rPr>
                <w:sz w:val="13"/>
              </w:rPr>
              <w:br/>
              <w:t>☐ Hoog</w:t>
            </w:r>
          </w:p>
        </w:tc>
      </w:tr>
      <w:tr w:rsidR="00151075" w14:paraId="54C58F6A" w14:textId="77777777">
        <w:trPr>
          <w:jc w:val="center"/>
        </w:trPr>
        <w:tc>
          <w:tcPr>
            <w:tcW w:w="1747" w:type="dxa"/>
          </w:tcPr>
          <w:p w14:paraId="10033F7B" w14:textId="77777777" w:rsidR="00151075" w:rsidRPr="005A6DD4" w:rsidRDefault="00D76B7D">
            <w:pPr>
              <w:spacing w:after="0"/>
              <w:rPr>
                <w:lang w:val="nl-NL"/>
              </w:rPr>
            </w:pPr>
            <w:r w:rsidRPr="005A6DD4">
              <w:rPr>
                <w:sz w:val="14"/>
                <w:lang w:val="nl-NL"/>
              </w:rPr>
              <w:t>Secundair gebruik zonder voldoende grondslag</w:t>
            </w:r>
          </w:p>
        </w:tc>
        <w:tc>
          <w:tcPr>
            <w:tcW w:w="1747" w:type="dxa"/>
          </w:tcPr>
          <w:p w14:paraId="67A6FB57" w14:textId="77777777" w:rsidR="00151075" w:rsidRDefault="00D76B7D">
            <w:pPr>
              <w:spacing w:after="0"/>
            </w:pPr>
            <w:r>
              <w:rPr>
                <w:sz w:val="13"/>
              </w:rPr>
              <w:t>☐ Laag</w:t>
            </w:r>
            <w:r>
              <w:rPr>
                <w:sz w:val="13"/>
              </w:rPr>
              <w:br/>
              <w:t>☐ Midden</w:t>
            </w:r>
            <w:r>
              <w:rPr>
                <w:sz w:val="13"/>
              </w:rPr>
              <w:br/>
              <w:t>☐ Hoog</w:t>
            </w:r>
          </w:p>
        </w:tc>
        <w:tc>
          <w:tcPr>
            <w:tcW w:w="1747" w:type="dxa"/>
          </w:tcPr>
          <w:p w14:paraId="0C053883" w14:textId="77777777" w:rsidR="00151075" w:rsidRDefault="00D76B7D">
            <w:pPr>
              <w:spacing w:after="0"/>
            </w:pPr>
            <w:r>
              <w:rPr>
                <w:sz w:val="13"/>
              </w:rPr>
              <w:t>☐ Laag</w:t>
            </w:r>
            <w:r>
              <w:rPr>
                <w:sz w:val="13"/>
              </w:rPr>
              <w:br/>
              <w:t>☐ Midden</w:t>
            </w:r>
            <w:r>
              <w:rPr>
                <w:sz w:val="13"/>
              </w:rPr>
              <w:br/>
              <w:t>☐ Hoog</w:t>
            </w:r>
          </w:p>
        </w:tc>
        <w:tc>
          <w:tcPr>
            <w:tcW w:w="1747" w:type="dxa"/>
          </w:tcPr>
          <w:p w14:paraId="3F55AF64" w14:textId="77777777" w:rsidR="00151075" w:rsidRDefault="00000000">
            <w:pPr>
              <w:spacing w:after="0"/>
            </w:pPr>
            <w:sdt>
              <w:sdtPr>
                <w:alias w:val="RISICO_9_MAATREGELEN"/>
                <w:tag w:val="RISICO_9_MAATREGELEN"/>
                <w:id w:val="-1435811799"/>
                <w:text/>
              </w:sdtPr>
              <w:sdtContent>
                <w:r w:rsidR="00D76B7D">
                  <w:rPr>
                    <w:color w:val="646464"/>
                    <w:sz w:val="13"/>
                  </w:rPr>
                  <w:t>{{RISICO_9_MAATREGELEN}}</w:t>
                </w:r>
              </w:sdtContent>
            </w:sdt>
          </w:p>
        </w:tc>
        <w:tc>
          <w:tcPr>
            <w:tcW w:w="1747" w:type="dxa"/>
          </w:tcPr>
          <w:p w14:paraId="594F9B37" w14:textId="77777777" w:rsidR="00151075" w:rsidRDefault="00000000">
            <w:pPr>
              <w:spacing w:after="0"/>
            </w:pPr>
            <w:sdt>
              <w:sdtPr>
                <w:alias w:val="RISICO_9_BEWIJS"/>
                <w:tag w:val="RISICO_9_BEWIJS"/>
                <w:id w:val="-1140571285"/>
                <w:text/>
              </w:sdtPr>
              <w:sdtContent>
                <w:r w:rsidR="00D76B7D">
                  <w:rPr>
                    <w:color w:val="646464"/>
                    <w:sz w:val="13"/>
                  </w:rPr>
                  <w:t>{{RISICO_9_BEWIJS}}</w:t>
                </w:r>
              </w:sdtContent>
            </w:sdt>
          </w:p>
        </w:tc>
        <w:tc>
          <w:tcPr>
            <w:tcW w:w="1747" w:type="dxa"/>
          </w:tcPr>
          <w:p w14:paraId="552703B1" w14:textId="77777777" w:rsidR="00151075" w:rsidRDefault="00D76B7D">
            <w:pPr>
              <w:spacing w:after="0"/>
            </w:pPr>
            <w:r>
              <w:rPr>
                <w:sz w:val="13"/>
              </w:rPr>
              <w:t>☐ Laag</w:t>
            </w:r>
            <w:r>
              <w:rPr>
                <w:sz w:val="13"/>
              </w:rPr>
              <w:br/>
              <w:t>☐ Midden</w:t>
            </w:r>
            <w:r>
              <w:rPr>
                <w:sz w:val="13"/>
              </w:rPr>
              <w:br/>
              <w:t>☐ Hoog</w:t>
            </w:r>
          </w:p>
        </w:tc>
      </w:tr>
      <w:tr w:rsidR="00151075" w14:paraId="3AC38894" w14:textId="77777777">
        <w:trPr>
          <w:jc w:val="center"/>
        </w:trPr>
        <w:tc>
          <w:tcPr>
            <w:tcW w:w="1747" w:type="dxa"/>
          </w:tcPr>
          <w:p w14:paraId="3A1BC7D9" w14:textId="77777777" w:rsidR="00151075" w:rsidRDefault="00D76B7D">
            <w:pPr>
              <w:spacing w:after="0"/>
            </w:pPr>
            <w:r>
              <w:rPr>
                <w:sz w:val="14"/>
              </w:rPr>
              <w:t>Onvoldoende transparantie richting betrokkenen</w:t>
            </w:r>
          </w:p>
        </w:tc>
        <w:tc>
          <w:tcPr>
            <w:tcW w:w="1747" w:type="dxa"/>
          </w:tcPr>
          <w:p w14:paraId="56CEB0B7" w14:textId="77777777" w:rsidR="00151075" w:rsidRDefault="00D76B7D">
            <w:pPr>
              <w:spacing w:after="0"/>
            </w:pPr>
            <w:r>
              <w:rPr>
                <w:sz w:val="13"/>
              </w:rPr>
              <w:t>☐ Laag</w:t>
            </w:r>
            <w:r>
              <w:rPr>
                <w:sz w:val="13"/>
              </w:rPr>
              <w:br/>
              <w:t>☐ Midden</w:t>
            </w:r>
            <w:r>
              <w:rPr>
                <w:sz w:val="13"/>
              </w:rPr>
              <w:br/>
              <w:t>☐ Hoog</w:t>
            </w:r>
          </w:p>
        </w:tc>
        <w:tc>
          <w:tcPr>
            <w:tcW w:w="1747" w:type="dxa"/>
          </w:tcPr>
          <w:p w14:paraId="525E3100" w14:textId="77777777" w:rsidR="00151075" w:rsidRDefault="00D76B7D">
            <w:pPr>
              <w:spacing w:after="0"/>
            </w:pPr>
            <w:r>
              <w:rPr>
                <w:sz w:val="13"/>
              </w:rPr>
              <w:t>☐ Laag</w:t>
            </w:r>
            <w:r>
              <w:rPr>
                <w:sz w:val="13"/>
              </w:rPr>
              <w:br/>
              <w:t>☐ Midden</w:t>
            </w:r>
            <w:r>
              <w:rPr>
                <w:sz w:val="13"/>
              </w:rPr>
              <w:br/>
              <w:t>☐ Hoog</w:t>
            </w:r>
          </w:p>
        </w:tc>
        <w:tc>
          <w:tcPr>
            <w:tcW w:w="1747" w:type="dxa"/>
          </w:tcPr>
          <w:p w14:paraId="028AA2A6" w14:textId="77777777" w:rsidR="00151075" w:rsidRDefault="00000000">
            <w:pPr>
              <w:spacing w:after="0"/>
            </w:pPr>
            <w:sdt>
              <w:sdtPr>
                <w:alias w:val="RISICO_10_MAATREGELEN"/>
                <w:tag w:val="RISICO_10_MAATREGELEN"/>
                <w:id w:val="924614591"/>
                <w:text/>
              </w:sdtPr>
              <w:sdtContent>
                <w:r w:rsidR="00D76B7D">
                  <w:rPr>
                    <w:color w:val="646464"/>
                    <w:sz w:val="13"/>
                  </w:rPr>
                  <w:t>{{RISICO_10_MAATREGELEN}}</w:t>
                </w:r>
              </w:sdtContent>
            </w:sdt>
          </w:p>
        </w:tc>
        <w:tc>
          <w:tcPr>
            <w:tcW w:w="1747" w:type="dxa"/>
          </w:tcPr>
          <w:p w14:paraId="13BE0173" w14:textId="77777777" w:rsidR="00151075" w:rsidRDefault="00000000">
            <w:pPr>
              <w:spacing w:after="0"/>
            </w:pPr>
            <w:sdt>
              <w:sdtPr>
                <w:alias w:val="RISICO_10_BEWIJS"/>
                <w:tag w:val="RISICO_10_BEWIJS"/>
                <w:id w:val="-158081308"/>
                <w:text/>
              </w:sdtPr>
              <w:sdtContent>
                <w:r w:rsidR="00D76B7D">
                  <w:rPr>
                    <w:color w:val="646464"/>
                    <w:sz w:val="13"/>
                  </w:rPr>
                  <w:t>{{RISICO_10_BEWIJS}}</w:t>
                </w:r>
              </w:sdtContent>
            </w:sdt>
          </w:p>
        </w:tc>
        <w:tc>
          <w:tcPr>
            <w:tcW w:w="1747" w:type="dxa"/>
          </w:tcPr>
          <w:p w14:paraId="1C9928EB" w14:textId="77777777" w:rsidR="00151075" w:rsidRDefault="00D76B7D">
            <w:pPr>
              <w:spacing w:after="0"/>
            </w:pPr>
            <w:r>
              <w:rPr>
                <w:sz w:val="13"/>
              </w:rPr>
              <w:t>☐ Laag</w:t>
            </w:r>
            <w:r>
              <w:rPr>
                <w:sz w:val="13"/>
              </w:rPr>
              <w:br/>
              <w:t>☐ Midden</w:t>
            </w:r>
            <w:r>
              <w:rPr>
                <w:sz w:val="13"/>
              </w:rPr>
              <w:br/>
              <w:t>☐ Hoog</w:t>
            </w:r>
          </w:p>
        </w:tc>
      </w:tr>
      <w:tr w:rsidR="00151075" w14:paraId="64507B85" w14:textId="77777777">
        <w:trPr>
          <w:jc w:val="center"/>
        </w:trPr>
        <w:tc>
          <w:tcPr>
            <w:tcW w:w="1747" w:type="dxa"/>
          </w:tcPr>
          <w:p w14:paraId="7A5B5AFF" w14:textId="77777777" w:rsidR="00151075" w:rsidRPr="005A6DD4" w:rsidRDefault="00D76B7D">
            <w:pPr>
              <w:spacing w:after="0"/>
              <w:rPr>
                <w:lang w:val="nl-NL"/>
              </w:rPr>
            </w:pPr>
            <w:r w:rsidRPr="005A6DD4">
              <w:rPr>
                <w:sz w:val="14"/>
                <w:lang w:val="nl-NL"/>
              </w:rPr>
              <w:t>Onvoldoende beveiliging van exportbestanden/rapportages</w:t>
            </w:r>
          </w:p>
        </w:tc>
        <w:tc>
          <w:tcPr>
            <w:tcW w:w="1747" w:type="dxa"/>
          </w:tcPr>
          <w:p w14:paraId="1DBEE28C" w14:textId="77777777" w:rsidR="00151075" w:rsidRDefault="00D76B7D">
            <w:pPr>
              <w:spacing w:after="0"/>
            </w:pPr>
            <w:r>
              <w:rPr>
                <w:sz w:val="13"/>
              </w:rPr>
              <w:t>☐ Laag</w:t>
            </w:r>
            <w:r>
              <w:rPr>
                <w:sz w:val="13"/>
              </w:rPr>
              <w:br/>
              <w:t>☐ Midden</w:t>
            </w:r>
            <w:r>
              <w:rPr>
                <w:sz w:val="13"/>
              </w:rPr>
              <w:br/>
              <w:t>☐ Hoog</w:t>
            </w:r>
          </w:p>
        </w:tc>
        <w:tc>
          <w:tcPr>
            <w:tcW w:w="1747" w:type="dxa"/>
          </w:tcPr>
          <w:p w14:paraId="3F05DCB7" w14:textId="77777777" w:rsidR="00151075" w:rsidRDefault="00D76B7D">
            <w:pPr>
              <w:spacing w:after="0"/>
            </w:pPr>
            <w:r>
              <w:rPr>
                <w:sz w:val="13"/>
              </w:rPr>
              <w:t>☐ Laag</w:t>
            </w:r>
            <w:r>
              <w:rPr>
                <w:sz w:val="13"/>
              </w:rPr>
              <w:br/>
              <w:t>☐ Midden</w:t>
            </w:r>
            <w:r>
              <w:rPr>
                <w:sz w:val="13"/>
              </w:rPr>
              <w:br/>
              <w:t>☐ Hoog</w:t>
            </w:r>
          </w:p>
        </w:tc>
        <w:tc>
          <w:tcPr>
            <w:tcW w:w="1747" w:type="dxa"/>
          </w:tcPr>
          <w:p w14:paraId="5EF139BC" w14:textId="77777777" w:rsidR="00151075" w:rsidRDefault="00000000">
            <w:pPr>
              <w:spacing w:after="0"/>
            </w:pPr>
            <w:sdt>
              <w:sdtPr>
                <w:alias w:val="RISICO_11_MAATREGELEN"/>
                <w:tag w:val="RISICO_11_MAATREGELEN"/>
                <w:id w:val="-830440568"/>
                <w:text/>
              </w:sdtPr>
              <w:sdtContent>
                <w:r w:rsidR="00D76B7D">
                  <w:rPr>
                    <w:color w:val="646464"/>
                    <w:sz w:val="13"/>
                  </w:rPr>
                  <w:t>{{RISICO_11_MAATREGELEN}}</w:t>
                </w:r>
              </w:sdtContent>
            </w:sdt>
          </w:p>
        </w:tc>
        <w:tc>
          <w:tcPr>
            <w:tcW w:w="1747" w:type="dxa"/>
          </w:tcPr>
          <w:p w14:paraId="384C4B47" w14:textId="77777777" w:rsidR="00151075" w:rsidRDefault="00000000">
            <w:pPr>
              <w:spacing w:after="0"/>
            </w:pPr>
            <w:sdt>
              <w:sdtPr>
                <w:alias w:val="RISICO_11_BEWIJS"/>
                <w:tag w:val="RISICO_11_BEWIJS"/>
                <w:id w:val="-1008676410"/>
                <w:text/>
              </w:sdtPr>
              <w:sdtContent>
                <w:r w:rsidR="00D76B7D">
                  <w:rPr>
                    <w:color w:val="646464"/>
                    <w:sz w:val="13"/>
                  </w:rPr>
                  <w:t>{{RISICO_11_BEWIJS}}</w:t>
                </w:r>
              </w:sdtContent>
            </w:sdt>
          </w:p>
        </w:tc>
        <w:tc>
          <w:tcPr>
            <w:tcW w:w="1747" w:type="dxa"/>
          </w:tcPr>
          <w:p w14:paraId="7FE3E18B" w14:textId="77777777" w:rsidR="00151075" w:rsidRDefault="00D76B7D">
            <w:pPr>
              <w:spacing w:after="0"/>
            </w:pPr>
            <w:r>
              <w:rPr>
                <w:sz w:val="13"/>
              </w:rPr>
              <w:t>☐ Laag</w:t>
            </w:r>
            <w:r>
              <w:rPr>
                <w:sz w:val="13"/>
              </w:rPr>
              <w:br/>
              <w:t>☐ Midden</w:t>
            </w:r>
            <w:r>
              <w:rPr>
                <w:sz w:val="13"/>
              </w:rPr>
              <w:br/>
              <w:t>☐ Hoog</w:t>
            </w:r>
          </w:p>
        </w:tc>
      </w:tr>
      <w:tr w:rsidR="00151075" w14:paraId="090819EA" w14:textId="77777777">
        <w:trPr>
          <w:jc w:val="center"/>
        </w:trPr>
        <w:tc>
          <w:tcPr>
            <w:tcW w:w="1747" w:type="dxa"/>
          </w:tcPr>
          <w:p w14:paraId="7E9F780D" w14:textId="77777777" w:rsidR="00151075" w:rsidRDefault="00D76B7D">
            <w:pPr>
              <w:spacing w:after="0"/>
            </w:pPr>
            <w:r>
              <w:rPr>
                <w:sz w:val="14"/>
              </w:rPr>
              <w:t>Onvoldoende beschikbaarheid voor zorgcontinuïteit</w:t>
            </w:r>
          </w:p>
        </w:tc>
        <w:tc>
          <w:tcPr>
            <w:tcW w:w="1747" w:type="dxa"/>
          </w:tcPr>
          <w:p w14:paraId="46CD89A7" w14:textId="77777777" w:rsidR="00151075" w:rsidRDefault="00D76B7D">
            <w:pPr>
              <w:spacing w:after="0"/>
            </w:pPr>
            <w:r>
              <w:rPr>
                <w:sz w:val="13"/>
              </w:rPr>
              <w:t>☐ Laag</w:t>
            </w:r>
            <w:r>
              <w:rPr>
                <w:sz w:val="13"/>
              </w:rPr>
              <w:br/>
              <w:t>☐ Midden</w:t>
            </w:r>
            <w:r>
              <w:rPr>
                <w:sz w:val="13"/>
              </w:rPr>
              <w:br/>
              <w:t>☐ Hoog</w:t>
            </w:r>
          </w:p>
        </w:tc>
        <w:tc>
          <w:tcPr>
            <w:tcW w:w="1747" w:type="dxa"/>
          </w:tcPr>
          <w:p w14:paraId="56269A1E" w14:textId="77777777" w:rsidR="00151075" w:rsidRDefault="00D76B7D">
            <w:pPr>
              <w:spacing w:after="0"/>
            </w:pPr>
            <w:r>
              <w:rPr>
                <w:sz w:val="13"/>
              </w:rPr>
              <w:t>☐ Laag</w:t>
            </w:r>
            <w:r>
              <w:rPr>
                <w:sz w:val="13"/>
              </w:rPr>
              <w:br/>
              <w:t>☐ Midden</w:t>
            </w:r>
            <w:r>
              <w:rPr>
                <w:sz w:val="13"/>
              </w:rPr>
              <w:br/>
              <w:t>☐ Hoog</w:t>
            </w:r>
          </w:p>
        </w:tc>
        <w:tc>
          <w:tcPr>
            <w:tcW w:w="1747" w:type="dxa"/>
          </w:tcPr>
          <w:p w14:paraId="21F3518F" w14:textId="77777777" w:rsidR="00151075" w:rsidRDefault="00000000">
            <w:pPr>
              <w:spacing w:after="0"/>
            </w:pPr>
            <w:sdt>
              <w:sdtPr>
                <w:alias w:val="RISICO_12_MAATREGELEN"/>
                <w:tag w:val="RISICO_12_MAATREGELEN"/>
                <w:id w:val="488212004"/>
                <w:text/>
              </w:sdtPr>
              <w:sdtContent>
                <w:r w:rsidR="00D76B7D">
                  <w:rPr>
                    <w:color w:val="646464"/>
                    <w:sz w:val="13"/>
                  </w:rPr>
                  <w:t>{{RISICO_12_MAATREGELEN}}</w:t>
                </w:r>
              </w:sdtContent>
            </w:sdt>
          </w:p>
        </w:tc>
        <w:tc>
          <w:tcPr>
            <w:tcW w:w="1747" w:type="dxa"/>
          </w:tcPr>
          <w:p w14:paraId="3438DBBF" w14:textId="77777777" w:rsidR="00151075" w:rsidRDefault="00000000">
            <w:pPr>
              <w:spacing w:after="0"/>
            </w:pPr>
            <w:sdt>
              <w:sdtPr>
                <w:alias w:val="RISICO_12_BEWIJS"/>
                <w:tag w:val="RISICO_12_BEWIJS"/>
                <w:id w:val="145094804"/>
                <w:text/>
              </w:sdtPr>
              <w:sdtContent>
                <w:r w:rsidR="00D76B7D">
                  <w:rPr>
                    <w:color w:val="646464"/>
                    <w:sz w:val="13"/>
                  </w:rPr>
                  <w:t>{{RISICO_12_BEWIJS}}</w:t>
                </w:r>
              </w:sdtContent>
            </w:sdt>
          </w:p>
        </w:tc>
        <w:tc>
          <w:tcPr>
            <w:tcW w:w="1747" w:type="dxa"/>
          </w:tcPr>
          <w:p w14:paraId="59E032C2" w14:textId="77777777" w:rsidR="00151075" w:rsidRDefault="00D76B7D">
            <w:pPr>
              <w:spacing w:after="0"/>
            </w:pPr>
            <w:r>
              <w:rPr>
                <w:sz w:val="13"/>
              </w:rPr>
              <w:t>☐ Laag</w:t>
            </w:r>
            <w:r>
              <w:rPr>
                <w:sz w:val="13"/>
              </w:rPr>
              <w:br/>
              <w:t>☐ Midden</w:t>
            </w:r>
            <w:r>
              <w:rPr>
                <w:sz w:val="13"/>
              </w:rPr>
              <w:br/>
              <w:t>☐ Hoog</w:t>
            </w:r>
          </w:p>
        </w:tc>
      </w:tr>
      <w:tr w:rsidR="00151075" w14:paraId="206716A8" w14:textId="77777777">
        <w:trPr>
          <w:jc w:val="center"/>
        </w:trPr>
        <w:tc>
          <w:tcPr>
            <w:tcW w:w="1747" w:type="dxa"/>
          </w:tcPr>
          <w:p w14:paraId="16D6ECE5" w14:textId="77777777" w:rsidR="00151075" w:rsidRPr="005A6DD4" w:rsidRDefault="00D76B7D">
            <w:pPr>
              <w:spacing w:after="0"/>
              <w:rPr>
                <w:lang w:val="nl-NL"/>
              </w:rPr>
            </w:pPr>
            <w:r w:rsidRPr="005A6DD4">
              <w:rPr>
                <w:sz w:val="14"/>
                <w:lang w:val="nl-NL"/>
              </w:rPr>
              <w:t>Onvoldoende uitlegbaarheid bij AI/algoritmen</w:t>
            </w:r>
          </w:p>
        </w:tc>
        <w:tc>
          <w:tcPr>
            <w:tcW w:w="1747" w:type="dxa"/>
          </w:tcPr>
          <w:p w14:paraId="4E4ABA39" w14:textId="77777777" w:rsidR="00151075" w:rsidRDefault="00D76B7D">
            <w:pPr>
              <w:spacing w:after="0"/>
            </w:pPr>
            <w:r>
              <w:rPr>
                <w:sz w:val="13"/>
              </w:rPr>
              <w:t>☐ Laag</w:t>
            </w:r>
            <w:r>
              <w:rPr>
                <w:sz w:val="13"/>
              </w:rPr>
              <w:br/>
              <w:t>☐ Midden</w:t>
            </w:r>
            <w:r>
              <w:rPr>
                <w:sz w:val="13"/>
              </w:rPr>
              <w:br/>
              <w:t>☐ Hoog</w:t>
            </w:r>
          </w:p>
        </w:tc>
        <w:tc>
          <w:tcPr>
            <w:tcW w:w="1747" w:type="dxa"/>
          </w:tcPr>
          <w:p w14:paraId="23D6FCEB" w14:textId="77777777" w:rsidR="00151075" w:rsidRDefault="00D76B7D">
            <w:pPr>
              <w:spacing w:after="0"/>
            </w:pPr>
            <w:r>
              <w:rPr>
                <w:sz w:val="13"/>
              </w:rPr>
              <w:t>☐ Laag</w:t>
            </w:r>
            <w:r>
              <w:rPr>
                <w:sz w:val="13"/>
              </w:rPr>
              <w:br/>
              <w:t>☐ Midden</w:t>
            </w:r>
            <w:r>
              <w:rPr>
                <w:sz w:val="13"/>
              </w:rPr>
              <w:br/>
              <w:t>☐ Hoog</w:t>
            </w:r>
          </w:p>
        </w:tc>
        <w:tc>
          <w:tcPr>
            <w:tcW w:w="1747" w:type="dxa"/>
          </w:tcPr>
          <w:p w14:paraId="09B17F8B" w14:textId="77777777" w:rsidR="00151075" w:rsidRDefault="00000000">
            <w:pPr>
              <w:spacing w:after="0"/>
            </w:pPr>
            <w:sdt>
              <w:sdtPr>
                <w:alias w:val="RISICO_13_MAATREGELEN"/>
                <w:tag w:val="RISICO_13_MAATREGELEN"/>
                <w:id w:val="-219369617"/>
                <w:text/>
              </w:sdtPr>
              <w:sdtContent>
                <w:r w:rsidR="00D76B7D">
                  <w:rPr>
                    <w:color w:val="646464"/>
                    <w:sz w:val="13"/>
                  </w:rPr>
                  <w:t>{{RISICO_13_MAATREGELEN}}</w:t>
                </w:r>
              </w:sdtContent>
            </w:sdt>
          </w:p>
        </w:tc>
        <w:tc>
          <w:tcPr>
            <w:tcW w:w="1747" w:type="dxa"/>
          </w:tcPr>
          <w:p w14:paraId="4AED6D6F" w14:textId="77777777" w:rsidR="00151075" w:rsidRDefault="00000000">
            <w:pPr>
              <w:spacing w:after="0"/>
            </w:pPr>
            <w:sdt>
              <w:sdtPr>
                <w:alias w:val="RISICO_13_BEWIJS"/>
                <w:tag w:val="RISICO_13_BEWIJS"/>
                <w:id w:val="588811793"/>
                <w:text/>
              </w:sdtPr>
              <w:sdtContent>
                <w:r w:rsidR="00D76B7D">
                  <w:rPr>
                    <w:color w:val="646464"/>
                    <w:sz w:val="13"/>
                  </w:rPr>
                  <w:t>{{RISICO_13_BEWIJS}}</w:t>
                </w:r>
              </w:sdtContent>
            </w:sdt>
          </w:p>
        </w:tc>
        <w:tc>
          <w:tcPr>
            <w:tcW w:w="1747" w:type="dxa"/>
          </w:tcPr>
          <w:p w14:paraId="4228558F" w14:textId="77777777" w:rsidR="00151075" w:rsidRDefault="00D76B7D">
            <w:pPr>
              <w:spacing w:after="0"/>
            </w:pPr>
            <w:r>
              <w:rPr>
                <w:sz w:val="13"/>
              </w:rPr>
              <w:t>☐ Laag</w:t>
            </w:r>
            <w:r>
              <w:rPr>
                <w:sz w:val="13"/>
              </w:rPr>
              <w:br/>
              <w:t>☐ Midden</w:t>
            </w:r>
            <w:r>
              <w:rPr>
                <w:sz w:val="13"/>
              </w:rPr>
              <w:br/>
              <w:t>☐ Hoog</w:t>
            </w:r>
          </w:p>
        </w:tc>
      </w:tr>
      <w:tr w:rsidR="00151075" w14:paraId="797D17E9" w14:textId="77777777">
        <w:trPr>
          <w:jc w:val="center"/>
        </w:trPr>
        <w:tc>
          <w:tcPr>
            <w:tcW w:w="1747" w:type="dxa"/>
          </w:tcPr>
          <w:p w14:paraId="2DDCFE5A" w14:textId="77777777" w:rsidR="00151075" w:rsidRPr="005A6DD4" w:rsidRDefault="00D76B7D">
            <w:pPr>
              <w:spacing w:after="0"/>
              <w:rPr>
                <w:lang w:val="nl-NL"/>
              </w:rPr>
            </w:pPr>
            <w:r w:rsidRPr="005A6DD4">
              <w:rPr>
                <w:sz w:val="14"/>
                <w:lang w:val="nl-NL"/>
              </w:rPr>
              <w:lastRenderedPageBreak/>
              <w:t>Onvoldoende bescherming bij internationale doorgifte</w:t>
            </w:r>
          </w:p>
        </w:tc>
        <w:tc>
          <w:tcPr>
            <w:tcW w:w="1747" w:type="dxa"/>
          </w:tcPr>
          <w:p w14:paraId="12169BF0" w14:textId="77777777" w:rsidR="00151075" w:rsidRDefault="00D76B7D">
            <w:pPr>
              <w:spacing w:after="0"/>
            </w:pPr>
            <w:r>
              <w:rPr>
                <w:sz w:val="13"/>
              </w:rPr>
              <w:t>☐ Laag</w:t>
            </w:r>
            <w:r>
              <w:rPr>
                <w:sz w:val="13"/>
              </w:rPr>
              <w:br/>
              <w:t>☐ Midden</w:t>
            </w:r>
            <w:r>
              <w:rPr>
                <w:sz w:val="13"/>
              </w:rPr>
              <w:br/>
              <w:t>☐ Hoog</w:t>
            </w:r>
          </w:p>
        </w:tc>
        <w:tc>
          <w:tcPr>
            <w:tcW w:w="1747" w:type="dxa"/>
          </w:tcPr>
          <w:p w14:paraId="0869067B" w14:textId="77777777" w:rsidR="00151075" w:rsidRDefault="00D76B7D">
            <w:pPr>
              <w:spacing w:after="0"/>
            </w:pPr>
            <w:r>
              <w:rPr>
                <w:sz w:val="13"/>
              </w:rPr>
              <w:t>☐ Laag</w:t>
            </w:r>
            <w:r>
              <w:rPr>
                <w:sz w:val="13"/>
              </w:rPr>
              <w:br/>
              <w:t>☐ Midden</w:t>
            </w:r>
            <w:r>
              <w:rPr>
                <w:sz w:val="13"/>
              </w:rPr>
              <w:br/>
              <w:t>☐ Hoog</w:t>
            </w:r>
          </w:p>
        </w:tc>
        <w:tc>
          <w:tcPr>
            <w:tcW w:w="1747" w:type="dxa"/>
          </w:tcPr>
          <w:p w14:paraId="402A4A51" w14:textId="77777777" w:rsidR="00151075" w:rsidRDefault="00000000">
            <w:pPr>
              <w:spacing w:after="0"/>
            </w:pPr>
            <w:sdt>
              <w:sdtPr>
                <w:alias w:val="RISICO_14_MAATREGELEN"/>
                <w:tag w:val="RISICO_14_MAATREGELEN"/>
                <w:id w:val="1659104444"/>
                <w:text/>
              </w:sdtPr>
              <w:sdtContent>
                <w:r w:rsidR="00D76B7D">
                  <w:rPr>
                    <w:color w:val="646464"/>
                    <w:sz w:val="13"/>
                  </w:rPr>
                  <w:t>{{RISICO_14_MAATREGELEN}}</w:t>
                </w:r>
              </w:sdtContent>
            </w:sdt>
          </w:p>
        </w:tc>
        <w:tc>
          <w:tcPr>
            <w:tcW w:w="1747" w:type="dxa"/>
          </w:tcPr>
          <w:p w14:paraId="222B6496" w14:textId="77777777" w:rsidR="00151075" w:rsidRDefault="00000000">
            <w:pPr>
              <w:spacing w:after="0"/>
            </w:pPr>
            <w:sdt>
              <w:sdtPr>
                <w:alias w:val="RISICO_14_BEWIJS"/>
                <w:tag w:val="RISICO_14_BEWIJS"/>
                <w:id w:val="-344171966"/>
                <w:text/>
              </w:sdtPr>
              <w:sdtContent>
                <w:r w:rsidR="00D76B7D">
                  <w:rPr>
                    <w:color w:val="646464"/>
                    <w:sz w:val="13"/>
                  </w:rPr>
                  <w:t>{{RISICO_14_BEWIJS}}</w:t>
                </w:r>
              </w:sdtContent>
            </w:sdt>
          </w:p>
        </w:tc>
        <w:tc>
          <w:tcPr>
            <w:tcW w:w="1747" w:type="dxa"/>
          </w:tcPr>
          <w:p w14:paraId="7E9D7421" w14:textId="77777777" w:rsidR="00151075" w:rsidRDefault="00D76B7D">
            <w:pPr>
              <w:spacing w:after="0"/>
            </w:pPr>
            <w:r>
              <w:rPr>
                <w:sz w:val="13"/>
              </w:rPr>
              <w:t>☐ Laag</w:t>
            </w:r>
            <w:r>
              <w:rPr>
                <w:sz w:val="13"/>
              </w:rPr>
              <w:br/>
              <w:t>☐ Midden</w:t>
            </w:r>
            <w:r>
              <w:rPr>
                <w:sz w:val="13"/>
              </w:rPr>
              <w:br/>
              <w:t>☐ Hoog</w:t>
            </w:r>
          </w:p>
        </w:tc>
      </w:tr>
    </w:tbl>
    <w:p w14:paraId="4F0B44A6" w14:textId="77777777" w:rsidR="00151075" w:rsidRDefault="00151075"/>
    <w:p w14:paraId="7E5569A5" w14:textId="77777777" w:rsidR="00151075" w:rsidRDefault="00D76B7D">
      <w:pPr>
        <w:pStyle w:val="Heading2"/>
      </w:pPr>
      <w:r>
        <w:t>18. Maatregelenplan en opvolging</w:t>
      </w:r>
    </w:p>
    <w:tbl>
      <w:tblPr>
        <w:tblStyle w:val="TableGrid"/>
        <w:tblW w:w="0" w:type="auto"/>
        <w:jc w:val="center"/>
        <w:tblLook w:val="04A0" w:firstRow="1" w:lastRow="0" w:firstColumn="1" w:lastColumn="0" w:noHBand="0" w:noVBand="1"/>
      </w:tblPr>
      <w:tblGrid>
        <w:gridCol w:w="554"/>
        <w:gridCol w:w="2315"/>
        <w:gridCol w:w="1208"/>
        <w:gridCol w:w="1921"/>
        <w:gridCol w:w="1917"/>
        <w:gridCol w:w="781"/>
        <w:gridCol w:w="1776"/>
      </w:tblGrid>
      <w:tr w:rsidR="00151075" w14:paraId="7CF4E621" w14:textId="77777777">
        <w:trPr>
          <w:tblHeader/>
          <w:jc w:val="center"/>
        </w:trPr>
        <w:tc>
          <w:tcPr>
            <w:tcW w:w="453" w:type="dxa"/>
            <w:shd w:val="clear" w:color="auto" w:fill="1F4E79"/>
            <w:tcMar>
              <w:top w:w="80" w:type="dxa"/>
              <w:left w:w="80" w:type="dxa"/>
              <w:bottom w:w="80" w:type="dxa"/>
              <w:right w:w="80" w:type="dxa"/>
            </w:tcMar>
            <w:vAlign w:val="center"/>
          </w:tcPr>
          <w:p w14:paraId="2DC2DAE0" w14:textId="77777777" w:rsidR="00151075" w:rsidRDefault="00D76B7D">
            <w:pPr>
              <w:spacing w:after="0"/>
            </w:pPr>
            <w:r>
              <w:rPr>
                <w:b/>
                <w:color w:val="FFFFFF"/>
                <w:sz w:val="14"/>
              </w:rPr>
              <w:t>Nr.</w:t>
            </w:r>
          </w:p>
        </w:tc>
        <w:tc>
          <w:tcPr>
            <w:tcW w:w="2381" w:type="dxa"/>
            <w:shd w:val="clear" w:color="auto" w:fill="1F4E79"/>
            <w:tcMar>
              <w:top w:w="80" w:type="dxa"/>
              <w:left w:w="80" w:type="dxa"/>
              <w:bottom w:w="80" w:type="dxa"/>
              <w:right w:w="80" w:type="dxa"/>
            </w:tcMar>
            <w:vAlign w:val="center"/>
          </w:tcPr>
          <w:p w14:paraId="275387A3" w14:textId="77777777" w:rsidR="00151075" w:rsidRDefault="00D76B7D">
            <w:pPr>
              <w:spacing w:after="0"/>
            </w:pPr>
            <w:r>
              <w:rPr>
                <w:b/>
                <w:color w:val="FFFFFF"/>
                <w:sz w:val="14"/>
              </w:rPr>
              <w:t>Maatregel</w:t>
            </w:r>
          </w:p>
        </w:tc>
        <w:tc>
          <w:tcPr>
            <w:tcW w:w="1360" w:type="dxa"/>
            <w:shd w:val="clear" w:color="auto" w:fill="1F4E79"/>
            <w:tcMar>
              <w:top w:w="80" w:type="dxa"/>
              <w:left w:w="80" w:type="dxa"/>
              <w:bottom w:w="80" w:type="dxa"/>
              <w:right w:w="80" w:type="dxa"/>
            </w:tcMar>
            <w:vAlign w:val="center"/>
          </w:tcPr>
          <w:p w14:paraId="4A873DE6" w14:textId="77777777" w:rsidR="00151075" w:rsidRDefault="00D76B7D">
            <w:pPr>
              <w:spacing w:after="0"/>
            </w:pPr>
            <w:r>
              <w:rPr>
                <w:b/>
                <w:color w:val="FFFFFF"/>
                <w:sz w:val="14"/>
              </w:rPr>
              <w:t>Normkoppeling</w:t>
            </w:r>
          </w:p>
        </w:tc>
        <w:tc>
          <w:tcPr>
            <w:tcW w:w="1134" w:type="dxa"/>
            <w:shd w:val="clear" w:color="auto" w:fill="1F4E79"/>
            <w:tcMar>
              <w:top w:w="80" w:type="dxa"/>
              <w:left w:w="80" w:type="dxa"/>
              <w:bottom w:w="80" w:type="dxa"/>
              <w:right w:w="80" w:type="dxa"/>
            </w:tcMar>
            <w:vAlign w:val="center"/>
          </w:tcPr>
          <w:p w14:paraId="415E778C" w14:textId="77777777" w:rsidR="00151075" w:rsidRDefault="00D76B7D">
            <w:pPr>
              <w:spacing w:after="0"/>
            </w:pPr>
            <w:r>
              <w:rPr>
                <w:b/>
                <w:color w:val="FFFFFF"/>
                <w:sz w:val="14"/>
              </w:rPr>
              <w:t>Eigenaar</w:t>
            </w:r>
          </w:p>
        </w:tc>
        <w:tc>
          <w:tcPr>
            <w:tcW w:w="963" w:type="dxa"/>
            <w:shd w:val="clear" w:color="auto" w:fill="1F4E79"/>
            <w:tcMar>
              <w:top w:w="80" w:type="dxa"/>
              <w:left w:w="80" w:type="dxa"/>
              <w:bottom w:w="80" w:type="dxa"/>
              <w:right w:w="80" w:type="dxa"/>
            </w:tcMar>
            <w:vAlign w:val="center"/>
          </w:tcPr>
          <w:p w14:paraId="601D0B47" w14:textId="77777777" w:rsidR="00151075" w:rsidRDefault="00D76B7D">
            <w:pPr>
              <w:spacing w:after="0"/>
            </w:pPr>
            <w:r>
              <w:rPr>
                <w:b/>
                <w:color w:val="FFFFFF"/>
                <w:sz w:val="14"/>
              </w:rPr>
              <w:t>Deadline</w:t>
            </w:r>
          </w:p>
        </w:tc>
        <w:tc>
          <w:tcPr>
            <w:tcW w:w="1020" w:type="dxa"/>
            <w:shd w:val="clear" w:color="auto" w:fill="1F4E79"/>
            <w:tcMar>
              <w:top w:w="80" w:type="dxa"/>
              <w:left w:w="80" w:type="dxa"/>
              <w:bottom w:w="80" w:type="dxa"/>
              <w:right w:w="80" w:type="dxa"/>
            </w:tcMar>
            <w:vAlign w:val="center"/>
          </w:tcPr>
          <w:p w14:paraId="55467F54" w14:textId="77777777" w:rsidR="00151075" w:rsidRDefault="00D76B7D">
            <w:pPr>
              <w:spacing w:after="0"/>
            </w:pPr>
            <w:r>
              <w:rPr>
                <w:b/>
                <w:color w:val="FFFFFF"/>
                <w:sz w:val="14"/>
              </w:rPr>
              <w:t>Status</w:t>
            </w:r>
          </w:p>
        </w:tc>
        <w:tc>
          <w:tcPr>
            <w:tcW w:w="1927" w:type="dxa"/>
            <w:shd w:val="clear" w:color="auto" w:fill="1F4E79"/>
            <w:tcMar>
              <w:top w:w="80" w:type="dxa"/>
              <w:left w:w="80" w:type="dxa"/>
              <w:bottom w:w="80" w:type="dxa"/>
              <w:right w:w="80" w:type="dxa"/>
            </w:tcMar>
            <w:vAlign w:val="center"/>
          </w:tcPr>
          <w:p w14:paraId="0C8F9FDF" w14:textId="77777777" w:rsidR="00151075" w:rsidRDefault="00D76B7D">
            <w:pPr>
              <w:spacing w:after="0"/>
            </w:pPr>
            <w:r>
              <w:rPr>
                <w:b/>
                <w:color w:val="FFFFFF"/>
                <w:sz w:val="14"/>
              </w:rPr>
              <w:t>Bewijs</w:t>
            </w:r>
          </w:p>
        </w:tc>
      </w:tr>
      <w:tr w:rsidR="00151075" w14:paraId="6B03C287" w14:textId="77777777">
        <w:trPr>
          <w:jc w:val="center"/>
        </w:trPr>
        <w:tc>
          <w:tcPr>
            <w:tcW w:w="1497" w:type="dxa"/>
          </w:tcPr>
          <w:p w14:paraId="5A2D8210" w14:textId="77777777" w:rsidR="00151075" w:rsidRDefault="00D76B7D">
            <w:pPr>
              <w:spacing w:after="0"/>
              <w:jc w:val="center"/>
            </w:pPr>
            <w:r>
              <w:rPr>
                <w:sz w:val="13"/>
              </w:rPr>
              <w:t>1</w:t>
            </w:r>
          </w:p>
        </w:tc>
        <w:tc>
          <w:tcPr>
            <w:tcW w:w="1497" w:type="dxa"/>
          </w:tcPr>
          <w:p w14:paraId="1EE3863E" w14:textId="77777777" w:rsidR="00151075" w:rsidRDefault="00D76B7D">
            <w:pPr>
              <w:spacing w:after="0"/>
            </w:pPr>
            <w:r>
              <w:rPr>
                <w:sz w:val="13"/>
              </w:rPr>
              <w:t>Rollen en verantwoordelijkheden vastleggen</w:t>
            </w:r>
          </w:p>
        </w:tc>
        <w:tc>
          <w:tcPr>
            <w:tcW w:w="1497" w:type="dxa"/>
          </w:tcPr>
          <w:p w14:paraId="19A1B79E" w14:textId="77777777" w:rsidR="00151075" w:rsidRDefault="00D76B7D">
            <w:pPr>
              <w:spacing w:after="0"/>
            </w:pPr>
            <w:r>
              <w:rPr>
                <w:sz w:val="13"/>
              </w:rPr>
              <w:t>AVG / NEN 7510</w:t>
            </w:r>
          </w:p>
        </w:tc>
        <w:tc>
          <w:tcPr>
            <w:tcW w:w="1497" w:type="dxa"/>
          </w:tcPr>
          <w:p w14:paraId="6C0DD9A0" w14:textId="77777777" w:rsidR="00151075" w:rsidRDefault="00000000">
            <w:pPr>
              <w:spacing w:after="0"/>
            </w:pPr>
            <w:sdt>
              <w:sdtPr>
                <w:alias w:val="MAATREGEL_1_EIGENAAR"/>
                <w:tag w:val="MAATREGEL_1_EIGENAAR"/>
                <w:id w:val="-725299245"/>
                <w:text/>
              </w:sdtPr>
              <w:sdtContent>
                <w:r w:rsidR="00D76B7D">
                  <w:rPr>
                    <w:color w:val="646464"/>
                    <w:sz w:val="13"/>
                  </w:rPr>
                  <w:t>{{MAATREGEL_1_EIGENAAR}}</w:t>
                </w:r>
              </w:sdtContent>
            </w:sdt>
          </w:p>
        </w:tc>
        <w:tc>
          <w:tcPr>
            <w:tcW w:w="1497" w:type="dxa"/>
          </w:tcPr>
          <w:p w14:paraId="1CE820E5" w14:textId="77777777" w:rsidR="00151075" w:rsidRDefault="00000000">
            <w:pPr>
              <w:spacing w:after="0"/>
            </w:pPr>
            <w:sdt>
              <w:sdtPr>
                <w:alias w:val="MAATREGEL_1_DEADLINE"/>
                <w:tag w:val="MAATREGEL_1_DEADLINE"/>
                <w:id w:val="545641433"/>
                <w:text/>
              </w:sdtPr>
              <w:sdtContent>
                <w:r w:rsidR="00D76B7D">
                  <w:rPr>
                    <w:color w:val="646464"/>
                    <w:sz w:val="13"/>
                  </w:rPr>
                  <w:t>{{MAATREGEL_1_DEADLINE}}</w:t>
                </w:r>
              </w:sdtContent>
            </w:sdt>
          </w:p>
        </w:tc>
        <w:tc>
          <w:tcPr>
            <w:tcW w:w="1497" w:type="dxa"/>
          </w:tcPr>
          <w:p w14:paraId="4AC4FC7D" w14:textId="77777777" w:rsidR="00151075" w:rsidRDefault="00D76B7D">
            <w:pPr>
              <w:spacing w:after="0"/>
            </w:pPr>
            <w:r>
              <w:rPr>
                <w:sz w:val="13"/>
              </w:rPr>
              <w:t>☐ Open</w:t>
            </w:r>
            <w:r>
              <w:rPr>
                <w:sz w:val="13"/>
              </w:rPr>
              <w:br/>
              <w:t>☐ Bezig</w:t>
            </w:r>
            <w:r>
              <w:rPr>
                <w:sz w:val="13"/>
              </w:rPr>
              <w:br/>
              <w:t>☐ Gereed</w:t>
            </w:r>
          </w:p>
        </w:tc>
        <w:tc>
          <w:tcPr>
            <w:tcW w:w="1497" w:type="dxa"/>
          </w:tcPr>
          <w:p w14:paraId="02171318" w14:textId="77777777" w:rsidR="00151075" w:rsidRDefault="00000000">
            <w:pPr>
              <w:spacing w:after="0"/>
            </w:pPr>
            <w:sdt>
              <w:sdtPr>
                <w:alias w:val="MAATREGEL_1_BEWIJS"/>
                <w:tag w:val="MAATREGEL_1_BEWIJS"/>
                <w:id w:val="-1803066213"/>
                <w:text/>
              </w:sdtPr>
              <w:sdtContent>
                <w:r w:rsidR="00D76B7D">
                  <w:rPr>
                    <w:color w:val="646464"/>
                    <w:sz w:val="13"/>
                  </w:rPr>
                  <w:t>{{MAATREGEL_1_BEWIJS}}</w:t>
                </w:r>
              </w:sdtContent>
            </w:sdt>
          </w:p>
        </w:tc>
      </w:tr>
      <w:tr w:rsidR="00151075" w14:paraId="4F24A1E5" w14:textId="77777777">
        <w:trPr>
          <w:jc w:val="center"/>
        </w:trPr>
        <w:tc>
          <w:tcPr>
            <w:tcW w:w="1497" w:type="dxa"/>
          </w:tcPr>
          <w:p w14:paraId="0A4AAB82" w14:textId="77777777" w:rsidR="00151075" w:rsidRDefault="00D76B7D">
            <w:pPr>
              <w:spacing w:after="0"/>
              <w:jc w:val="center"/>
            </w:pPr>
            <w:r>
              <w:rPr>
                <w:sz w:val="13"/>
              </w:rPr>
              <w:t>2</w:t>
            </w:r>
          </w:p>
        </w:tc>
        <w:tc>
          <w:tcPr>
            <w:tcW w:w="1497" w:type="dxa"/>
          </w:tcPr>
          <w:p w14:paraId="6DA25472" w14:textId="77777777" w:rsidR="00151075" w:rsidRDefault="00D76B7D">
            <w:pPr>
              <w:spacing w:after="0"/>
            </w:pPr>
            <w:r>
              <w:rPr>
                <w:sz w:val="13"/>
              </w:rPr>
              <w:t>Autorisatiematrix opstellen of actualiseren</w:t>
            </w:r>
          </w:p>
        </w:tc>
        <w:tc>
          <w:tcPr>
            <w:tcW w:w="1497" w:type="dxa"/>
          </w:tcPr>
          <w:p w14:paraId="078E786D" w14:textId="77777777" w:rsidR="00151075" w:rsidRDefault="00D76B7D">
            <w:pPr>
              <w:spacing w:after="0"/>
            </w:pPr>
            <w:r>
              <w:rPr>
                <w:sz w:val="13"/>
              </w:rPr>
              <w:t>NEN 7510</w:t>
            </w:r>
          </w:p>
        </w:tc>
        <w:tc>
          <w:tcPr>
            <w:tcW w:w="1497" w:type="dxa"/>
          </w:tcPr>
          <w:p w14:paraId="7FAEAD5C" w14:textId="77777777" w:rsidR="00151075" w:rsidRDefault="00000000">
            <w:pPr>
              <w:spacing w:after="0"/>
            </w:pPr>
            <w:sdt>
              <w:sdtPr>
                <w:alias w:val="MAATREGEL_2_EIGENAAR"/>
                <w:tag w:val="MAATREGEL_2_EIGENAAR"/>
                <w:id w:val="-696620983"/>
                <w:text/>
              </w:sdtPr>
              <w:sdtContent>
                <w:r w:rsidR="00D76B7D">
                  <w:rPr>
                    <w:color w:val="646464"/>
                    <w:sz w:val="13"/>
                  </w:rPr>
                  <w:t>{{MAATREGEL_2_EIGENAAR}}</w:t>
                </w:r>
              </w:sdtContent>
            </w:sdt>
          </w:p>
        </w:tc>
        <w:tc>
          <w:tcPr>
            <w:tcW w:w="1497" w:type="dxa"/>
          </w:tcPr>
          <w:p w14:paraId="05FF5A0C" w14:textId="77777777" w:rsidR="00151075" w:rsidRDefault="00000000">
            <w:pPr>
              <w:spacing w:after="0"/>
            </w:pPr>
            <w:sdt>
              <w:sdtPr>
                <w:alias w:val="MAATREGEL_2_DEADLINE"/>
                <w:tag w:val="MAATREGEL_2_DEADLINE"/>
                <w:id w:val="1616636216"/>
                <w:text/>
              </w:sdtPr>
              <w:sdtContent>
                <w:r w:rsidR="00D76B7D">
                  <w:rPr>
                    <w:color w:val="646464"/>
                    <w:sz w:val="13"/>
                  </w:rPr>
                  <w:t>{{MAATREGEL_2_DEADLINE}}</w:t>
                </w:r>
              </w:sdtContent>
            </w:sdt>
          </w:p>
        </w:tc>
        <w:tc>
          <w:tcPr>
            <w:tcW w:w="1497" w:type="dxa"/>
          </w:tcPr>
          <w:p w14:paraId="43784B5F" w14:textId="77777777" w:rsidR="00151075" w:rsidRDefault="00D76B7D">
            <w:pPr>
              <w:spacing w:after="0"/>
            </w:pPr>
            <w:r>
              <w:rPr>
                <w:sz w:val="13"/>
              </w:rPr>
              <w:t>☐ Open</w:t>
            </w:r>
            <w:r>
              <w:rPr>
                <w:sz w:val="13"/>
              </w:rPr>
              <w:br/>
              <w:t>☐ Bezig</w:t>
            </w:r>
            <w:r>
              <w:rPr>
                <w:sz w:val="13"/>
              </w:rPr>
              <w:br/>
              <w:t>☐ Gereed</w:t>
            </w:r>
          </w:p>
        </w:tc>
        <w:tc>
          <w:tcPr>
            <w:tcW w:w="1497" w:type="dxa"/>
          </w:tcPr>
          <w:p w14:paraId="78F06588" w14:textId="77777777" w:rsidR="00151075" w:rsidRDefault="00000000">
            <w:pPr>
              <w:spacing w:after="0"/>
            </w:pPr>
            <w:sdt>
              <w:sdtPr>
                <w:alias w:val="MAATREGEL_2_BEWIJS"/>
                <w:tag w:val="MAATREGEL_2_BEWIJS"/>
                <w:id w:val="1927768628"/>
                <w:text/>
              </w:sdtPr>
              <w:sdtContent>
                <w:r w:rsidR="00D76B7D">
                  <w:rPr>
                    <w:color w:val="646464"/>
                    <w:sz w:val="13"/>
                  </w:rPr>
                  <w:t>{{MAATREGEL_2_BEWIJS}}</w:t>
                </w:r>
              </w:sdtContent>
            </w:sdt>
          </w:p>
        </w:tc>
      </w:tr>
      <w:tr w:rsidR="00151075" w14:paraId="4FC464C4" w14:textId="77777777">
        <w:trPr>
          <w:jc w:val="center"/>
        </w:trPr>
        <w:tc>
          <w:tcPr>
            <w:tcW w:w="1497" w:type="dxa"/>
          </w:tcPr>
          <w:p w14:paraId="4B63BEA9" w14:textId="77777777" w:rsidR="00151075" w:rsidRDefault="00D76B7D">
            <w:pPr>
              <w:spacing w:after="0"/>
              <w:jc w:val="center"/>
            </w:pPr>
            <w:r>
              <w:rPr>
                <w:sz w:val="13"/>
              </w:rPr>
              <w:t>3</w:t>
            </w:r>
          </w:p>
        </w:tc>
        <w:tc>
          <w:tcPr>
            <w:tcW w:w="1497" w:type="dxa"/>
          </w:tcPr>
          <w:p w14:paraId="4C962585" w14:textId="77777777" w:rsidR="00151075" w:rsidRDefault="00D76B7D">
            <w:pPr>
              <w:spacing w:after="0"/>
            </w:pPr>
            <w:r>
              <w:rPr>
                <w:sz w:val="13"/>
              </w:rPr>
              <w:t>Leveranciersbeoordeling en verwerkersafspraken afronden</w:t>
            </w:r>
          </w:p>
        </w:tc>
        <w:tc>
          <w:tcPr>
            <w:tcW w:w="1497" w:type="dxa"/>
          </w:tcPr>
          <w:p w14:paraId="372A4E23" w14:textId="77777777" w:rsidR="00151075" w:rsidRDefault="00D76B7D">
            <w:pPr>
              <w:spacing w:after="0"/>
            </w:pPr>
            <w:r>
              <w:rPr>
                <w:sz w:val="13"/>
              </w:rPr>
              <w:t>AVG / NEN 7510</w:t>
            </w:r>
          </w:p>
        </w:tc>
        <w:tc>
          <w:tcPr>
            <w:tcW w:w="1497" w:type="dxa"/>
          </w:tcPr>
          <w:p w14:paraId="6D0460FD" w14:textId="77777777" w:rsidR="00151075" w:rsidRDefault="00000000">
            <w:pPr>
              <w:spacing w:after="0"/>
            </w:pPr>
            <w:sdt>
              <w:sdtPr>
                <w:alias w:val="MAATREGEL_3_EIGENAAR"/>
                <w:tag w:val="MAATREGEL_3_EIGENAAR"/>
                <w:id w:val="-1206715347"/>
                <w:text/>
              </w:sdtPr>
              <w:sdtContent>
                <w:r w:rsidR="00D76B7D">
                  <w:rPr>
                    <w:color w:val="646464"/>
                    <w:sz w:val="13"/>
                  </w:rPr>
                  <w:t>{{MAATREGEL_3_EIGENAAR}}</w:t>
                </w:r>
              </w:sdtContent>
            </w:sdt>
          </w:p>
        </w:tc>
        <w:tc>
          <w:tcPr>
            <w:tcW w:w="1497" w:type="dxa"/>
          </w:tcPr>
          <w:p w14:paraId="5FBA7F8B" w14:textId="77777777" w:rsidR="00151075" w:rsidRDefault="00000000">
            <w:pPr>
              <w:spacing w:after="0"/>
            </w:pPr>
            <w:sdt>
              <w:sdtPr>
                <w:alias w:val="MAATREGEL_3_DEADLINE"/>
                <w:tag w:val="MAATREGEL_3_DEADLINE"/>
                <w:id w:val="561455699"/>
                <w:text/>
              </w:sdtPr>
              <w:sdtContent>
                <w:r w:rsidR="00D76B7D">
                  <w:rPr>
                    <w:color w:val="646464"/>
                    <w:sz w:val="13"/>
                  </w:rPr>
                  <w:t>{{MAATREGEL_3_DEADLINE}}</w:t>
                </w:r>
              </w:sdtContent>
            </w:sdt>
          </w:p>
        </w:tc>
        <w:tc>
          <w:tcPr>
            <w:tcW w:w="1497" w:type="dxa"/>
          </w:tcPr>
          <w:p w14:paraId="03D02F87" w14:textId="77777777" w:rsidR="00151075" w:rsidRDefault="00D76B7D">
            <w:pPr>
              <w:spacing w:after="0"/>
            </w:pPr>
            <w:r>
              <w:rPr>
                <w:sz w:val="13"/>
              </w:rPr>
              <w:t>☐ Open</w:t>
            </w:r>
            <w:r>
              <w:rPr>
                <w:sz w:val="13"/>
              </w:rPr>
              <w:br/>
              <w:t>☐ Bezig</w:t>
            </w:r>
            <w:r>
              <w:rPr>
                <w:sz w:val="13"/>
              </w:rPr>
              <w:br/>
              <w:t>☐ Gereed</w:t>
            </w:r>
          </w:p>
        </w:tc>
        <w:tc>
          <w:tcPr>
            <w:tcW w:w="1497" w:type="dxa"/>
          </w:tcPr>
          <w:p w14:paraId="64BC10E1" w14:textId="77777777" w:rsidR="00151075" w:rsidRDefault="00000000">
            <w:pPr>
              <w:spacing w:after="0"/>
            </w:pPr>
            <w:sdt>
              <w:sdtPr>
                <w:alias w:val="MAATREGEL_3_BEWIJS"/>
                <w:tag w:val="MAATREGEL_3_BEWIJS"/>
                <w:id w:val="1002473564"/>
                <w:text/>
              </w:sdtPr>
              <w:sdtContent>
                <w:r w:rsidR="00D76B7D">
                  <w:rPr>
                    <w:color w:val="646464"/>
                    <w:sz w:val="13"/>
                  </w:rPr>
                  <w:t>{{MAATREGEL_3_BEWIJS}}</w:t>
                </w:r>
              </w:sdtContent>
            </w:sdt>
          </w:p>
        </w:tc>
      </w:tr>
      <w:tr w:rsidR="00151075" w14:paraId="634768B3" w14:textId="77777777">
        <w:trPr>
          <w:jc w:val="center"/>
        </w:trPr>
        <w:tc>
          <w:tcPr>
            <w:tcW w:w="1497" w:type="dxa"/>
          </w:tcPr>
          <w:p w14:paraId="3C5A85ED" w14:textId="77777777" w:rsidR="00151075" w:rsidRDefault="00D76B7D">
            <w:pPr>
              <w:spacing w:after="0"/>
              <w:jc w:val="center"/>
            </w:pPr>
            <w:r>
              <w:rPr>
                <w:sz w:val="13"/>
              </w:rPr>
              <w:t>4</w:t>
            </w:r>
          </w:p>
        </w:tc>
        <w:tc>
          <w:tcPr>
            <w:tcW w:w="1497" w:type="dxa"/>
          </w:tcPr>
          <w:p w14:paraId="77D09CF3" w14:textId="77777777" w:rsidR="00151075" w:rsidRDefault="00D76B7D">
            <w:pPr>
              <w:spacing w:after="0"/>
            </w:pPr>
            <w:r>
              <w:rPr>
                <w:sz w:val="13"/>
              </w:rPr>
              <w:t>Gegevensuitwisselingsovereenkomst opstellen</w:t>
            </w:r>
          </w:p>
        </w:tc>
        <w:tc>
          <w:tcPr>
            <w:tcW w:w="1497" w:type="dxa"/>
          </w:tcPr>
          <w:p w14:paraId="19221DE6" w14:textId="77777777" w:rsidR="00151075" w:rsidRDefault="00D76B7D">
            <w:pPr>
              <w:spacing w:after="0"/>
            </w:pPr>
            <w:r>
              <w:rPr>
                <w:sz w:val="13"/>
              </w:rPr>
              <w:t>NEN 7512</w:t>
            </w:r>
          </w:p>
        </w:tc>
        <w:tc>
          <w:tcPr>
            <w:tcW w:w="1497" w:type="dxa"/>
          </w:tcPr>
          <w:p w14:paraId="4CE1D1B4" w14:textId="77777777" w:rsidR="00151075" w:rsidRDefault="00000000">
            <w:pPr>
              <w:spacing w:after="0"/>
            </w:pPr>
            <w:sdt>
              <w:sdtPr>
                <w:alias w:val="MAATREGEL_4_EIGENAAR"/>
                <w:tag w:val="MAATREGEL_4_EIGENAAR"/>
                <w:id w:val="476956592"/>
                <w:text/>
              </w:sdtPr>
              <w:sdtContent>
                <w:r w:rsidR="00D76B7D">
                  <w:rPr>
                    <w:color w:val="646464"/>
                    <w:sz w:val="13"/>
                  </w:rPr>
                  <w:t>{{MAATREGEL_4_EIGENAAR}}</w:t>
                </w:r>
              </w:sdtContent>
            </w:sdt>
          </w:p>
        </w:tc>
        <w:tc>
          <w:tcPr>
            <w:tcW w:w="1497" w:type="dxa"/>
          </w:tcPr>
          <w:p w14:paraId="07E0100E" w14:textId="77777777" w:rsidR="00151075" w:rsidRDefault="00000000">
            <w:pPr>
              <w:spacing w:after="0"/>
            </w:pPr>
            <w:sdt>
              <w:sdtPr>
                <w:alias w:val="MAATREGEL_4_DEADLINE"/>
                <w:tag w:val="MAATREGEL_4_DEADLINE"/>
                <w:id w:val="1940413513"/>
                <w:text/>
              </w:sdtPr>
              <w:sdtContent>
                <w:r w:rsidR="00D76B7D">
                  <w:rPr>
                    <w:color w:val="646464"/>
                    <w:sz w:val="13"/>
                  </w:rPr>
                  <w:t>{{MAATREGEL_4_DEADLINE}}</w:t>
                </w:r>
              </w:sdtContent>
            </w:sdt>
          </w:p>
        </w:tc>
        <w:tc>
          <w:tcPr>
            <w:tcW w:w="1497" w:type="dxa"/>
          </w:tcPr>
          <w:p w14:paraId="5C655A31" w14:textId="77777777" w:rsidR="00151075" w:rsidRDefault="00D76B7D">
            <w:pPr>
              <w:spacing w:after="0"/>
            </w:pPr>
            <w:r>
              <w:rPr>
                <w:sz w:val="13"/>
              </w:rPr>
              <w:t>☐ Open</w:t>
            </w:r>
            <w:r>
              <w:rPr>
                <w:sz w:val="13"/>
              </w:rPr>
              <w:br/>
              <w:t>☐ Bezig</w:t>
            </w:r>
            <w:r>
              <w:rPr>
                <w:sz w:val="13"/>
              </w:rPr>
              <w:br/>
              <w:t>☐ Gereed</w:t>
            </w:r>
          </w:p>
        </w:tc>
        <w:tc>
          <w:tcPr>
            <w:tcW w:w="1497" w:type="dxa"/>
          </w:tcPr>
          <w:p w14:paraId="3741E79D" w14:textId="77777777" w:rsidR="00151075" w:rsidRDefault="00000000">
            <w:pPr>
              <w:spacing w:after="0"/>
            </w:pPr>
            <w:sdt>
              <w:sdtPr>
                <w:alias w:val="MAATREGEL_4_BEWIJS"/>
                <w:tag w:val="MAATREGEL_4_BEWIJS"/>
                <w:id w:val="-323126496"/>
                <w:text/>
              </w:sdtPr>
              <w:sdtContent>
                <w:r w:rsidR="00D76B7D">
                  <w:rPr>
                    <w:color w:val="646464"/>
                    <w:sz w:val="13"/>
                  </w:rPr>
                  <w:t>{{MAATREGEL_4_BEWIJS}}</w:t>
                </w:r>
              </w:sdtContent>
            </w:sdt>
          </w:p>
        </w:tc>
      </w:tr>
      <w:tr w:rsidR="00151075" w14:paraId="6556F2A2" w14:textId="77777777">
        <w:trPr>
          <w:jc w:val="center"/>
        </w:trPr>
        <w:tc>
          <w:tcPr>
            <w:tcW w:w="1497" w:type="dxa"/>
          </w:tcPr>
          <w:p w14:paraId="458879E3" w14:textId="77777777" w:rsidR="00151075" w:rsidRDefault="00D76B7D">
            <w:pPr>
              <w:spacing w:after="0"/>
              <w:jc w:val="center"/>
            </w:pPr>
            <w:r>
              <w:rPr>
                <w:sz w:val="13"/>
              </w:rPr>
              <w:t>5</w:t>
            </w:r>
          </w:p>
        </w:tc>
        <w:tc>
          <w:tcPr>
            <w:tcW w:w="1497" w:type="dxa"/>
          </w:tcPr>
          <w:p w14:paraId="1FB8D1A8" w14:textId="77777777" w:rsidR="00151075" w:rsidRPr="005A6DD4" w:rsidRDefault="00D76B7D">
            <w:pPr>
              <w:spacing w:after="0"/>
              <w:rPr>
                <w:lang w:val="nl-NL"/>
              </w:rPr>
            </w:pPr>
            <w:r w:rsidRPr="005A6DD4">
              <w:rPr>
                <w:sz w:val="13"/>
                <w:lang w:val="nl-NL"/>
              </w:rPr>
              <w:t>Logging-eisen en logprocedure vastleggen</w:t>
            </w:r>
          </w:p>
        </w:tc>
        <w:tc>
          <w:tcPr>
            <w:tcW w:w="1497" w:type="dxa"/>
          </w:tcPr>
          <w:p w14:paraId="104FEBDB" w14:textId="77777777" w:rsidR="00151075" w:rsidRDefault="00D76B7D">
            <w:pPr>
              <w:spacing w:after="0"/>
            </w:pPr>
            <w:r>
              <w:rPr>
                <w:sz w:val="13"/>
              </w:rPr>
              <w:t>NEN 7513</w:t>
            </w:r>
          </w:p>
        </w:tc>
        <w:tc>
          <w:tcPr>
            <w:tcW w:w="1497" w:type="dxa"/>
          </w:tcPr>
          <w:p w14:paraId="6517F185" w14:textId="77777777" w:rsidR="00151075" w:rsidRDefault="00000000">
            <w:pPr>
              <w:spacing w:after="0"/>
            </w:pPr>
            <w:sdt>
              <w:sdtPr>
                <w:alias w:val="MAATREGEL_5_EIGENAAR"/>
                <w:tag w:val="MAATREGEL_5_EIGENAAR"/>
                <w:id w:val="-986553260"/>
                <w:text/>
              </w:sdtPr>
              <w:sdtContent>
                <w:r w:rsidR="00D76B7D">
                  <w:rPr>
                    <w:color w:val="646464"/>
                    <w:sz w:val="13"/>
                  </w:rPr>
                  <w:t>{{MAATREGEL_5_EIGENAAR}}</w:t>
                </w:r>
              </w:sdtContent>
            </w:sdt>
          </w:p>
        </w:tc>
        <w:tc>
          <w:tcPr>
            <w:tcW w:w="1497" w:type="dxa"/>
          </w:tcPr>
          <w:p w14:paraId="2ADF1C47" w14:textId="77777777" w:rsidR="00151075" w:rsidRDefault="00000000">
            <w:pPr>
              <w:spacing w:after="0"/>
            </w:pPr>
            <w:sdt>
              <w:sdtPr>
                <w:alias w:val="MAATREGEL_5_DEADLINE"/>
                <w:tag w:val="MAATREGEL_5_DEADLINE"/>
                <w:id w:val="-1734844949"/>
                <w:text/>
              </w:sdtPr>
              <w:sdtContent>
                <w:r w:rsidR="00D76B7D">
                  <w:rPr>
                    <w:color w:val="646464"/>
                    <w:sz w:val="13"/>
                  </w:rPr>
                  <w:t>{{MAATREGEL_5_DEADLINE}}</w:t>
                </w:r>
              </w:sdtContent>
            </w:sdt>
          </w:p>
        </w:tc>
        <w:tc>
          <w:tcPr>
            <w:tcW w:w="1497" w:type="dxa"/>
          </w:tcPr>
          <w:p w14:paraId="23B3B8EE" w14:textId="77777777" w:rsidR="00151075" w:rsidRDefault="00D76B7D">
            <w:pPr>
              <w:spacing w:after="0"/>
            </w:pPr>
            <w:r>
              <w:rPr>
                <w:sz w:val="13"/>
              </w:rPr>
              <w:t>☐ Open</w:t>
            </w:r>
            <w:r>
              <w:rPr>
                <w:sz w:val="13"/>
              </w:rPr>
              <w:br/>
              <w:t>☐ Bezig</w:t>
            </w:r>
            <w:r>
              <w:rPr>
                <w:sz w:val="13"/>
              </w:rPr>
              <w:br/>
              <w:t>☐ Gereed</w:t>
            </w:r>
          </w:p>
        </w:tc>
        <w:tc>
          <w:tcPr>
            <w:tcW w:w="1497" w:type="dxa"/>
          </w:tcPr>
          <w:p w14:paraId="40CA3F4E" w14:textId="77777777" w:rsidR="00151075" w:rsidRDefault="00000000">
            <w:pPr>
              <w:spacing w:after="0"/>
            </w:pPr>
            <w:sdt>
              <w:sdtPr>
                <w:alias w:val="MAATREGEL_5_BEWIJS"/>
                <w:tag w:val="MAATREGEL_5_BEWIJS"/>
                <w:id w:val="1406568889"/>
                <w:text/>
              </w:sdtPr>
              <w:sdtContent>
                <w:r w:rsidR="00D76B7D">
                  <w:rPr>
                    <w:color w:val="646464"/>
                    <w:sz w:val="13"/>
                  </w:rPr>
                  <w:t>{{MAATREGEL_5_BEWIJS}}</w:t>
                </w:r>
              </w:sdtContent>
            </w:sdt>
          </w:p>
        </w:tc>
      </w:tr>
      <w:tr w:rsidR="00151075" w14:paraId="52559AEF" w14:textId="77777777">
        <w:trPr>
          <w:jc w:val="center"/>
        </w:trPr>
        <w:tc>
          <w:tcPr>
            <w:tcW w:w="1497" w:type="dxa"/>
          </w:tcPr>
          <w:p w14:paraId="53A710C2" w14:textId="77777777" w:rsidR="00151075" w:rsidRDefault="00D76B7D">
            <w:pPr>
              <w:spacing w:after="0"/>
              <w:jc w:val="center"/>
            </w:pPr>
            <w:r>
              <w:rPr>
                <w:sz w:val="13"/>
              </w:rPr>
              <w:t>6</w:t>
            </w:r>
          </w:p>
        </w:tc>
        <w:tc>
          <w:tcPr>
            <w:tcW w:w="1497" w:type="dxa"/>
          </w:tcPr>
          <w:p w14:paraId="4B3ACF7F" w14:textId="77777777" w:rsidR="00151075" w:rsidRDefault="00D76B7D">
            <w:pPr>
              <w:spacing w:after="0"/>
            </w:pPr>
            <w:r>
              <w:rPr>
                <w:sz w:val="13"/>
              </w:rPr>
              <w:t>Procedure inzage logging inrichten</w:t>
            </w:r>
          </w:p>
        </w:tc>
        <w:tc>
          <w:tcPr>
            <w:tcW w:w="1497" w:type="dxa"/>
          </w:tcPr>
          <w:p w14:paraId="2A371FFE" w14:textId="77777777" w:rsidR="00151075" w:rsidRDefault="00D76B7D">
            <w:pPr>
              <w:spacing w:after="0"/>
            </w:pPr>
            <w:r>
              <w:rPr>
                <w:sz w:val="13"/>
              </w:rPr>
              <w:t>AVG / NEN 7513</w:t>
            </w:r>
          </w:p>
        </w:tc>
        <w:tc>
          <w:tcPr>
            <w:tcW w:w="1497" w:type="dxa"/>
          </w:tcPr>
          <w:p w14:paraId="1FD3197C" w14:textId="77777777" w:rsidR="00151075" w:rsidRDefault="00000000">
            <w:pPr>
              <w:spacing w:after="0"/>
            </w:pPr>
            <w:sdt>
              <w:sdtPr>
                <w:alias w:val="MAATREGEL_6_EIGENAAR"/>
                <w:tag w:val="MAATREGEL_6_EIGENAAR"/>
                <w:id w:val="17445127"/>
                <w:text/>
              </w:sdtPr>
              <w:sdtContent>
                <w:r w:rsidR="00D76B7D">
                  <w:rPr>
                    <w:color w:val="646464"/>
                    <w:sz w:val="13"/>
                  </w:rPr>
                  <w:t>{{MAATREGEL_6_EIGENAAR}}</w:t>
                </w:r>
              </w:sdtContent>
            </w:sdt>
          </w:p>
        </w:tc>
        <w:tc>
          <w:tcPr>
            <w:tcW w:w="1497" w:type="dxa"/>
          </w:tcPr>
          <w:p w14:paraId="1B58B00C" w14:textId="77777777" w:rsidR="00151075" w:rsidRDefault="00000000">
            <w:pPr>
              <w:spacing w:after="0"/>
            </w:pPr>
            <w:sdt>
              <w:sdtPr>
                <w:alias w:val="MAATREGEL_6_DEADLINE"/>
                <w:tag w:val="MAATREGEL_6_DEADLINE"/>
                <w:id w:val="1758245256"/>
                <w:text/>
              </w:sdtPr>
              <w:sdtContent>
                <w:r w:rsidR="00D76B7D">
                  <w:rPr>
                    <w:color w:val="646464"/>
                    <w:sz w:val="13"/>
                  </w:rPr>
                  <w:t>{{MAATREGEL_6_DEADLINE}}</w:t>
                </w:r>
              </w:sdtContent>
            </w:sdt>
          </w:p>
        </w:tc>
        <w:tc>
          <w:tcPr>
            <w:tcW w:w="1497" w:type="dxa"/>
          </w:tcPr>
          <w:p w14:paraId="1026D5D4" w14:textId="77777777" w:rsidR="00151075" w:rsidRDefault="00D76B7D">
            <w:pPr>
              <w:spacing w:after="0"/>
            </w:pPr>
            <w:r>
              <w:rPr>
                <w:sz w:val="13"/>
              </w:rPr>
              <w:t>☐ Open</w:t>
            </w:r>
            <w:r>
              <w:rPr>
                <w:sz w:val="13"/>
              </w:rPr>
              <w:br/>
              <w:t>☐ Bezig</w:t>
            </w:r>
            <w:r>
              <w:rPr>
                <w:sz w:val="13"/>
              </w:rPr>
              <w:br/>
              <w:t>☐ Gereed</w:t>
            </w:r>
          </w:p>
        </w:tc>
        <w:tc>
          <w:tcPr>
            <w:tcW w:w="1497" w:type="dxa"/>
          </w:tcPr>
          <w:p w14:paraId="3CE5F118" w14:textId="77777777" w:rsidR="00151075" w:rsidRDefault="00000000">
            <w:pPr>
              <w:spacing w:after="0"/>
            </w:pPr>
            <w:sdt>
              <w:sdtPr>
                <w:alias w:val="MAATREGEL_6_BEWIJS"/>
                <w:tag w:val="MAATREGEL_6_BEWIJS"/>
                <w:id w:val="-1195538680"/>
                <w:text/>
              </w:sdtPr>
              <w:sdtContent>
                <w:r w:rsidR="00D76B7D">
                  <w:rPr>
                    <w:color w:val="646464"/>
                    <w:sz w:val="13"/>
                  </w:rPr>
                  <w:t>{{MAATREGEL_6_BEWIJS}}</w:t>
                </w:r>
              </w:sdtContent>
            </w:sdt>
          </w:p>
        </w:tc>
      </w:tr>
      <w:tr w:rsidR="00151075" w14:paraId="4AEF9F9E" w14:textId="77777777">
        <w:trPr>
          <w:jc w:val="center"/>
        </w:trPr>
        <w:tc>
          <w:tcPr>
            <w:tcW w:w="1497" w:type="dxa"/>
          </w:tcPr>
          <w:p w14:paraId="392591CD" w14:textId="77777777" w:rsidR="00151075" w:rsidRDefault="00D76B7D">
            <w:pPr>
              <w:spacing w:after="0"/>
              <w:jc w:val="center"/>
            </w:pPr>
            <w:r>
              <w:rPr>
                <w:sz w:val="13"/>
              </w:rPr>
              <w:t>7</w:t>
            </w:r>
          </w:p>
        </w:tc>
        <w:tc>
          <w:tcPr>
            <w:tcW w:w="1497" w:type="dxa"/>
          </w:tcPr>
          <w:p w14:paraId="71572A2E" w14:textId="77777777" w:rsidR="00151075" w:rsidRDefault="00D76B7D">
            <w:pPr>
              <w:spacing w:after="0"/>
            </w:pPr>
            <w:r>
              <w:rPr>
                <w:sz w:val="13"/>
              </w:rPr>
              <w:t>Bewaartermijnen en vernietigingsproces vastleggen</w:t>
            </w:r>
          </w:p>
        </w:tc>
        <w:tc>
          <w:tcPr>
            <w:tcW w:w="1497" w:type="dxa"/>
          </w:tcPr>
          <w:p w14:paraId="37FA1634" w14:textId="77777777" w:rsidR="00151075" w:rsidRDefault="00D76B7D">
            <w:pPr>
              <w:spacing w:after="0"/>
            </w:pPr>
            <w:r>
              <w:rPr>
                <w:sz w:val="13"/>
              </w:rPr>
              <w:t>AVG</w:t>
            </w:r>
          </w:p>
        </w:tc>
        <w:tc>
          <w:tcPr>
            <w:tcW w:w="1497" w:type="dxa"/>
          </w:tcPr>
          <w:p w14:paraId="1032AD86" w14:textId="77777777" w:rsidR="00151075" w:rsidRDefault="00000000">
            <w:pPr>
              <w:spacing w:after="0"/>
            </w:pPr>
            <w:sdt>
              <w:sdtPr>
                <w:alias w:val="MAATREGEL_7_EIGENAAR"/>
                <w:tag w:val="MAATREGEL_7_EIGENAAR"/>
                <w:id w:val="107941813"/>
                <w:text/>
              </w:sdtPr>
              <w:sdtContent>
                <w:r w:rsidR="00D76B7D">
                  <w:rPr>
                    <w:color w:val="646464"/>
                    <w:sz w:val="13"/>
                  </w:rPr>
                  <w:t>{{MAATREGEL_7_EIGENAAR}}</w:t>
                </w:r>
              </w:sdtContent>
            </w:sdt>
          </w:p>
        </w:tc>
        <w:tc>
          <w:tcPr>
            <w:tcW w:w="1497" w:type="dxa"/>
          </w:tcPr>
          <w:p w14:paraId="755A9E73" w14:textId="77777777" w:rsidR="00151075" w:rsidRDefault="00000000">
            <w:pPr>
              <w:spacing w:after="0"/>
            </w:pPr>
            <w:sdt>
              <w:sdtPr>
                <w:alias w:val="MAATREGEL_7_DEADLINE"/>
                <w:tag w:val="MAATREGEL_7_DEADLINE"/>
                <w:id w:val="1627045278"/>
                <w:text/>
              </w:sdtPr>
              <w:sdtContent>
                <w:r w:rsidR="00D76B7D">
                  <w:rPr>
                    <w:color w:val="646464"/>
                    <w:sz w:val="13"/>
                  </w:rPr>
                  <w:t>{{MAATREGEL_7_DEADLINE}}</w:t>
                </w:r>
              </w:sdtContent>
            </w:sdt>
          </w:p>
        </w:tc>
        <w:tc>
          <w:tcPr>
            <w:tcW w:w="1497" w:type="dxa"/>
          </w:tcPr>
          <w:p w14:paraId="607CCDBC" w14:textId="77777777" w:rsidR="00151075" w:rsidRDefault="00D76B7D">
            <w:pPr>
              <w:spacing w:after="0"/>
            </w:pPr>
            <w:r>
              <w:rPr>
                <w:sz w:val="13"/>
              </w:rPr>
              <w:t>☐ Open</w:t>
            </w:r>
            <w:r>
              <w:rPr>
                <w:sz w:val="13"/>
              </w:rPr>
              <w:br/>
              <w:t>☐ Bezig</w:t>
            </w:r>
            <w:r>
              <w:rPr>
                <w:sz w:val="13"/>
              </w:rPr>
              <w:br/>
              <w:t>☐ Gereed</w:t>
            </w:r>
          </w:p>
        </w:tc>
        <w:tc>
          <w:tcPr>
            <w:tcW w:w="1497" w:type="dxa"/>
          </w:tcPr>
          <w:p w14:paraId="2EED90F8" w14:textId="77777777" w:rsidR="00151075" w:rsidRDefault="00000000">
            <w:pPr>
              <w:spacing w:after="0"/>
            </w:pPr>
            <w:sdt>
              <w:sdtPr>
                <w:alias w:val="MAATREGEL_7_BEWIJS"/>
                <w:tag w:val="MAATREGEL_7_BEWIJS"/>
                <w:id w:val="-709023365"/>
                <w:text/>
              </w:sdtPr>
              <w:sdtContent>
                <w:r w:rsidR="00D76B7D">
                  <w:rPr>
                    <w:color w:val="646464"/>
                    <w:sz w:val="13"/>
                  </w:rPr>
                  <w:t>{{MAATREGEL_7_BEWIJS}}</w:t>
                </w:r>
              </w:sdtContent>
            </w:sdt>
          </w:p>
        </w:tc>
      </w:tr>
      <w:tr w:rsidR="00151075" w14:paraId="3EB42069" w14:textId="77777777">
        <w:trPr>
          <w:jc w:val="center"/>
        </w:trPr>
        <w:tc>
          <w:tcPr>
            <w:tcW w:w="1497" w:type="dxa"/>
          </w:tcPr>
          <w:p w14:paraId="65CB48F6" w14:textId="77777777" w:rsidR="00151075" w:rsidRDefault="00D76B7D">
            <w:pPr>
              <w:spacing w:after="0"/>
              <w:jc w:val="center"/>
            </w:pPr>
            <w:r>
              <w:rPr>
                <w:sz w:val="13"/>
              </w:rPr>
              <w:t>8</w:t>
            </w:r>
          </w:p>
        </w:tc>
        <w:tc>
          <w:tcPr>
            <w:tcW w:w="1497" w:type="dxa"/>
          </w:tcPr>
          <w:p w14:paraId="42BAFA08" w14:textId="77777777" w:rsidR="00151075" w:rsidRDefault="00D76B7D">
            <w:pPr>
              <w:spacing w:after="0"/>
            </w:pPr>
            <w:r>
              <w:rPr>
                <w:sz w:val="13"/>
              </w:rPr>
              <w:t>Dataflow en verwerkingsregister actualiseren</w:t>
            </w:r>
          </w:p>
        </w:tc>
        <w:tc>
          <w:tcPr>
            <w:tcW w:w="1497" w:type="dxa"/>
          </w:tcPr>
          <w:p w14:paraId="1A16D7A1" w14:textId="77777777" w:rsidR="00151075" w:rsidRDefault="00D76B7D">
            <w:pPr>
              <w:spacing w:after="0"/>
            </w:pPr>
            <w:r>
              <w:rPr>
                <w:sz w:val="13"/>
              </w:rPr>
              <w:t>AVG</w:t>
            </w:r>
          </w:p>
        </w:tc>
        <w:tc>
          <w:tcPr>
            <w:tcW w:w="1497" w:type="dxa"/>
          </w:tcPr>
          <w:p w14:paraId="795B0357" w14:textId="77777777" w:rsidR="00151075" w:rsidRDefault="00000000">
            <w:pPr>
              <w:spacing w:after="0"/>
            </w:pPr>
            <w:sdt>
              <w:sdtPr>
                <w:alias w:val="MAATREGEL_8_EIGENAAR"/>
                <w:tag w:val="MAATREGEL_8_EIGENAAR"/>
                <w:id w:val="1731662208"/>
                <w:text/>
              </w:sdtPr>
              <w:sdtContent>
                <w:r w:rsidR="00D76B7D">
                  <w:rPr>
                    <w:color w:val="646464"/>
                    <w:sz w:val="13"/>
                  </w:rPr>
                  <w:t>{{MAATREGEL_8_EIGENAAR}}</w:t>
                </w:r>
              </w:sdtContent>
            </w:sdt>
          </w:p>
        </w:tc>
        <w:tc>
          <w:tcPr>
            <w:tcW w:w="1497" w:type="dxa"/>
          </w:tcPr>
          <w:p w14:paraId="4A54D551" w14:textId="77777777" w:rsidR="00151075" w:rsidRDefault="00000000">
            <w:pPr>
              <w:spacing w:after="0"/>
            </w:pPr>
            <w:sdt>
              <w:sdtPr>
                <w:alias w:val="MAATREGEL_8_DEADLINE"/>
                <w:tag w:val="MAATREGEL_8_DEADLINE"/>
                <w:id w:val="1729112148"/>
                <w:text/>
              </w:sdtPr>
              <w:sdtContent>
                <w:r w:rsidR="00D76B7D">
                  <w:rPr>
                    <w:color w:val="646464"/>
                    <w:sz w:val="13"/>
                  </w:rPr>
                  <w:t>{{MAATREGEL_8_DEADLINE}}</w:t>
                </w:r>
              </w:sdtContent>
            </w:sdt>
          </w:p>
        </w:tc>
        <w:tc>
          <w:tcPr>
            <w:tcW w:w="1497" w:type="dxa"/>
          </w:tcPr>
          <w:p w14:paraId="357DE71E" w14:textId="77777777" w:rsidR="00151075" w:rsidRDefault="00D76B7D">
            <w:pPr>
              <w:spacing w:after="0"/>
            </w:pPr>
            <w:r>
              <w:rPr>
                <w:sz w:val="13"/>
              </w:rPr>
              <w:t>☐ Open</w:t>
            </w:r>
            <w:r>
              <w:rPr>
                <w:sz w:val="13"/>
              </w:rPr>
              <w:br/>
              <w:t>☐ Bezig</w:t>
            </w:r>
            <w:r>
              <w:rPr>
                <w:sz w:val="13"/>
              </w:rPr>
              <w:br/>
              <w:t>☐ Gereed</w:t>
            </w:r>
          </w:p>
        </w:tc>
        <w:tc>
          <w:tcPr>
            <w:tcW w:w="1497" w:type="dxa"/>
          </w:tcPr>
          <w:p w14:paraId="3A184191" w14:textId="77777777" w:rsidR="00151075" w:rsidRDefault="00000000">
            <w:pPr>
              <w:spacing w:after="0"/>
            </w:pPr>
            <w:sdt>
              <w:sdtPr>
                <w:alias w:val="MAATREGEL_8_BEWIJS"/>
                <w:tag w:val="MAATREGEL_8_BEWIJS"/>
                <w:id w:val="-1624296486"/>
                <w:text/>
              </w:sdtPr>
              <w:sdtContent>
                <w:r w:rsidR="00D76B7D">
                  <w:rPr>
                    <w:color w:val="646464"/>
                    <w:sz w:val="13"/>
                  </w:rPr>
                  <w:t>{{MAATREGEL_8_BEWIJS}}</w:t>
                </w:r>
              </w:sdtContent>
            </w:sdt>
          </w:p>
        </w:tc>
      </w:tr>
      <w:tr w:rsidR="00151075" w14:paraId="6E7A2659" w14:textId="77777777">
        <w:trPr>
          <w:jc w:val="center"/>
        </w:trPr>
        <w:tc>
          <w:tcPr>
            <w:tcW w:w="1497" w:type="dxa"/>
          </w:tcPr>
          <w:p w14:paraId="1F4C414D" w14:textId="77777777" w:rsidR="00151075" w:rsidRDefault="00D76B7D">
            <w:pPr>
              <w:spacing w:after="0"/>
              <w:jc w:val="center"/>
            </w:pPr>
            <w:r>
              <w:rPr>
                <w:sz w:val="13"/>
              </w:rPr>
              <w:t>9</w:t>
            </w:r>
          </w:p>
        </w:tc>
        <w:tc>
          <w:tcPr>
            <w:tcW w:w="1497" w:type="dxa"/>
          </w:tcPr>
          <w:p w14:paraId="4B71E2B1" w14:textId="77777777" w:rsidR="00151075" w:rsidRDefault="00D76B7D">
            <w:pPr>
              <w:spacing w:after="0"/>
            </w:pPr>
            <w:r>
              <w:rPr>
                <w:sz w:val="13"/>
              </w:rPr>
              <w:t>Transfer Impact Assessment afronden indien nodig</w:t>
            </w:r>
          </w:p>
        </w:tc>
        <w:tc>
          <w:tcPr>
            <w:tcW w:w="1497" w:type="dxa"/>
          </w:tcPr>
          <w:p w14:paraId="6B127139" w14:textId="77777777" w:rsidR="00151075" w:rsidRDefault="00D76B7D">
            <w:pPr>
              <w:spacing w:after="0"/>
            </w:pPr>
            <w:r>
              <w:rPr>
                <w:sz w:val="13"/>
              </w:rPr>
              <w:t>AVG</w:t>
            </w:r>
          </w:p>
        </w:tc>
        <w:tc>
          <w:tcPr>
            <w:tcW w:w="1497" w:type="dxa"/>
          </w:tcPr>
          <w:p w14:paraId="3D8E7824" w14:textId="77777777" w:rsidR="00151075" w:rsidRDefault="00000000">
            <w:pPr>
              <w:spacing w:after="0"/>
            </w:pPr>
            <w:sdt>
              <w:sdtPr>
                <w:alias w:val="MAATREGEL_9_EIGENAAR"/>
                <w:tag w:val="MAATREGEL_9_EIGENAAR"/>
                <w:id w:val="994533462"/>
                <w:text/>
              </w:sdtPr>
              <w:sdtContent>
                <w:r w:rsidR="00D76B7D">
                  <w:rPr>
                    <w:color w:val="646464"/>
                    <w:sz w:val="13"/>
                  </w:rPr>
                  <w:t>{{MAATREGEL_9_EIGENAAR}}</w:t>
                </w:r>
              </w:sdtContent>
            </w:sdt>
          </w:p>
        </w:tc>
        <w:tc>
          <w:tcPr>
            <w:tcW w:w="1497" w:type="dxa"/>
          </w:tcPr>
          <w:p w14:paraId="0990CF13" w14:textId="77777777" w:rsidR="00151075" w:rsidRDefault="00000000">
            <w:pPr>
              <w:spacing w:after="0"/>
            </w:pPr>
            <w:sdt>
              <w:sdtPr>
                <w:alias w:val="MAATREGEL_9_DEADLINE"/>
                <w:tag w:val="MAATREGEL_9_DEADLINE"/>
                <w:id w:val="650719515"/>
                <w:text/>
              </w:sdtPr>
              <w:sdtContent>
                <w:r w:rsidR="00D76B7D">
                  <w:rPr>
                    <w:color w:val="646464"/>
                    <w:sz w:val="13"/>
                  </w:rPr>
                  <w:t>{{MAATREGEL_9_DEADLINE}}</w:t>
                </w:r>
              </w:sdtContent>
            </w:sdt>
          </w:p>
        </w:tc>
        <w:tc>
          <w:tcPr>
            <w:tcW w:w="1497" w:type="dxa"/>
          </w:tcPr>
          <w:p w14:paraId="10422F6B" w14:textId="77777777" w:rsidR="00151075" w:rsidRDefault="00D76B7D">
            <w:pPr>
              <w:spacing w:after="0"/>
            </w:pPr>
            <w:r>
              <w:rPr>
                <w:sz w:val="13"/>
              </w:rPr>
              <w:t>☐ Open</w:t>
            </w:r>
            <w:r>
              <w:rPr>
                <w:sz w:val="13"/>
              </w:rPr>
              <w:br/>
              <w:t>☐ Bezig</w:t>
            </w:r>
            <w:r>
              <w:rPr>
                <w:sz w:val="13"/>
              </w:rPr>
              <w:br/>
              <w:t>☐ Gereed</w:t>
            </w:r>
          </w:p>
        </w:tc>
        <w:tc>
          <w:tcPr>
            <w:tcW w:w="1497" w:type="dxa"/>
          </w:tcPr>
          <w:p w14:paraId="5621E347" w14:textId="77777777" w:rsidR="00151075" w:rsidRDefault="00000000">
            <w:pPr>
              <w:spacing w:after="0"/>
            </w:pPr>
            <w:sdt>
              <w:sdtPr>
                <w:alias w:val="MAATREGEL_9_BEWIJS"/>
                <w:tag w:val="MAATREGEL_9_BEWIJS"/>
                <w:id w:val="-634264565"/>
                <w:text/>
              </w:sdtPr>
              <w:sdtContent>
                <w:r w:rsidR="00D76B7D">
                  <w:rPr>
                    <w:color w:val="646464"/>
                    <w:sz w:val="13"/>
                  </w:rPr>
                  <w:t>{{MAATREGEL_9_BEWIJS}}</w:t>
                </w:r>
              </w:sdtContent>
            </w:sdt>
          </w:p>
        </w:tc>
      </w:tr>
      <w:tr w:rsidR="00151075" w14:paraId="06BAA95F" w14:textId="77777777">
        <w:trPr>
          <w:jc w:val="center"/>
        </w:trPr>
        <w:tc>
          <w:tcPr>
            <w:tcW w:w="1497" w:type="dxa"/>
          </w:tcPr>
          <w:p w14:paraId="5F1E0D74" w14:textId="77777777" w:rsidR="00151075" w:rsidRDefault="00D76B7D">
            <w:pPr>
              <w:spacing w:after="0"/>
              <w:jc w:val="center"/>
            </w:pPr>
            <w:r>
              <w:rPr>
                <w:sz w:val="13"/>
              </w:rPr>
              <w:t>10</w:t>
            </w:r>
          </w:p>
        </w:tc>
        <w:tc>
          <w:tcPr>
            <w:tcW w:w="1497" w:type="dxa"/>
          </w:tcPr>
          <w:p w14:paraId="1EF7155A" w14:textId="77777777" w:rsidR="00151075" w:rsidRPr="005A6DD4" w:rsidRDefault="00D76B7D">
            <w:pPr>
              <w:spacing w:after="0"/>
              <w:rPr>
                <w:lang w:val="nl-NL"/>
              </w:rPr>
            </w:pPr>
            <w:r w:rsidRPr="005A6DD4">
              <w:rPr>
                <w:sz w:val="13"/>
                <w:lang w:val="nl-NL"/>
              </w:rPr>
              <w:t>AI/algoritmebeoordeling afronden indien nodig</w:t>
            </w:r>
          </w:p>
        </w:tc>
        <w:tc>
          <w:tcPr>
            <w:tcW w:w="1497" w:type="dxa"/>
          </w:tcPr>
          <w:p w14:paraId="07FADAFE" w14:textId="77777777" w:rsidR="00151075" w:rsidRDefault="00D76B7D">
            <w:pPr>
              <w:spacing w:after="0"/>
            </w:pPr>
            <w:r>
              <w:rPr>
                <w:sz w:val="13"/>
              </w:rPr>
              <w:t>AVG</w:t>
            </w:r>
          </w:p>
        </w:tc>
        <w:tc>
          <w:tcPr>
            <w:tcW w:w="1497" w:type="dxa"/>
          </w:tcPr>
          <w:p w14:paraId="3DAFE5B7" w14:textId="77777777" w:rsidR="00151075" w:rsidRDefault="00000000">
            <w:pPr>
              <w:spacing w:after="0"/>
            </w:pPr>
            <w:sdt>
              <w:sdtPr>
                <w:alias w:val="MAATREGEL_10_EIGENAAR"/>
                <w:tag w:val="MAATREGEL_10_EIGENAAR"/>
                <w:id w:val="1075327389"/>
                <w:text/>
              </w:sdtPr>
              <w:sdtContent>
                <w:r w:rsidR="00D76B7D">
                  <w:rPr>
                    <w:color w:val="646464"/>
                    <w:sz w:val="13"/>
                  </w:rPr>
                  <w:t>{{MAATREGEL_10_EIGENAAR}}</w:t>
                </w:r>
              </w:sdtContent>
            </w:sdt>
          </w:p>
        </w:tc>
        <w:tc>
          <w:tcPr>
            <w:tcW w:w="1497" w:type="dxa"/>
          </w:tcPr>
          <w:p w14:paraId="4E0FFCF5" w14:textId="77777777" w:rsidR="00151075" w:rsidRDefault="00000000">
            <w:pPr>
              <w:spacing w:after="0"/>
            </w:pPr>
            <w:sdt>
              <w:sdtPr>
                <w:alias w:val="MAATREGEL_10_DEADLINE"/>
                <w:tag w:val="MAATREGEL_10_DEADLINE"/>
                <w:id w:val="-1395660418"/>
                <w:text/>
              </w:sdtPr>
              <w:sdtContent>
                <w:r w:rsidR="00D76B7D">
                  <w:rPr>
                    <w:color w:val="646464"/>
                    <w:sz w:val="13"/>
                  </w:rPr>
                  <w:t>{{MAATREGEL_10_DEADLINE}}</w:t>
                </w:r>
              </w:sdtContent>
            </w:sdt>
          </w:p>
        </w:tc>
        <w:tc>
          <w:tcPr>
            <w:tcW w:w="1497" w:type="dxa"/>
          </w:tcPr>
          <w:p w14:paraId="731566F0" w14:textId="77777777" w:rsidR="00151075" w:rsidRDefault="00D76B7D">
            <w:pPr>
              <w:spacing w:after="0"/>
            </w:pPr>
            <w:r>
              <w:rPr>
                <w:sz w:val="13"/>
              </w:rPr>
              <w:t>☐ Open</w:t>
            </w:r>
            <w:r>
              <w:rPr>
                <w:sz w:val="13"/>
              </w:rPr>
              <w:br/>
              <w:t>☐ Bezig</w:t>
            </w:r>
            <w:r>
              <w:rPr>
                <w:sz w:val="13"/>
              </w:rPr>
              <w:br/>
              <w:t>☐ Gereed</w:t>
            </w:r>
          </w:p>
        </w:tc>
        <w:tc>
          <w:tcPr>
            <w:tcW w:w="1497" w:type="dxa"/>
          </w:tcPr>
          <w:p w14:paraId="171B08B1" w14:textId="77777777" w:rsidR="00151075" w:rsidRDefault="00000000">
            <w:pPr>
              <w:spacing w:after="0"/>
            </w:pPr>
            <w:sdt>
              <w:sdtPr>
                <w:alias w:val="MAATREGEL_10_BEWIJS"/>
                <w:tag w:val="MAATREGEL_10_BEWIJS"/>
                <w:id w:val="106083710"/>
                <w:text/>
              </w:sdtPr>
              <w:sdtContent>
                <w:r w:rsidR="00D76B7D">
                  <w:rPr>
                    <w:color w:val="646464"/>
                    <w:sz w:val="13"/>
                  </w:rPr>
                  <w:t>{{MAATREGEL_10_BEWIJS}}</w:t>
                </w:r>
              </w:sdtContent>
            </w:sdt>
          </w:p>
        </w:tc>
      </w:tr>
      <w:tr w:rsidR="00151075" w14:paraId="0B0E1D9D" w14:textId="77777777">
        <w:trPr>
          <w:jc w:val="center"/>
        </w:trPr>
        <w:tc>
          <w:tcPr>
            <w:tcW w:w="1497" w:type="dxa"/>
          </w:tcPr>
          <w:p w14:paraId="42005CC8" w14:textId="77777777" w:rsidR="00151075" w:rsidRDefault="00D76B7D">
            <w:pPr>
              <w:spacing w:after="0"/>
              <w:jc w:val="center"/>
            </w:pPr>
            <w:r>
              <w:rPr>
                <w:sz w:val="13"/>
              </w:rPr>
              <w:t>11</w:t>
            </w:r>
          </w:p>
        </w:tc>
        <w:tc>
          <w:tcPr>
            <w:tcW w:w="1497" w:type="dxa"/>
          </w:tcPr>
          <w:p w14:paraId="22F43222" w14:textId="77777777" w:rsidR="00151075" w:rsidRDefault="00D76B7D">
            <w:pPr>
              <w:spacing w:after="0"/>
            </w:pPr>
            <w:r>
              <w:rPr>
                <w:sz w:val="13"/>
              </w:rPr>
              <w:t>Securitytest of leveranciersverklaring opvragen</w:t>
            </w:r>
          </w:p>
        </w:tc>
        <w:tc>
          <w:tcPr>
            <w:tcW w:w="1497" w:type="dxa"/>
          </w:tcPr>
          <w:p w14:paraId="0D341527" w14:textId="77777777" w:rsidR="00151075" w:rsidRDefault="00D76B7D">
            <w:pPr>
              <w:spacing w:after="0"/>
            </w:pPr>
            <w:r>
              <w:rPr>
                <w:sz w:val="13"/>
              </w:rPr>
              <w:t>NEN 7510</w:t>
            </w:r>
          </w:p>
        </w:tc>
        <w:tc>
          <w:tcPr>
            <w:tcW w:w="1497" w:type="dxa"/>
          </w:tcPr>
          <w:p w14:paraId="221C21A2" w14:textId="77777777" w:rsidR="00151075" w:rsidRDefault="00000000">
            <w:pPr>
              <w:spacing w:after="0"/>
            </w:pPr>
            <w:sdt>
              <w:sdtPr>
                <w:alias w:val="MAATREGEL_11_EIGENAAR"/>
                <w:tag w:val="MAATREGEL_11_EIGENAAR"/>
                <w:id w:val="1485127978"/>
                <w:text/>
              </w:sdtPr>
              <w:sdtContent>
                <w:r w:rsidR="00D76B7D">
                  <w:rPr>
                    <w:color w:val="646464"/>
                    <w:sz w:val="13"/>
                  </w:rPr>
                  <w:t>{{MAATREGEL_11_EIGENAAR}}</w:t>
                </w:r>
              </w:sdtContent>
            </w:sdt>
          </w:p>
        </w:tc>
        <w:tc>
          <w:tcPr>
            <w:tcW w:w="1497" w:type="dxa"/>
          </w:tcPr>
          <w:p w14:paraId="26C7F505" w14:textId="77777777" w:rsidR="00151075" w:rsidRDefault="00000000">
            <w:pPr>
              <w:spacing w:after="0"/>
            </w:pPr>
            <w:sdt>
              <w:sdtPr>
                <w:alias w:val="MAATREGEL_11_DEADLINE"/>
                <w:tag w:val="MAATREGEL_11_DEADLINE"/>
                <w:id w:val="-1071736497"/>
                <w:text/>
              </w:sdtPr>
              <w:sdtContent>
                <w:r w:rsidR="00D76B7D">
                  <w:rPr>
                    <w:color w:val="646464"/>
                    <w:sz w:val="13"/>
                  </w:rPr>
                  <w:t>{{MAATREGEL_11_DEADLINE}}</w:t>
                </w:r>
              </w:sdtContent>
            </w:sdt>
          </w:p>
        </w:tc>
        <w:tc>
          <w:tcPr>
            <w:tcW w:w="1497" w:type="dxa"/>
          </w:tcPr>
          <w:p w14:paraId="65A81DA7" w14:textId="77777777" w:rsidR="00151075" w:rsidRDefault="00D76B7D">
            <w:pPr>
              <w:spacing w:after="0"/>
            </w:pPr>
            <w:r>
              <w:rPr>
                <w:sz w:val="13"/>
              </w:rPr>
              <w:t>☐ Open</w:t>
            </w:r>
            <w:r>
              <w:rPr>
                <w:sz w:val="13"/>
              </w:rPr>
              <w:br/>
              <w:t>☐ Bezig</w:t>
            </w:r>
            <w:r>
              <w:rPr>
                <w:sz w:val="13"/>
              </w:rPr>
              <w:br/>
              <w:t>☐ Gereed</w:t>
            </w:r>
          </w:p>
        </w:tc>
        <w:tc>
          <w:tcPr>
            <w:tcW w:w="1497" w:type="dxa"/>
          </w:tcPr>
          <w:p w14:paraId="7D86763E" w14:textId="77777777" w:rsidR="00151075" w:rsidRDefault="00000000">
            <w:pPr>
              <w:spacing w:after="0"/>
            </w:pPr>
            <w:sdt>
              <w:sdtPr>
                <w:alias w:val="MAATREGEL_11_BEWIJS"/>
                <w:tag w:val="MAATREGEL_11_BEWIJS"/>
                <w:id w:val="1424308741"/>
                <w:text/>
              </w:sdtPr>
              <w:sdtContent>
                <w:r w:rsidR="00D76B7D">
                  <w:rPr>
                    <w:color w:val="646464"/>
                    <w:sz w:val="13"/>
                  </w:rPr>
                  <w:t>{{MAATREGEL_11_BEWIJS}}</w:t>
                </w:r>
              </w:sdtContent>
            </w:sdt>
          </w:p>
        </w:tc>
      </w:tr>
      <w:tr w:rsidR="00151075" w14:paraId="253C9BF2" w14:textId="77777777">
        <w:trPr>
          <w:jc w:val="center"/>
        </w:trPr>
        <w:tc>
          <w:tcPr>
            <w:tcW w:w="1497" w:type="dxa"/>
          </w:tcPr>
          <w:p w14:paraId="3792C490" w14:textId="77777777" w:rsidR="00151075" w:rsidRDefault="00D76B7D">
            <w:pPr>
              <w:spacing w:after="0"/>
              <w:jc w:val="center"/>
            </w:pPr>
            <w:r>
              <w:rPr>
                <w:sz w:val="13"/>
              </w:rPr>
              <w:t>12</w:t>
            </w:r>
          </w:p>
        </w:tc>
        <w:tc>
          <w:tcPr>
            <w:tcW w:w="1497" w:type="dxa"/>
          </w:tcPr>
          <w:p w14:paraId="148B8874" w14:textId="77777777" w:rsidR="00151075" w:rsidRPr="005A6DD4" w:rsidRDefault="00D76B7D">
            <w:pPr>
              <w:spacing w:after="0"/>
              <w:rPr>
                <w:lang w:val="nl-NL"/>
              </w:rPr>
            </w:pPr>
            <w:r w:rsidRPr="005A6DD4">
              <w:rPr>
                <w:sz w:val="13"/>
                <w:lang w:val="nl-NL"/>
              </w:rPr>
              <w:t>FG-advies en managementbesluit vastleggen</w:t>
            </w:r>
          </w:p>
        </w:tc>
        <w:tc>
          <w:tcPr>
            <w:tcW w:w="1497" w:type="dxa"/>
          </w:tcPr>
          <w:p w14:paraId="47FE9033" w14:textId="77777777" w:rsidR="00151075" w:rsidRDefault="00D76B7D">
            <w:pPr>
              <w:spacing w:after="0"/>
            </w:pPr>
            <w:r>
              <w:rPr>
                <w:sz w:val="13"/>
              </w:rPr>
              <w:t>AVG</w:t>
            </w:r>
          </w:p>
        </w:tc>
        <w:tc>
          <w:tcPr>
            <w:tcW w:w="1497" w:type="dxa"/>
          </w:tcPr>
          <w:p w14:paraId="0BEEC800" w14:textId="77777777" w:rsidR="00151075" w:rsidRDefault="00000000">
            <w:pPr>
              <w:spacing w:after="0"/>
            </w:pPr>
            <w:sdt>
              <w:sdtPr>
                <w:alias w:val="MAATREGEL_12_EIGENAAR"/>
                <w:tag w:val="MAATREGEL_12_EIGENAAR"/>
                <w:id w:val="-990484767"/>
                <w:text/>
              </w:sdtPr>
              <w:sdtContent>
                <w:r w:rsidR="00D76B7D">
                  <w:rPr>
                    <w:color w:val="646464"/>
                    <w:sz w:val="13"/>
                  </w:rPr>
                  <w:t>{{MAATREGEL_12_EIGENAAR}}</w:t>
                </w:r>
              </w:sdtContent>
            </w:sdt>
          </w:p>
        </w:tc>
        <w:tc>
          <w:tcPr>
            <w:tcW w:w="1497" w:type="dxa"/>
          </w:tcPr>
          <w:p w14:paraId="0A341234" w14:textId="77777777" w:rsidR="00151075" w:rsidRDefault="00000000">
            <w:pPr>
              <w:spacing w:after="0"/>
            </w:pPr>
            <w:sdt>
              <w:sdtPr>
                <w:alias w:val="MAATREGEL_12_DEADLINE"/>
                <w:tag w:val="MAATREGEL_12_DEADLINE"/>
                <w:id w:val="358007258"/>
                <w:text/>
              </w:sdtPr>
              <w:sdtContent>
                <w:r w:rsidR="00D76B7D">
                  <w:rPr>
                    <w:color w:val="646464"/>
                    <w:sz w:val="13"/>
                  </w:rPr>
                  <w:t>{{MAATREGEL_12_DEADLINE}}</w:t>
                </w:r>
              </w:sdtContent>
            </w:sdt>
          </w:p>
        </w:tc>
        <w:tc>
          <w:tcPr>
            <w:tcW w:w="1497" w:type="dxa"/>
          </w:tcPr>
          <w:p w14:paraId="1EC3C24C" w14:textId="77777777" w:rsidR="00151075" w:rsidRDefault="00D76B7D">
            <w:pPr>
              <w:spacing w:after="0"/>
            </w:pPr>
            <w:r>
              <w:rPr>
                <w:sz w:val="13"/>
              </w:rPr>
              <w:t>☐ Open</w:t>
            </w:r>
            <w:r>
              <w:rPr>
                <w:sz w:val="13"/>
              </w:rPr>
              <w:br/>
              <w:t>☐ Bezig</w:t>
            </w:r>
            <w:r>
              <w:rPr>
                <w:sz w:val="13"/>
              </w:rPr>
              <w:br/>
              <w:t>☐ Gereed</w:t>
            </w:r>
          </w:p>
        </w:tc>
        <w:tc>
          <w:tcPr>
            <w:tcW w:w="1497" w:type="dxa"/>
          </w:tcPr>
          <w:p w14:paraId="5701B2A7" w14:textId="77777777" w:rsidR="00151075" w:rsidRDefault="00000000">
            <w:pPr>
              <w:spacing w:after="0"/>
            </w:pPr>
            <w:sdt>
              <w:sdtPr>
                <w:alias w:val="MAATREGEL_12_BEWIJS"/>
                <w:tag w:val="MAATREGEL_12_BEWIJS"/>
                <w:id w:val="-295768673"/>
                <w:text/>
              </w:sdtPr>
              <w:sdtContent>
                <w:r w:rsidR="00D76B7D">
                  <w:rPr>
                    <w:color w:val="646464"/>
                    <w:sz w:val="13"/>
                  </w:rPr>
                  <w:t>{{MAATREGEL_12_BEWIJS}}</w:t>
                </w:r>
              </w:sdtContent>
            </w:sdt>
          </w:p>
        </w:tc>
      </w:tr>
    </w:tbl>
    <w:p w14:paraId="213760EB" w14:textId="77777777" w:rsidR="00151075" w:rsidRDefault="00151075"/>
    <w:p w14:paraId="648DCE37" w14:textId="77777777" w:rsidR="00151075" w:rsidRDefault="00D76B7D">
      <w:pPr>
        <w:pStyle w:val="Heading2"/>
      </w:pPr>
      <w:r>
        <w:t>19. Voorafgaande raadpleging AP en restrisico</w:t>
      </w:r>
    </w:p>
    <w:p w14:paraId="2F2D12B0" w14:textId="77777777" w:rsidR="00151075" w:rsidRPr="005A6DD4" w:rsidRDefault="00D76B7D">
      <w:pPr>
        <w:pStyle w:val="Heading3"/>
        <w:rPr>
          <w:lang w:val="nl-NL"/>
        </w:rPr>
      </w:pPr>
      <w:r w:rsidRPr="005A6DD4">
        <w:rPr>
          <w:lang w:val="nl-NL"/>
        </w:rPr>
        <w:t>Voorafgaande raadpleging en go/no-go</w:t>
      </w:r>
    </w:p>
    <w:tbl>
      <w:tblPr>
        <w:tblStyle w:val="TableGrid"/>
        <w:tblW w:w="0" w:type="auto"/>
        <w:jc w:val="center"/>
        <w:tblLook w:val="04A0" w:firstRow="1" w:lastRow="0" w:firstColumn="1" w:lastColumn="0" w:noHBand="0" w:noVBand="1"/>
      </w:tblPr>
      <w:tblGrid>
        <w:gridCol w:w="2342"/>
        <w:gridCol w:w="956"/>
        <w:gridCol w:w="995"/>
        <w:gridCol w:w="1360"/>
        <w:gridCol w:w="4819"/>
      </w:tblGrid>
      <w:tr w:rsidR="00151075" w14:paraId="3DB87DF3" w14:textId="77777777">
        <w:trPr>
          <w:tblHeader/>
          <w:jc w:val="center"/>
        </w:trPr>
        <w:tc>
          <w:tcPr>
            <w:tcW w:w="4025" w:type="dxa"/>
            <w:shd w:val="clear" w:color="auto" w:fill="3A6EA5"/>
            <w:tcMar>
              <w:top w:w="80" w:type="dxa"/>
              <w:left w:w="80" w:type="dxa"/>
              <w:bottom w:w="80" w:type="dxa"/>
              <w:right w:w="80" w:type="dxa"/>
            </w:tcMar>
            <w:vAlign w:val="center"/>
          </w:tcPr>
          <w:p w14:paraId="6F32A354" w14:textId="77777777" w:rsidR="00151075" w:rsidRDefault="00D76B7D">
            <w:pPr>
              <w:spacing w:after="0"/>
            </w:pPr>
            <w:r>
              <w:rPr>
                <w:b/>
                <w:color w:val="FFFFFF"/>
                <w:sz w:val="16"/>
              </w:rPr>
              <w:t>Vraag</w:t>
            </w:r>
          </w:p>
        </w:tc>
        <w:tc>
          <w:tcPr>
            <w:tcW w:w="680" w:type="dxa"/>
            <w:shd w:val="clear" w:color="auto" w:fill="3A6EA5"/>
            <w:tcMar>
              <w:top w:w="80" w:type="dxa"/>
              <w:left w:w="80" w:type="dxa"/>
              <w:bottom w:w="80" w:type="dxa"/>
              <w:right w:w="80" w:type="dxa"/>
            </w:tcMar>
            <w:vAlign w:val="center"/>
          </w:tcPr>
          <w:p w14:paraId="04B0D2F8" w14:textId="77777777" w:rsidR="00151075" w:rsidRDefault="00D76B7D">
            <w:pPr>
              <w:spacing w:after="0"/>
            </w:pPr>
            <w:r>
              <w:rPr>
                <w:b/>
                <w:color w:val="FFFFFF"/>
                <w:sz w:val="16"/>
              </w:rPr>
              <w:t>Ja</w:t>
            </w:r>
          </w:p>
        </w:tc>
        <w:tc>
          <w:tcPr>
            <w:tcW w:w="680" w:type="dxa"/>
            <w:shd w:val="clear" w:color="auto" w:fill="3A6EA5"/>
            <w:tcMar>
              <w:top w:w="80" w:type="dxa"/>
              <w:left w:w="80" w:type="dxa"/>
              <w:bottom w:w="80" w:type="dxa"/>
              <w:right w:w="80" w:type="dxa"/>
            </w:tcMar>
            <w:vAlign w:val="center"/>
          </w:tcPr>
          <w:p w14:paraId="0E9A148B" w14:textId="77777777" w:rsidR="00151075" w:rsidRDefault="00D76B7D">
            <w:pPr>
              <w:spacing w:after="0"/>
            </w:pPr>
            <w:r>
              <w:rPr>
                <w:b/>
                <w:color w:val="FFFFFF"/>
                <w:sz w:val="16"/>
              </w:rPr>
              <w:t>Nee</w:t>
            </w:r>
          </w:p>
        </w:tc>
        <w:tc>
          <w:tcPr>
            <w:tcW w:w="793" w:type="dxa"/>
            <w:shd w:val="clear" w:color="auto" w:fill="3A6EA5"/>
            <w:tcMar>
              <w:top w:w="80" w:type="dxa"/>
              <w:left w:w="80" w:type="dxa"/>
              <w:bottom w:w="80" w:type="dxa"/>
              <w:right w:w="80" w:type="dxa"/>
            </w:tcMar>
            <w:vAlign w:val="center"/>
          </w:tcPr>
          <w:p w14:paraId="4812BE8F" w14:textId="77777777" w:rsidR="00151075" w:rsidRDefault="00D76B7D">
            <w:pPr>
              <w:spacing w:after="0"/>
            </w:pPr>
            <w:r>
              <w:rPr>
                <w:b/>
                <w:color w:val="FFFFFF"/>
                <w:sz w:val="16"/>
              </w:rPr>
              <w:t>Te beoordelen</w:t>
            </w:r>
          </w:p>
        </w:tc>
        <w:tc>
          <w:tcPr>
            <w:tcW w:w="3288" w:type="dxa"/>
            <w:shd w:val="clear" w:color="auto" w:fill="3A6EA5"/>
            <w:tcMar>
              <w:top w:w="80" w:type="dxa"/>
              <w:left w:w="80" w:type="dxa"/>
              <w:bottom w:w="80" w:type="dxa"/>
              <w:right w:w="80" w:type="dxa"/>
            </w:tcMar>
            <w:vAlign w:val="center"/>
          </w:tcPr>
          <w:p w14:paraId="12255848" w14:textId="77777777" w:rsidR="00151075" w:rsidRDefault="00D76B7D">
            <w:pPr>
              <w:spacing w:after="0"/>
            </w:pPr>
            <w:r>
              <w:rPr>
                <w:b/>
                <w:color w:val="FFFFFF"/>
                <w:sz w:val="16"/>
              </w:rPr>
              <w:t>Toelichting</w:t>
            </w:r>
          </w:p>
        </w:tc>
      </w:tr>
      <w:tr w:rsidR="00151075" w:rsidRPr="004502CA" w14:paraId="75E712DD" w14:textId="77777777">
        <w:trPr>
          <w:jc w:val="center"/>
        </w:trPr>
        <w:tc>
          <w:tcPr>
            <w:tcW w:w="2096" w:type="dxa"/>
          </w:tcPr>
          <w:p w14:paraId="69C4AB2A" w14:textId="77777777" w:rsidR="00151075" w:rsidRPr="005A6DD4" w:rsidRDefault="00D76B7D">
            <w:pPr>
              <w:spacing w:after="0"/>
              <w:rPr>
                <w:lang w:val="nl-NL"/>
              </w:rPr>
            </w:pPr>
            <w:r w:rsidRPr="005A6DD4">
              <w:rPr>
                <w:sz w:val="16"/>
                <w:lang w:val="nl-NL"/>
              </w:rPr>
              <w:t>Blijft na maatregelen een hoog risico bestaan voor betrokkenen?</w:t>
            </w:r>
          </w:p>
        </w:tc>
        <w:tc>
          <w:tcPr>
            <w:tcW w:w="2096" w:type="dxa"/>
          </w:tcPr>
          <w:p w14:paraId="38E76CEF" w14:textId="77777777" w:rsidR="00151075" w:rsidRDefault="00000000">
            <w:pPr>
              <w:spacing w:after="0"/>
              <w:jc w:val="center"/>
            </w:pPr>
            <w:sdt>
              <w:sdtPr>
                <w:alias w:val="CHECKBOX_235"/>
                <w:tag w:val="CHECKBOX_235"/>
                <w:id w:val="491547900"/>
                <w14:checkbox>
                  <w14:checked w14:val="0"/>
                  <w14:checkedState w14:val="2612" w14:font="MS Gothic"/>
                  <w14:uncheckedState w14:val="2610" w14:font="MS Gothic"/>
                </w14:checkbox>
              </w:sdtPr>
              <w:sdtContent>
                <w:r w:rsidR="00D76B7D">
                  <w:rPr>
                    <w:sz w:val="24"/>
                  </w:rPr>
                  <w:t>☐</w:t>
                </w:r>
              </w:sdtContent>
            </w:sdt>
          </w:p>
        </w:tc>
        <w:tc>
          <w:tcPr>
            <w:tcW w:w="2096" w:type="dxa"/>
          </w:tcPr>
          <w:p w14:paraId="214ADE46" w14:textId="77777777" w:rsidR="00151075" w:rsidRDefault="00000000">
            <w:pPr>
              <w:spacing w:after="0"/>
              <w:jc w:val="center"/>
            </w:pPr>
            <w:sdt>
              <w:sdtPr>
                <w:alias w:val="CHECKBOX_236"/>
                <w:tag w:val="CHECKBOX_236"/>
                <w:id w:val="1066420096"/>
                <w14:checkbox>
                  <w14:checked w14:val="0"/>
                  <w14:checkedState w14:val="2612" w14:font="MS Gothic"/>
                  <w14:uncheckedState w14:val="2610" w14:font="MS Gothic"/>
                </w14:checkbox>
              </w:sdtPr>
              <w:sdtContent>
                <w:r w:rsidR="00D76B7D">
                  <w:rPr>
                    <w:sz w:val="24"/>
                  </w:rPr>
                  <w:t>☐</w:t>
                </w:r>
              </w:sdtContent>
            </w:sdt>
          </w:p>
        </w:tc>
        <w:tc>
          <w:tcPr>
            <w:tcW w:w="2096" w:type="dxa"/>
          </w:tcPr>
          <w:p w14:paraId="503DE7EA" w14:textId="77777777" w:rsidR="00151075" w:rsidRDefault="00000000">
            <w:pPr>
              <w:spacing w:after="0"/>
              <w:jc w:val="center"/>
            </w:pPr>
            <w:sdt>
              <w:sdtPr>
                <w:alias w:val="CHECKBOX_237"/>
                <w:tag w:val="CHECKBOX_237"/>
                <w:id w:val="1392056858"/>
                <w14:checkbox>
                  <w14:checked w14:val="0"/>
                  <w14:checkedState w14:val="2612" w14:font="MS Gothic"/>
                  <w14:uncheckedState w14:val="2610" w14:font="MS Gothic"/>
                </w14:checkbox>
              </w:sdtPr>
              <w:sdtContent>
                <w:r w:rsidR="00D76B7D">
                  <w:rPr>
                    <w:sz w:val="24"/>
                  </w:rPr>
                  <w:t>☐</w:t>
                </w:r>
              </w:sdtContent>
            </w:sdt>
          </w:p>
        </w:tc>
        <w:tc>
          <w:tcPr>
            <w:tcW w:w="2096" w:type="dxa"/>
          </w:tcPr>
          <w:p w14:paraId="71F6D698" w14:textId="77777777" w:rsidR="00151075" w:rsidRPr="005A6DD4" w:rsidRDefault="00000000">
            <w:pPr>
              <w:spacing w:after="0"/>
              <w:rPr>
                <w:lang w:val="nl-NL"/>
              </w:rPr>
            </w:pPr>
            <w:sdt>
              <w:sdtPr>
                <w:rPr>
                  <w:lang w:val="nl-NL"/>
                </w:rPr>
                <w:alias w:val="VOORAFGAANDE_RAADPLEGING_EN_GO_NO_GO_1_TOELICHTING"/>
                <w:tag w:val="VOORAFGAANDE_RAADPLEGING_EN_GO_NO_GO_1_TOELICHTING"/>
                <w:id w:val="1260800597"/>
                <w:text/>
              </w:sdtPr>
              <w:sdtContent>
                <w:r w:rsidR="00D76B7D" w:rsidRPr="005A6DD4">
                  <w:rPr>
                    <w:color w:val="646464"/>
                    <w:sz w:val="15"/>
                    <w:lang w:val="nl-NL"/>
                  </w:rPr>
                  <w:t>{{VOORAFGAANDE_RAADPLEGING_EN_GO_NO_GO_1_TOELICHTING}}</w:t>
                </w:r>
              </w:sdtContent>
            </w:sdt>
          </w:p>
        </w:tc>
      </w:tr>
      <w:tr w:rsidR="00151075" w:rsidRPr="004502CA" w14:paraId="1F4A93EA" w14:textId="77777777">
        <w:trPr>
          <w:jc w:val="center"/>
        </w:trPr>
        <w:tc>
          <w:tcPr>
            <w:tcW w:w="2096" w:type="dxa"/>
          </w:tcPr>
          <w:p w14:paraId="3CCB9D8C" w14:textId="77777777" w:rsidR="00151075" w:rsidRPr="005A6DD4" w:rsidRDefault="00D76B7D">
            <w:pPr>
              <w:spacing w:after="0"/>
              <w:rPr>
                <w:lang w:val="nl-NL"/>
              </w:rPr>
            </w:pPr>
            <w:r w:rsidRPr="005A6DD4">
              <w:rPr>
                <w:sz w:val="16"/>
                <w:lang w:val="nl-NL"/>
              </w:rPr>
              <w:t>Kan het hoge risico niet verder worden beperkt?</w:t>
            </w:r>
          </w:p>
        </w:tc>
        <w:tc>
          <w:tcPr>
            <w:tcW w:w="2096" w:type="dxa"/>
          </w:tcPr>
          <w:p w14:paraId="6A67E809" w14:textId="77777777" w:rsidR="00151075" w:rsidRDefault="00000000">
            <w:pPr>
              <w:spacing w:after="0"/>
              <w:jc w:val="center"/>
            </w:pPr>
            <w:sdt>
              <w:sdtPr>
                <w:alias w:val="CHECKBOX_238"/>
                <w:tag w:val="CHECKBOX_238"/>
                <w:id w:val="814503905"/>
                <w14:checkbox>
                  <w14:checked w14:val="0"/>
                  <w14:checkedState w14:val="2612" w14:font="MS Gothic"/>
                  <w14:uncheckedState w14:val="2610" w14:font="MS Gothic"/>
                </w14:checkbox>
              </w:sdtPr>
              <w:sdtContent>
                <w:r w:rsidR="00D76B7D">
                  <w:rPr>
                    <w:sz w:val="24"/>
                  </w:rPr>
                  <w:t>☐</w:t>
                </w:r>
              </w:sdtContent>
            </w:sdt>
          </w:p>
        </w:tc>
        <w:tc>
          <w:tcPr>
            <w:tcW w:w="2096" w:type="dxa"/>
          </w:tcPr>
          <w:p w14:paraId="2F3D9BDB" w14:textId="77777777" w:rsidR="00151075" w:rsidRDefault="00000000">
            <w:pPr>
              <w:spacing w:after="0"/>
              <w:jc w:val="center"/>
            </w:pPr>
            <w:sdt>
              <w:sdtPr>
                <w:alias w:val="CHECKBOX_239"/>
                <w:tag w:val="CHECKBOX_239"/>
                <w:id w:val="1741953602"/>
                <w14:checkbox>
                  <w14:checked w14:val="0"/>
                  <w14:checkedState w14:val="2612" w14:font="MS Gothic"/>
                  <w14:uncheckedState w14:val="2610" w14:font="MS Gothic"/>
                </w14:checkbox>
              </w:sdtPr>
              <w:sdtContent>
                <w:r w:rsidR="00D76B7D">
                  <w:rPr>
                    <w:sz w:val="24"/>
                  </w:rPr>
                  <w:t>☐</w:t>
                </w:r>
              </w:sdtContent>
            </w:sdt>
          </w:p>
        </w:tc>
        <w:tc>
          <w:tcPr>
            <w:tcW w:w="2096" w:type="dxa"/>
          </w:tcPr>
          <w:p w14:paraId="6990DA53" w14:textId="77777777" w:rsidR="00151075" w:rsidRDefault="00000000">
            <w:pPr>
              <w:spacing w:after="0"/>
              <w:jc w:val="center"/>
            </w:pPr>
            <w:sdt>
              <w:sdtPr>
                <w:alias w:val="CHECKBOX_240"/>
                <w:tag w:val="CHECKBOX_240"/>
                <w:id w:val="1191742425"/>
                <w14:checkbox>
                  <w14:checked w14:val="0"/>
                  <w14:checkedState w14:val="2612" w14:font="MS Gothic"/>
                  <w14:uncheckedState w14:val="2610" w14:font="MS Gothic"/>
                </w14:checkbox>
              </w:sdtPr>
              <w:sdtContent>
                <w:r w:rsidR="00D76B7D">
                  <w:rPr>
                    <w:sz w:val="24"/>
                  </w:rPr>
                  <w:t>☐</w:t>
                </w:r>
              </w:sdtContent>
            </w:sdt>
          </w:p>
        </w:tc>
        <w:tc>
          <w:tcPr>
            <w:tcW w:w="2096" w:type="dxa"/>
          </w:tcPr>
          <w:p w14:paraId="7514A413" w14:textId="77777777" w:rsidR="00151075" w:rsidRPr="005A6DD4" w:rsidRDefault="00000000">
            <w:pPr>
              <w:spacing w:after="0"/>
              <w:rPr>
                <w:lang w:val="nl-NL"/>
              </w:rPr>
            </w:pPr>
            <w:sdt>
              <w:sdtPr>
                <w:rPr>
                  <w:lang w:val="nl-NL"/>
                </w:rPr>
                <w:alias w:val="VOORAFGAANDE_RAADPLEGING_EN_GO_NO_GO_2_TOELICHTING"/>
                <w:tag w:val="VOORAFGAANDE_RAADPLEGING_EN_GO_NO_GO_2_TOELICHTING"/>
                <w:id w:val="1741594682"/>
                <w:text/>
              </w:sdtPr>
              <w:sdtContent>
                <w:r w:rsidR="00D76B7D" w:rsidRPr="005A6DD4">
                  <w:rPr>
                    <w:color w:val="646464"/>
                    <w:sz w:val="15"/>
                    <w:lang w:val="nl-NL"/>
                  </w:rPr>
                  <w:t>{{VOORAFGAANDE_RAADPLEGING_EN_GO_NO_GO_2_TOELICHTING}}</w:t>
                </w:r>
              </w:sdtContent>
            </w:sdt>
          </w:p>
        </w:tc>
      </w:tr>
      <w:tr w:rsidR="00151075" w:rsidRPr="004502CA" w14:paraId="4A673646" w14:textId="77777777">
        <w:trPr>
          <w:jc w:val="center"/>
        </w:trPr>
        <w:tc>
          <w:tcPr>
            <w:tcW w:w="2096" w:type="dxa"/>
          </w:tcPr>
          <w:p w14:paraId="0B193B5F" w14:textId="77777777" w:rsidR="00151075" w:rsidRPr="005A6DD4" w:rsidRDefault="00D76B7D">
            <w:pPr>
              <w:spacing w:after="0"/>
              <w:rPr>
                <w:lang w:val="nl-NL"/>
              </w:rPr>
            </w:pPr>
            <w:r w:rsidRPr="005A6DD4">
              <w:rPr>
                <w:sz w:val="16"/>
                <w:lang w:val="nl-NL"/>
              </w:rPr>
              <w:t>Is advies van de FG gevraagd en vastgelegd?</w:t>
            </w:r>
          </w:p>
        </w:tc>
        <w:tc>
          <w:tcPr>
            <w:tcW w:w="2096" w:type="dxa"/>
          </w:tcPr>
          <w:p w14:paraId="62076A4D" w14:textId="77777777" w:rsidR="00151075" w:rsidRDefault="00000000">
            <w:pPr>
              <w:spacing w:after="0"/>
              <w:jc w:val="center"/>
            </w:pPr>
            <w:sdt>
              <w:sdtPr>
                <w:alias w:val="CHECKBOX_241"/>
                <w:tag w:val="CHECKBOX_241"/>
                <w:id w:val="1704249207"/>
                <w14:checkbox>
                  <w14:checked w14:val="0"/>
                  <w14:checkedState w14:val="2612" w14:font="MS Gothic"/>
                  <w14:uncheckedState w14:val="2610" w14:font="MS Gothic"/>
                </w14:checkbox>
              </w:sdtPr>
              <w:sdtContent>
                <w:r w:rsidR="00D76B7D">
                  <w:rPr>
                    <w:sz w:val="24"/>
                  </w:rPr>
                  <w:t>☐</w:t>
                </w:r>
              </w:sdtContent>
            </w:sdt>
          </w:p>
        </w:tc>
        <w:tc>
          <w:tcPr>
            <w:tcW w:w="2096" w:type="dxa"/>
          </w:tcPr>
          <w:p w14:paraId="5185EE0E" w14:textId="77777777" w:rsidR="00151075" w:rsidRDefault="00000000">
            <w:pPr>
              <w:spacing w:after="0"/>
              <w:jc w:val="center"/>
            </w:pPr>
            <w:sdt>
              <w:sdtPr>
                <w:alias w:val="CHECKBOX_242"/>
                <w:tag w:val="CHECKBOX_242"/>
                <w:id w:val="174621985"/>
                <w14:checkbox>
                  <w14:checked w14:val="0"/>
                  <w14:checkedState w14:val="2612" w14:font="MS Gothic"/>
                  <w14:uncheckedState w14:val="2610" w14:font="MS Gothic"/>
                </w14:checkbox>
              </w:sdtPr>
              <w:sdtContent>
                <w:r w:rsidR="00D76B7D">
                  <w:rPr>
                    <w:sz w:val="24"/>
                  </w:rPr>
                  <w:t>☐</w:t>
                </w:r>
              </w:sdtContent>
            </w:sdt>
          </w:p>
        </w:tc>
        <w:tc>
          <w:tcPr>
            <w:tcW w:w="2096" w:type="dxa"/>
          </w:tcPr>
          <w:p w14:paraId="1A0A6003" w14:textId="77777777" w:rsidR="00151075" w:rsidRDefault="00000000">
            <w:pPr>
              <w:spacing w:after="0"/>
              <w:jc w:val="center"/>
            </w:pPr>
            <w:sdt>
              <w:sdtPr>
                <w:alias w:val="CHECKBOX_243"/>
                <w:tag w:val="CHECKBOX_243"/>
                <w:id w:val="149554982"/>
                <w14:checkbox>
                  <w14:checked w14:val="0"/>
                  <w14:checkedState w14:val="2612" w14:font="MS Gothic"/>
                  <w14:uncheckedState w14:val="2610" w14:font="MS Gothic"/>
                </w14:checkbox>
              </w:sdtPr>
              <w:sdtContent>
                <w:r w:rsidR="00D76B7D">
                  <w:rPr>
                    <w:sz w:val="24"/>
                  </w:rPr>
                  <w:t>☐</w:t>
                </w:r>
              </w:sdtContent>
            </w:sdt>
          </w:p>
        </w:tc>
        <w:tc>
          <w:tcPr>
            <w:tcW w:w="2096" w:type="dxa"/>
          </w:tcPr>
          <w:p w14:paraId="1B120D29" w14:textId="77777777" w:rsidR="00151075" w:rsidRPr="005A6DD4" w:rsidRDefault="00000000">
            <w:pPr>
              <w:spacing w:after="0"/>
              <w:rPr>
                <w:lang w:val="nl-NL"/>
              </w:rPr>
            </w:pPr>
            <w:sdt>
              <w:sdtPr>
                <w:rPr>
                  <w:lang w:val="nl-NL"/>
                </w:rPr>
                <w:alias w:val="VOORAFGAANDE_RAADPLEGING_EN_GO_NO_GO_3_TOELICHTING"/>
                <w:tag w:val="VOORAFGAANDE_RAADPLEGING_EN_GO_NO_GO_3_TOELICHTING"/>
                <w:id w:val="1025446512"/>
                <w:text/>
              </w:sdtPr>
              <w:sdtContent>
                <w:r w:rsidR="00D76B7D" w:rsidRPr="005A6DD4">
                  <w:rPr>
                    <w:color w:val="646464"/>
                    <w:sz w:val="15"/>
                    <w:lang w:val="nl-NL"/>
                  </w:rPr>
                  <w:t>{{VOORAFGAANDE_RAADPLEGING_EN_GO_NO_GO_3_TOELICHTING}}</w:t>
                </w:r>
              </w:sdtContent>
            </w:sdt>
          </w:p>
        </w:tc>
      </w:tr>
      <w:tr w:rsidR="00151075" w:rsidRPr="004502CA" w14:paraId="61385CEE" w14:textId="77777777">
        <w:trPr>
          <w:jc w:val="center"/>
        </w:trPr>
        <w:tc>
          <w:tcPr>
            <w:tcW w:w="2096" w:type="dxa"/>
          </w:tcPr>
          <w:p w14:paraId="749A0A8C" w14:textId="77777777" w:rsidR="00151075" w:rsidRPr="005A6DD4" w:rsidRDefault="00D76B7D">
            <w:pPr>
              <w:spacing w:after="0"/>
              <w:rPr>
                <w:lang w:val="nl-NL"/>
              </w:rPr>
            </w:pPr>
            <w:r w:rsidRPr="005A6DD4">
              <w:rPr>
                <w:sz w:val="16"/>
                <w:lang w:val="nl-NL"/>
              </w:rPr>
              <w:t>Is voorafgaande raadpleging van de Autoriteit Persoonsgegevens noodzakelijk?</w:t>
            </w:r>
          </w:p>
        </w:tc>
        <w:tc>
          <w:tcPr>
            <w:tcW w:w="2096" w:type="dxa"/>
          </w:tcPr>
          <w:p w14:paraId="54938502" w14:textId="77777777" w:rsidR="00151075" w:rsidRDefault="00000000">
            <w:pPr>
              <w:spacing w:after="0"/>
              <w:jc w:val="center"/>
            </w:pPr>
            <w:sdt>
              <w:sdtPr>
                <w:alias w:val="CHECKBOX_244"/>
                <w:tag w:val="CHECKBOX_244"/>
                <w:id w:val="310370642"/>
                <w14:checkbox>
                  <w14:checked w14:val="0"/>
                  <w14:checkedState w14:val="2612" w14:font="MS Gothic"/>
                  <w14:uncheckedState w14:val="2610" w14:font="MS Gothic"/>
                </w14:checkbox>
              </w:sdtPr>
              <w:sdtContent>
                <w:r w:rsidR="00D76B7D">
                  <w:rPr>
                    <w:sz w:val="24"/>
                  </w:rPr>
                  <w:t>☐</w:t>
                </w:r>
              </w:sdtContent>
            </w:sdt>
          </w:p>
        </w:tc>
        <w:tc>
          <w:tcPr>
            <w:tcW w:w="2096" w:type="dxa"/>
          </w:tcPr>
          <w:p w14:paraId="3A628A26" w14:textId="77777777" w:rsidR="00151075" w:rsidRDefault="00000000">
            <w:pPr>
              <w:spacing w:after="0"/>
              <w:jc w:val="center"/>
            </w:pPr>
            <w:sdt>
              <w:sdtPr>
                <w:alias w:val="CHECKBOX_245"/>
                <w:tag w:val="CHECKBOX_245"/>
                <w:id w:val="390054904"/>
                <w14:checkbox>
                  <w14:checked w14:val="0"/>
                  <w14:checkedState w14:val="2612" w14:font="MS Gothic"/>
                  <w14:uncheckedState w14:val="2610" w14:font="MS Gothic"/>
                </w14:checkbox>
              </w:sdtPr>
              <w:sdtContent>
                <w:r w:rsidR="00D76B7D">
                  <w:rPr>
                    <w:sz w:val="24"/>
                  </w:rPr>
                  <w:t>☐</w:t>
                </w:r>
              </w:sdtContent>
            </w:sdt>
          </w:p>
        </w:tc>
        <w:tc>
          <w:tcPr>
            <w:tcW w:w="2096" w:type="dxa"/>
          </w:tcPr>
          <w:p w14:paraId="715AA746" w14:textId="77777777" w:rsidR="00151075" w:rsidRDefault="00000000">
            <w:pPr>
              <w:spacing w:after="0"/>
              <w:jc w:val="center"/>
            </w:pPr>
            <w:sdt>
              <w:sdtPr>
                <w:alias w:val="CHECKBOX_246"/>
                <w:tag w:val="CHECKBOX_246"/>
                <w:id w:val="1856045385"/>
                <w14:checkbox>
                  <w14:checked w14:val="0"/>
                  <w14:checkedState w14:val="2612" w14:font="MS Gothic"/>
                  <w14:uncheckedState w14:val="2610" w14:font="MS Gothic"/>
                </w14:checkbox>
              </w:sdtPr>
              <w:sdtContent>
                <w:r w:rsidR="00D76B7D">
                  <w:rPr>
                    <w:sz w:val="24"/>
                  </w:rPr>
                  <w:t>☐</w:t>
                </w:r>
              </w:sdtContent>
            </w:sdt>
          </w:p>
        </w:tc>
        <w:tc>
          <w:tcPr>
            <w:tcW w:w="2096" w:type="dxa"/>
          </w:tcPr>
          <w:p w14:paraId="3DD00F9B" w14:textId="77777777" w:rsidR="00151075" w:rsidRPr="005A6DD4" w:rsidRDefault="00000000">
            <w:pPr>
              <w:spacing w:after="0"/>
              <w:rPr>
                <w:lang w:val="nl-NL"/>
              </w:rPr>
            </w:pPr>
            <w:sdt>
              <w:sdtPr>
                <w:rPr>
                  <w:lang w:val="nl-NL"/>
                </w:rPr>
                <w:alias w:val="VOORAFGAANDE_RAADPLEGING_EN_GO_NO_GO_4_TOELICHTING"/>
                <w:tag w:val="VOORAFGAANDE_RAADPLEGING_EN_GO_NO_GO_4_TOELICHTING"/>
                <w:id w:val="-471445875"/>
                <w:text/>
              </w:sdtPr>
              <w:sdtContent>
                <w:r w:rsidR="00D76B7D" w:rsidRPr="005A6DD4">
                  <w:rPr>
                    <w:color w:val="646464"/>
                    <w:sz w:val="15"/>
                    <w:lang w:val="nl-NL"/>
                  </w:rPr>
                  <w:t>{{VOORAFGAANDE_RAADPLEGING_EN_GO_NO_GO_4_TOELICHTING}}</w:t>
                </w:r>
              </w:sdtContent>
            </w:sdt>
          </w:p>
        </w:tc>
      </w:tr>
      <w:tr w:rsidR="00151075" w:rsidRPr="004502CA" w14:paraId="065B2D97" w14:textId="77777777">
        <w:trPr>
          <w:jc w:val="center"/>
        </w:trPr>
        <w:tc>
          <w:tcPr>
            <w:tcW w:w="2096" w:type="dxa"/>
          </w:tcPr>
          <w:p w14:paraId="4A51FBEA" w14:textId="77777777" w:rsidR="00151075" w:rsidRPr="005A6DD4" w:rsidRDefault="00D76B7D">
            <w:pPr>
              <w:spacing w:after="0"/>
              <w:rPr>
                <w:lang w:val="nl-NL"/>
              </w:rPr>
            </w:pPr>
            <w:r w:rsidRPr="005A6DD4">
              <w:rPr>
                <w:sz w:val="16"/>
                <w:lang w:val="nl-NL"/>
              </w:rPr>
              <w:t>Is verwerking geblokkeerd tot besluitvorming is afgerond?</w:t>
            </w:r>
          </w:p>
        </w:tc>
        <w:tc>
          <w:tcPr>
            <w:tcW w:w="2096" w:type="dxa"/>
          </w:tcPr>
          <w:p w14:paraId="463A1799" w14:textId="77777777" w:rsidR="00151075" w:rsidRDefault="00000000">
            <w:pPr>
              <w:spacing w:after="0"/>
              <w:jc w:val="center"/>
            </w:pPr>
            <w:sdt>
              <w:sdtPr>
                <w:alias w:val="CHECKBOX_247"/>
                <w:tag w:val="CHECKBOX_247"/>
                <w:id w:val="1270860871"/>
                <w14:checkbox>
                  <w14:checked w14:val="0"/>
                  <w14:checkedState w14:val="2612" w14:font="MS Gothic"/>
                  <w14:uncheckedState w14:val="2610" w14:font="MS Gothic"/>
                </w14:checkbox>
              </w:sdtPr>
              <w:sdtContent>
                <w:r w:rsidR="00D76B7D">
                  <w:rPr>
                    <w:sz w:val="24"/>
                  </w:rPr>
                  <w:t>☐</w:t>
                </w:r>
              </w:sdtContent>
            </w:sdt>
          </w:p>
        </w:tc>
        <w:tc>
          <w:tcPr>
            <w:tcW w:w="2096" w:type="dxa"/>
          </w:tcPr>
          <w:p w14:paraId="3DA82F62" w14:textId="77777777" w:rsidR="00151075" w:rsidRDefault="00000000">
            <w:pPr>
              <w:spacing w:after="0"/>
              <w:jc w:val="center"/>
            </w:pPr>
            <w:sdt>
              <w:sdtPr>
                <w:alias w:val="CHECKBOX_248"/>
                <w:tag w:val="CHECKBOX_248"/>
                <w:id w:val="1786495518"/>
                <w14:checkbox>
                  <w14:checked w14:val="0"/>
                  <w14:checkedState w14:val="2612" w14:font="MS Gothic"/>
                  <w14:uncheckedState w14:val="2610" w14:font="MS Gothic"/>
                </w14:checkbox>
              </w:sdtPr>
              <w:sdtContent>
                <w:r w:rsidR="00D76B7D">
                  <w:rPr>
                    <w:sz w:val="24"/>
                  </w:rPr>
                  <w:t>☐</w:t>
                </w:r>
              </w:sdtContent>
            </w:sdt>
          </w:p>
        </w:tc>
        <w:tc>
          <w:tcPr>
            <w:tcW w:w="2096" w:type="dxa"/>
          </w:tcPr>
          <w:p w14:paraId="782EA488" w14:textId="77777777" w:rsidR="00151075" w:rsidRDefault="00000000">
            <w:pPr>
              <w:spacing w:after="0"/>
              <w:jc w:val="center"/>
            </w:pPr>
            <w:sdt>
              <w:sdtPr>
                <w:alias w:val="CHECKBOX_249"/>
                <w:tag w:val="CHECKBOX_249"/>
                <w:id w:val="31492402"/>
                <w14:checkbox>
                  <w14:checked w14:val="0"/>
                  <w14:checkedState w14:val="2612" w14:font="MS Gothic"/>
                  <w14:uncheckedState w14:val="2610" w14:font="MS Gothic"/>
                </w14:checkbox>
              </w:sdtPr>
              <w:sdtContent>
                <w:r w:rsidR="00D76B7D">
                  <w:rPr>
                    <w:sz w:val="24"/>
                  </w:rPr>
                  <w:t>☐</w:t>
                </w:r>
              </w:sdtContent>
            </w:sdt>
          </w:p>
        </w:tc>
        <w:tc>
          <w:tcPr>
            <w:tcW w:w="2096" w:type="dxa"/>
          </w:tcPr>
          <w:p w14:paraId="306ADEC2" w14:textId="77777777" w:rsidR="00151075" w:rsidRPr="005A6DD4" w:rsidRDefault="00000000">
            <w:pPr>
              <w:spacing w:after="0"/>
              <w:rPr>
                <w:lang w:val="nl-NL"/>
              </w:rPr>
            </w:pPr>
            <w:sdt>
              <w:sdtPr>
                <w:rPr>
                  <w:lang w:val="nl-NL"/>
                </w:rPr>
                <w:alias w:val="VOORAFGAANDE_RAADPLEGING_EN_GO_NO_GO_5_TOELICHTING"/>
                <w:tag w:val="VOORAFGAANDE_RAADPLEGING_EN_GO_NO_GO_5_TOELICHTING"/>
                <w:id w:val="501249361"/>
                <w:text/>
              </w:sdtPr>
              <w:sdtContent>
                <w:r w:rsidR="00D76B7D" w:rsidRPr="005A6DD4">
                  <w:rPr>
                    <w:color w:val="646464"/>
                    <w:sz w:val="15"/>
                    <w:lang w:val="nl-NL"/>
                  </w:rPr>
                  <w:t>{{VOORAFGAANDE_RAADPLEGING_EN_GO_NO_GO_5_TOELICHTING}}</w:t>
                </w:r>
              </w:sdtContent>
            </w:sdt>
          </w:p>
        </w:tc>
      </w:tr>
      <w:tr w:rsidR="00151075" w:rsidRPr="004502CA" w14:paraId="211BFA0D" w14:textId="77777777">
        <w:trPr>
          <w:jc w:val="center"/>
        </w:trPr>
        <w:tc>
          <w:tcPr>
            <w:tcW w:w="2096" w:type="dxa"/>
          </w:tcPr>
          <w:p w14:paraId="72F09FEB" w14:textId="77777777" w:rsidR="00151075" w:rsidRPr="005A6DD4" w:rsidRDefault="00D76B7D">
            <w:pPr>
              <w:spacing w:after="0"/>
              <w:rPr>
                <w:lang w:val="nl-NL"/>
              </w:rPr>
            </w:pPr>
            <w:r w:rsidRPr="005A6DD4">
              <w:rPr>
                <w:sz w:val="16"/>
                <w:lang w:val="nl-NL"/>
              </w:rPr>
              <w:t>Is restrisico expliciet geaccepteerd door bevoegd management?</w:t>
            </w:r>
          </w:p>
        </w:tc>
        <w:tc>
          <w:tcPr>
            <w:tcW w:w="2096" w:type="dxa"/>
          </w:tcPr>
          <w:p w14:paraId="1433DEB4" w14:textId="77777777" w:rsidR="00151075" w:rsidRDefault="00000000">
            <w:pPr>
              <w:spacing w:after="0"/>
              <w:jc w:val="center"/>
            </w:pPr>
            <w:sdt>
              <w:sdtPr>
                <w:alias w:val="CHECKBOX_250"/>
                <w:tag w:val="CHECKBOX_250"/>
                <w:id w:val="1747508504"/>
                <w14:checkbox>
                  <w14:checked w14:val="0"/>
                  <w14:checkedState w14:val="2612" w14:font="MS Gothic"/>
                  <w14:uncheckedState w14:val="2610" w14:font="MS Gothic"/>
                </w14:checkbox>
              </w:sdtPr>
              <w:sdtContent>
                <w:r w:rsidR="00D76B7D">
                  <w:rPr>
                    <w:sz w:val="24"/>
                  </w:rPr>
                  <w:t>☐</w:t>
                </w:r>
              </w:sdtContent>
            </w:sdt>
          </w:p>
        </w:tc>
        <w:tc>
          <w:tcPr>
            <w:tcW w:w="2096" w:type="dxa"/>
          </w:tcPr>
          <w:p w14:paraId="24F35B43" w14:textId="77777777" w:rsidR="00151075" w:rsidRDefault="00000000">
            <w:pPr>
              <w:spacing w:after="0"/>
              <w:jc w:val="center"/>
            </w:pPr>
            <w:sdt>
              <w:sdtPr>
                <w:alias w:val="CHECKBOX_251"/>
                <w:tag w:val="CHECKBOX_251"/>
                <w:id w:val="1793454225"/>
                <w14:checkbox>
                  <w14:checked w14:val="0"/>
                  <w14:checkedState w14:val="2612" w14:font="MS Gothic"/>
                  <w14:uncheckedState w14:val="2610" w14:font="MS Gothic"/>
                </w14:checkbox>
              </w:sdtPr>
              <w:sdtContent>
                <w:r w:rsidR="00D76B7D">
                  <w:rPr>
                    <w:sz w:val="24"/>
                  </w:rPr>
                  <w:t>☐</w:t>
                </w:r>
              </w:sdtContent>
            </w:sdt>
          </w:p>
        </w:tc>
        <w:tc>
          <w:tcPr>
            <w:tcW w:w="2096" w:type="dxa"/>
          </w:tcPr>
          <w:p w14:paraId="2700D1D6" w14:textId="77777777" w:rsidR="00151075" w:rsidRDefault="00000000">
            <w:pPr>
              <w:spacing w:after="0"/>
              <w:jc w:val="center"/>
            </w:pPr>
            <w:sdt>
              <w:sdtPr>
                <w:alias w:val="CHECKBOX_252"/>
                <w:tag w:val="CHECKBOX_252"/>
                <w:id w:val="677599499"/>
                <w14:checkbox>
                  <w14:checked w14:val="0"/>
                  <w14:checkedState w14:val="2612" w14:font="MS Gothic"/>
                  <w14:uncheckedState w14:val="2610" w14:font="MS Gothic"/>
                </w14:checkbox>
              </w:sdtPr>
              <w:sdtContent>
                <w:r w:rsidR="00D76B7D">
                  <w:rPr>
                    <w:sz w:val="24"/>
                  </w:rPr>
                  <w:t>☐</w:t>
                </w:r>
              </w:sdtContent>
            </w:sdt>
          </w:p>
        </w:tc>
        <w:tc>
          <w:tcPr>
            <w:tcW w:w="2096" w:type="dxa"/>
          </w:tcPr>
          <w:p w14:paraId="657ED6EE" w14:textId="77777777" w:rsidR="00151075" w:rsidRPr="005A6DD4" w:rsidRDefault="00000000">
            <w:pPr>
              <w:spacing w:after="0"/>
              <w:rPr>
                <w:lang w:val="nl-NL"/>
              </w:rPr>
            </w:pPr>
            <w:sdt>
              <w:sdtPr>
                <w:rPr>
                  <w:lang w:val="nl-NL"/>
                </w:rPr>
                <w:alias w:val="VOORAFGAANDE_RAADPLEGING_EN_GO_NO_GO_6_TOELICHTING"/>
                <w:tag w:val="VOORAFGAANDE_RAADPLEGING_EN_GO_NO_GO_6_TOELICHTING"/>
                <w:id w:val="-1676647200"/>
                <w:text/>
              </w:sdtPr>
              <w:sdtContent>
                <w:r w:rsidR="00D76B7D" w:rsidRPr="005A6DD4">
                  <w:rPr>
                    <w:color w:val="646464"/>
                    <w:sz w:val="15"/>
                    <w:lang w:val="nl-NL"/>
                  </w:rPr>
                  <w:t>{{VOORAFGAANDE_RAADPLEGING_EN_GO_NO_GO_6_TOELICHTING}}</w:t>
                </w:r>
              </w:sdtContent>
            </w:sdt>
          </w:p>
        </w:tc>
      </w:tr>
    </w:tbl>
    <w:p w14:paraId="49549139" w14:textId="77777777" w:rsidR="00151075" w:rsidRPr="005A6DD4" w:rsidRDefault="00151075">
      <w:pPr>
        <w:rPr>
          <w:lang w:val="nl-NL"/>
        </w:rPr>
      </w:pPr>
    </w:p>
    <w:tbl>
      <w:tblPr>
        <w:tblStyle w:val="TableGrid"/>
        <w:tblW w:w="0" w:type="auto"/>
        <w:jc w:val="center"/>
        <w:tblLook w:val="04A0" w:firstRow="1" w:lastRow="0" w:firstColumn="1" w:lastColumn="0" w:noHBand="0" w:noVBand="1"/>
      </w:tblPr>
      <w:tblGrid>
        <w:gridCol w:w="3889"/>
        <w:gridCol w:w="6577"/>
      </w:tblGrid>
      <w:tr w:rsidR="00151075" w14:paraId="06551053" w14:textId="77777777" w:rsidTr="005A6DD4">
        <w:trPr>
          <w:tblHeader/>
          <w:jc w:val="center"/>
        </w:trPr>
        <w:tc>
          <w:tcPr>
            <w:tcW w:w="3889" w:type="dxa"/>
            <w:shd w:val="clear" w:color="auto" w:fill="1F4E79"/>
            <w:tcMar>
              <w:top w:w="80" w:type="dxa"/>
              <w:left w:w="80" w:type="dxa"/>
              <w:bottom w:w="80" w:type="dxa"/>
              <w:right w:w="80" w:type="dxa"/>
            </w:tcMar>
            <w:vAlign w:val="center"/>
          </w:tcPr>
          <w:p w14:paraId="4C542301" w14:textId="77777777" w:rsidR="00151075" w:rsidRDefault="00D76B7D">
            <w:pPr>
              <w:spacing w:after="0"/>
            </w:pPr>
            <w:r>
              <w:rPr>
                <w:b/>
                <w:color w:val="FFFFFF"/>
                <w:sz w:val="17"/>
              </w:rPr>
              <w:t>Onderwerp</w:t>
            </w:r>
          </w:p>
        </w:tc>
        <w:tc>
          <w:tcPr>
            <w:tcW w:w="6577" w:type="dxa"/>
            <w:shd w:val="clear" w:color="auto" w:fill="1F4E79"/>
            <w:tcMar>
              <w:top w:w="80" w:type="dxa"/>
              <w:left w:w="80" w:type="dxa"/>
              <w:bottom w:w="80" w:type="dxa"/>
              <w:right w:w="80" w:type="dxa"/>
            </w:tcMar>
            <w:vAlign w:val="center"/>
          </w:tcPr>
          <w:p w14:paraId="52CFBB66" w14:textId="77777777" w:rsidR="00151075" w:rsidRDefault="00D76B7D">
            <w:pPr>
              <w:spacing w:after="0"/>
            </w:pPr>
            <w:r>
              <w:rPr>
                <w:b/>
                <w:color w:val="FFFFFF"/>
                <w:sz w:val="17"/>
              </w:rPr>
              <w:t>Invullen</w:t>
            </w:r>
          </w:p>
        </w:tc>
      </w:tr>
      <w:tr w:rsidR="00151075" w14:paraId="118434FA" w14:textId="77777777" w:rsidTr="005A6DD4">
        <w:trPr>
          <w:jc w:val="center"/>
        </w:trPr>
        <w:tc>
          <w:tcPr>
            <w:tcW w:w="3889" w:type="dxa"/>
            <w:shd w:val="clear" w:color="auto" w:fill="F3F6F8"/>
          </w:tcPr>
          <w:p w14:paraId="085FF295" w14:textId="77777777" w:rsidR="00151075" w:rsidRDefault="00D76B7D">
            <w:pPr>
              <w:spacing w:after="0"/>
            </w:pPr>
            <w:r>
              <w:rPr>
                <w:b/>
                <w:sz w:val="16"/>
              </w:rPr>
              <w:t>Conclusie restrisico</w:t>
            </w:r>
          </w:p>
        </w:tc>
        <w:tc>
          <w:tcPr>
            <w:tcW w:w="6577" w:type="dxa"/>
          </w:tcPr>
          <w:p w14:paraId="63E9FAF8" w14:textId="77777777" w:rsidR="00151075" w:rsidRDefault="00000000">
            <w:pPr>
              <w:spacing w:after="0"/>
            </w:pPr>
            <w:sdt>
              <w:sdtPr>
                <w:alias w:val="CONCLUSIE_RESTRISICO"/>
                <w:tag w:val="CONCLUSIE_RESTRISICO"/>
                <w:id w:val="1151026130"/>
                <w:text/>
              </w:sdtPr>
              <w:sdtContent>
                <w:r w:rsidR="00D76B7D">
                  <w:rPr>
                    <w:color w:val="646464"/>
                    <w:sz w:val="16"/>
                  </w:rPr>
                  <w:t>{{CONCLUSIE_RESTRISICO}}</w:t>
                </w:r>
              </w:sdtContent>
            </w:sdt>
          </w:p>
        </w:tc>
      </w:tr>
      <w:tr w:rsidR="00151075" w14:paraId="5145B3A2" w14:textId="77777777" w:rsidTr="005A6DD4">
        <w:trPr>
          <w:jc w:val="center"/>
        </w:trPr>
        <w:tc>
          <w:tcPr>
            <w:tcW w:w="3889" w:type="dxa"/>
            <w:shd w:val="clear" w:color="auto" w:fill="F3F6F8"/>
          </w:tcPr>
          <w:p w14:paraId="17F1145E" w14:textId="77777777" w:rsidR="00151075" w:rsidRDefault="00D76B7D">
            <w:pPr>
              <w:spacing w:after="0"/>
            </w:pPr>
            <w:r>
              <w:rPr>
                <w:b/>
                <w:sz w:val="16"/>
              </w:rPr>
              <w:t>Voorwaarden voor ingebruikname</w:t>
            </w:r>
          </w:p>
        </w:tc>
        <w:tc>
          <w:tcPr>
            <w:tcW w:w="6577" w:type="dxa"/>
          </w:tcPr>
          <w:p w14:paraId="16A720CF" w14:textId="77777777" w:rsidR="00151075" w:rsidRDefault="00000000">
            <w:pPr>
              <w:spacing w:after="0"/>
            </w:pPr>
            <w:sdt>
              <w:sdtPr>
                <w:alias w:val="VOORWAARDEN_INGEBRUIKNAME"/>
                <w:tag w:val="VOORWAARDEN_INGEBRUIKNAME"/>
                <w:id w:val="1229195694"/>
                <w:text/>
              </w:sdtPr>
              <w:sdtContent>
                <w:r w:rsidR="00D76B7D">
                  <w:rPr>
                    <w:color w:val="646464"/>
                    <w:sz w:val="16"/>
                  </w:rPr>
                  <w:t>{{VOORWAARDEN_INGEBRUIKNAME}}</w:t>
                </w:r>
              </w:sdtContent>
            </w:sdt>
          </w:p>
        </w:tc>
      </w:tr>
      <w:tr w:rsidR="00151075" w14:paraId="76ABF612" w14:textId="77777777" w:rsidTr="005A6DD4">
        <w:trPr>
          <w:jc w:val="center"/>
        </w:trPr>
        <w:tc>
          <w:tcPr>
            <w:tcW w:w="3889" w:type="dxa"/>
            <w:shd w:val="clear" w:color="auto" w:fill="F3F6F8"/>
          </w:tcPr>
          <w:p w14:paraId="7A092CC8" w14:textId="77777777" w:rsidR="00151075" w:rsidRDefault="00D76B7D">
            <w:pPr>
              <w:spacing w:after="0"/>
            </w:pPr>
            <w:r>
              <w:rPr>
                <w:b/>
                <w:sz w:val="16"/>
              </w:rPr>
              <w:t>Go/no-go besluit</w:t>
            </w:r>
          </w:p>
        </w:tc>
        <w:tc>
          <w:tcPr>
            <w:tcW w:w="6577" w:type="dxa"/>
          </w:tcPr>
          <w:p w14:paraId="4D07FA2E" w14:textId="77777777" w:rsidR="00151075" w:rsidRDefault="00000000">
            <w:pPr>
              <w:spacing w:after="0"/>
            </w:pPr>
            <w:sdt>
              <w:sdtPr>
                <w:alias w:val="GO_NO_GO"/>
                <w:tag w:val="GO_NO_GO"/>
                <w:id w:val="-1943370474"/>
                <w:text/>
              </w:sdtPr>
              <w:sdtContent>
                <w:r w:rsidR="00D76B7D">
                  <w:rPr>
                    <w:color w:val="646464"/>
                    <w:sz w:val="16"/>
                  </w:rPr>
                  <w:t>{{GO_NO_GO}}</w:t>
                </w:r>
              </w:sdtContent>
            </w:sdt>
          </w:p>
        </w:tc>
      </w:tr>
      <w:tr w:rsidR="00151075" w14:paraId="330A3805" w14:textId="77777777" w:rsidTr="005A6DD4">
        <w:trPr>
          <w:jc w:val="center"/>
        </w:trPr>
        <w:tc>
          <w:tcPr>
            <w:tcW w:w="3889" w:type="dxa"/>
            <w:shd w:val="clear" w:color="auto" w:fill="F3F6F8"/>
          </w:tcPr>
          <w:p w14:paraId="3E0C15E9" w14:textId="77777777" w:rsidR="00151075" w:rsidRDefault="00D76B7D">
            <w:pPr>
              <w:spacing w:after="0"/>
            </w:pPr>
            <w:r>
              <w:rPr>
                <w:b/>
                <w:sz w:val="16"/>
              </w:rPr>
              <w:lastRenderedPageBreak/>
              <w:t>Restrisico geaccepteerd door</w:t>
            </w:r>
          </w:p>
        </w:tc>
        <w:tc>
          <w:tcPr>
            <w:tcW w:w="6577" w:type="dxa"/>
          </w:tcPr>
          <w:p w14:paraId="70B171C5" w14:textId="77777777" w:rsidR="00151075" w:rsidRDefault="00000000">
            <w:pPr>
              <w:spacing w:after="0"/>
            </w:pPr>
            <w:sdt>
              <w:sdtPr>
                <w:alias w:val="RESTRISICO_GEACCEPTEERD_DOOR"/>
                <w:tag w:val="RESTRISICO_GEACCEPTEERD_DOOR"/>
                <w:id w:val="-993254573"/>
                <w:text/>
              </w:sdtPr>
              <w:sdtContent>
                <w:r w:rsidR="00D76B7D">
                  <w:rPr>
                    <w:color w:val="646464"/>
                    <w:sz w:val="16"/>
                  </w:rPr>
                  <w:t>{{RESTRISICO_GEACCEPTEERD_DOOR}}</w:t>
                </w:r>
              </w:sdtContent>
            </w:sdt>
          </w:p>
        </w:tc>
      </w:tr>
      <w:tr w:rsidR="00151075" w14:paraId="5904EE8F" w14:textId="77777777" w:rsidTr="005A6DD4">
        <w:trPr>
          <w:jc w:val="center"/>
        </w:trPr>
        <w:tc>
          <w:tcPr>
            <w:tcW w:w="3889" w:type="dxa"/>
            <w:shd w:val="clear" w:color="auto" w:fill="F3F6F8"/>
          </w:tcPr>
          <w:p w14:paraId="2A13D93B" w14:textId="77777777" w:rsidR="00151075" w:rsidRDefault="00D76B7D">
            <w:pPr>
              <w:spacing w:after="0"/>
            </w:pPr>
            <w:r>
              <w:rPr>
                <w:b/>
                <w:sz w:val="16"/>
              </w:rPr>
              <w:t>Datum besluit</w:t>
            </w:r>
          </w:p>
        </w:tc>
        <w:tc>
          <w:tcPr>
            <w:tcW w:w="6577" w:type="dxa"/>
          </w:tcPr>
          <w:p w14:paraId="568175DD" w14:textId="77777777" w:rsidR="00151075" w:rsidRDefault="00000000">
            <w:pPr>
              <w:spacing w:after="0"/>
            </w:pPr>
            <w:sdt>
              <w:sdtPr>
                <w:alias w:val="DATUM_BESLUIT"/>
                <w:tag w:val="DATUM_BESLUIT"/>
                <w:id w:val="2133208907"/>
                <w:text/>
              </w:sdtPr>
              <w:sdtContent>
                <w:r w:rsidR="00D76B7D">
                  <w:rPr>
                    <w:color w:val="646464"/>
                    <w:sz w:val="16"/>
                  </w:rPr>
                  <w:t>{{DATUM_BESLUIT}}</w:t>
                </w:r>
              </w:sdtContent>
            </w:sdt>
          </w:p>
        </w:tc>
      </w:tr>
    </w:tbl>
    <w:p w14:paraId="2D40DA0A" w14:textId="77777777" w:rsidR="00151075" w:rsidRDefault="00151075"/>
    <w:p w14:paraId="2BF96F4D" w14:textId="77777777" w:rsidR="00151075" w:rsidRDefault="00D76B7D">
      <w:pPr>
        <w:pStyle w:val="Heading2"/>
      </w:pPr>
      <w:r>
        <w:t>20. Advies FG, CISO en besluitvorming</w:t>
      </w:r>
    </w:p>
    <w:tbl>
      <w:tblPr>
        <w:tblStyle w:val="TableGrid"/>
        <w:tblW w:w="0" w:type="auto"/>
        <w:jc w:val="center"/>
        <w:tblLook w:val="04A0" w:firstRow="1" w:lastRow="0" w:firstColumn="1" w:lastColumn="0" w:noHBand="0" w:noVBand="1"/>
      </w:tblPr>
      <w:tblGrid>
        <w:gridCol w:w="3889"/>
        <w:gridCol w:w="6577"/>
      </w:tblGrid>
      <w:tr w:rsidR="00151075" w14:paraId="6FA8B0B8" w14:textId="77777777" w:rsidTr="005A6DD4">
        <w:trPr>
          <w:tblHeader/>
          <w:jc w:val="center"/>
        </w:trPr>
        <w:tc>
          <w:tcPr>
            <w:tcW w:w="3889" w:type="dxa"/>
            <w:shd w:val="clear" w:color="auto" w:fill="1F4E79"/>
            <w:tcMar>
              <w:top w:w="80" w:type="dxa"/>
              <w:left w:w="80" w:type="dxa"/>
              <w:bottom w:w="80" w:type="dxa"/>
              <w:right w:w="80" w:type="dxa"/>
            </w:tcMar>
            <w:vAlign w:val="center"/>
          </w:tcPr>
          <w:p w14:paraId="1B2FA342" w14:textId="77777777" w:rsidR="00151075" w:rsidRDefault="00D76B7D">
            <w:pPr>
              <w:spacing w:after="0"/>
            </w:pPr>
            <w:r>
              <w:rPr>
                <w:b/>
                <w:color w:val="FFFFFF"/>
                <w:sz w:val="17"/>
              </w:rPr>
              <w:t>Onderdeel</w:t>
            </w:r>
          </w:p>
        </w:tc>
        <w:tc>
          <w:tcPr>
            <w:tcW w:w="6577" w:type="dxa"/>
            <w:shd w:val="clear" w:color="auto" w:fill="1F4E79"/>
            <w:tcMar>
              <w:top w:w="80" w:type="dxa"/>
              <w:left w:w="80" w:type="dxa"/>
              <w:bottom w:w="80" w:type="dxa"/>
              <w:right w:w="80" w:type="dxa"/>
            </w:tcMar>
            <w:vAlign w:val="center"/>
          </w:tcPr>
          <w:p w14:paraId="0D96DCFE" w14:textId="77777777" w:rsidR="00151075" w:rsidRDefault="00D76B7D">
            <w:pPr>
              <w:spacing w:after="0"/>
            </w:pPr>
            <w:r>
              <w:rPr>
                <w:b/>
                <w:color w:val="FFFFFF"/>
                <w:sz w:val="17"/>
              </w:rPr>
              <w:t>Invullen</w:t>
            </w:r>
          </w:p>
        </w:tc>
      </w:tr>
      <w:tr w:rsidR="00151075" w14:paraId="02955FBF" w14:textId="77777777" w:rsidTr="005A6DD4">
        <w:trPr>
          <w:jc w:val="center"/>
        </w:trPr>
        <w:tc>
          <w:tcPr>
            <w:tcW w:w="3889" w:type="dxa"/>
            <w:shd w:val="clear" w:color="auto" w:fill="F3F6F8"/>
          </w:tcPr>
          <w:p w14:paraId="359088BE" w14:textId="77777777" w:rsidR="00151075" w:rsidRDefault="00D76B7D">
            <w:pPr>
              <w:spacing w:after="0"/>
            </w:pPr>
            <w:r>
              <w:rPr>
                <w:b/>
                <w:sz w:val="16"/>
              </w:rPr>
              <w:t>Advies FG</w:t>
            </w:r>
          </w:p>
        </w:tc>
        <w:tc>
          <w:tcPr>
            <w:tcW w:w="6577" w:type="dxa"/>
          </w:tcPr>
          <w:p w14:paraId="04DAAB48" w14:textId="77777777" w:rsidR="00151075" w:rsidRDefault="00000000">
            <w:pPr>
              <w:spacing w:after="0"/>
            </w:pPr>
            <w:sdt>
              <w:sdtPr>
                <w:alias w:val="ADVIES_FG"/>
                <w:tag w:val="ADVIES_FG"/>
                <w:id w:val="-1479374746"/>
                <w:text/>
              </w:sdtPr>
              <w:sdtContent>
                <w:r w:rsidR="00D76B7D">
                  <w:rPr>
                    <w:color w:val="646464"/>
                    <w:sz w:val="16"/>
                  </w:rPr>
                  <w:t>{{ADVIES_FG}}</w:t>
                </w:r>
              </w:sdtContent>
            </w:sdt>
          </w:p>
        </w:tc>
      </w:tr>
      <w:tr w:rsidR="00151075" w14:paraId="361007E6" w14:textId="77777777" w:rsidTr="005A6DD4">
        <w:trPr>
          <w:jc w:val="center"/>
        </w:trPr>
        <w:tc>
          <w:tcPr>
            <w:tcW w:w="3889" w:type="dxa"/>
            <w:shd w:val="clear" w:color="auto" w:fill="F3F6F8"/>
          </w:tcPr>
          <w:p w14:paraId="3786CB60" w14:textId="77777777" w:rsidR="00151075" w:rsidRDefault="00D76B7D">
            <w:pPr>
              <w:spacing w:after="0"/>
            </w:pPr>
            <w:r>
              <w:rPr>
                <w:b/>
                <w:sz w:val="16"/>
              </w:rPr>
              <w:t>Voorwaarden FG</w:t>
            </w:r>
          </w:p>
        </w:tc>
        <w:tc>
          <w:tcPr>
            <w:tcW w:w="6577" w:type="dxa"/>
          </w:tcPr>
          <w:p w14:paraId="4934E311" w14:textId="77777777" w:rsidR="00151075" w:rsidRDefault="00000000">
            <w:pPr>
              <w:spacing w:after="0"/>
            </w:pPr>
            <w:sdt>
              <w:sdtPr>
                <w:alias w:val="VOORWAARDEN_FG"/>
                <w:tag w:val="VOORWAARDEN_FG"/>
                <w:id w:val="435106691"/>
                <w:text/>
              </w:sdtPr>
              <w:sdtContent>
                <w:r w:rsidR="00D76B7D">
                  <w:rPr>
                    <w:color w:val="646464"/>
                    <w:sz w:val="16"/>
                  </w:rPr>
                  <w:t>{{VOORWAARDEN_FG}}</w:t>
                </w:r>
              </w:sdtContent>
            </w:sdt>
          </w:p>
        </w:tc>
      </w:tr>
      <w:tr w:rsidR="00151075" w14:paraId="0CC791ED" w14:textId="77777777" w:rsidTr="005A6DD4">
        <w:trPr>
          <w:jc w:val="center"/>
        </w:trPr>
        <w:tc>
          <w:tcPr>
            <w:tcW w:w="3889" w:type="dxa"/>
            <w:shd w:val="clear" w:color="auto" w:fill="F3F6F8"/>
          </w:tcPr>
          <w:p w14:paraId="200BD5F4" w14:textId="77777777" w:rsidR="00151075" w:rsidRDefault="00D76B7D">
            <w:pPr>
              <w:spacing w:after="0"/>
            </w:pPr>
            <w:r>
              <w:rPr>
                <w:b/>
                <w:sz w:val="16"/>
              </w:rPr>
              <w:t>Datum en naam FG</w:t>
            </w:r>
          </w:p>
        </w:tc>
        <w:tc>
          <w:tcPr>
            <w:tcW w:w="6577" w:type="dxa"/>
          </w:tcPr>
          <w:p w14:paraId="011BAB7D" w14:textId="77777777" w:rsidR="00151075" w:rsidRDefault="00000000">
            <w:pPr>
              <w:spacing w:after="0"/>
            </w:pPr>
            <w:sdt>
              <w:sdtPr>
                <w:alias w:val="DATUM_NAAM_FG"/>
                <w:tag w:val="DATUM_NAAM_FG"/>
                <w:id w:val="991691878"/>
                <w:text/>
              </w:sdtPr>
              <w:sdtContent>
                <w:r w:rsidR="00D76B7D">
                  <w:rPr>
                    <w:color w:val="646464"/>
                    <w:sz w:val="16"/>
                  </w:rPr>
                  <w:t>{{DATUM_NAAM_FG}}</w:t>
                </w:r>
              </w:sdtContent>
            </w:sdt>
          </w:p>
        </w:tc>
      </w:tr>
      <w:tr w:rsidR="00151075" w14:paraId="2F39C8B5" w14:textId="77777777" w:rsidTr="005A6DD4">
        <w:trPr>
          <w:jc w:val="center"/>
        </w:trPr>
        <w:tc>
          <w:tcPr>
            <w:tcW w:w="3889" w:type="dxa"/>
            <w:shd w:val="clear" w:color="auto" w:fill="F3F6F8"/>
          </w:tcPr>
          <w:p w14:paraId="5F35ECB4" w14:textId="77777777" w:rsidR="00151075" w:rsidRDefault="00D76B7D">
            <w:pPr>
              <w:spacing w:after="0"/>
            </w:pPr>
            <w:r>
              <w:rPr>
                <w:b/>
                <w:sz w:val="16"/>
              </w:rPr>
              <w:t>Advies CISO / security officer</w:t>
            </w:r>
          </w:p>
        </w:tc>
        <w:tc>
          <w:tcPr>
            <w:tcW w:w="6577" w:type="dxa"/>
          </w:tcPr>
          <w:p w14:paraId="32C6A609" w14:textId="77777777" w:rsidR="00151075" w:rsidRDefault="00000000">
            <w:pPr>
              <w:spacing w:after="0"/>
            </w:pPr>
            <w:sdt>
              <w:sdtPr>
                <w:alias w:val="ADVIES_CISO"/>
                <w:tag w:val="ADVIES_CISO"/>
                <w:id w:val="330881261"/>
                <w:text/>
              </w:sdtPr>
              <w:sdtContent>
                <w:r w:rsidR="00D76B7D">
                  <w:rPr>
                    <w:color w:val="646464"/>
                    <w:sz w:val="16"/>
                  </w:rPr>
                  <w:t>{{ADVIES_CISO}}</w:t>
                </w:r>
              </w:sdtContent>
            </w:sdt>
          </w:p>
        </w:tc>
      </w:tr>
      <w:tr w:rsidR="00151075" w14:paraId="2DBE263B" w14:textId="77777777" w:rsidTr="005A6DD4">
        <w:trPr>
          <w:jc w:val="center"/>
        </w:trPr>
        <w:tc>
          <w:tcPr>
            <w:tcW w:w="3889" w:type="dxa"/>
            <w:shd w:val="clear" w:color="auto" w:fill="F3F6F8"/>
          </w:tcPr>
          <w:p w14:paraId="56D595E7" w14:textId="77777777" w:rsidR="00151075" w:rsidRDefault="00D76B7D">
            <w:pPr>
              <w:spacing w:after="0"/>
            </w:pPr>
            <w:r>
              <w:rPr>
                <w:b/>
                <w:sz w:val="16"/>
              </w:rPr>
              <w:t>Belangrijkste beveiligingsrisico’s</w:t>
            </w:r>
          </w:p>
        </w:tc>
        <w:tc>
          <w:tcPr>
            <w:tcW w:w="6577" w:type="dxa"/>
          </w:tcPr>
          <w:p w14:paraId="5AE4AA10" w14:textId="77777777" w:rsidR="00151075" w:rsidRDefault="00000000">
            <w:pPr>
              <w:spacing w:after="0"/>
            </w:pPr>
            <w:sdt>
              <w:sdtPr>
                <w:alias w:val="BELANGRIJKSTE_SECURITY_RISICOS"/>
                <w:tag w:val="BELANGRIJKSTE_SECURITY_RISICOS"/>
                <w:id w:val="582645950"/>
                <w:text/>
              </w:sdtPr>
              <w:sdtContent>
                <w:r w:rsidR="00D76B7D">
                  <w:rPr>
                    <w:color w:val="646464"/>
                    <w:sz w:val="16"/>
                  </w:rPr>
                  <w:t>{{BELANGRIJKSTE_SECURITY_RISICOS}}</w:t>
                </w:r>
              </w:sdtContent>
            </w:sdt>
          </w:p>
        </w:tc>
      </w:tr>
      <w:tr w:rsidR="00151075" w14:paraId="7C3E4B9E" w14:textId="77777777" w:rsidTr="005A6DD4">
        <w:trPr>
          <w:jc w:val="center"/>
        </w:trPr>
        <w:tc>
          <w:tcPr>
            <w:tcW w:w="3889" w:type="dxa"/>
            <w:shd w:val="clear" w:color="auto" w:fill="F3F6F8"/>
          </w:tcPr>
          <w:p w14:paraId="72CD6951" w14:textId="77777777" w:rsidR="00151075" w:rsidRDefault="00D76B7D">
            <w:pPr>
              <w:spacing w:after="0"/>
            </w:pPr>
            <w:r>
              <w:rPr>
                <w:b/>
                <w:sz w:val="16"/>
              </w:rPr>
              <w:t>Voorwaarden CISO/security</w:t>
            </w:r>
          </w:p>
        </w:tc>
        <w:tc>
          <w:tcPr>
            <w:tcW w:w="6577" w:type="dxa"/>
          </w:tcPr>
          <w:p w14:paraId="4D4E37FE" w14:textId="77777777" w:rsidR="00151075" w:rsidRDefault="00000000">
            <w:pPr>
              <w:spacing w:after="0"/>
            </w:pPr>
            <w:sdt>
              <w:sdtPr>
                <w:alias w:val="VOORWAARDEN_CISO"/>
                <w:tag w:val="VOORWAARDEN_CISO"/>
                <w:id w:val="-1718808584"/>
                <w:text/>
              </w:sdtPr>
              <w:sdtContent>
                <w:r w:rsidR="00D76B7D">
                  <w:rPr>
                    <w:color w:val="646464"/>
                    <w:sz w:val="16"/>
                  </w:rPr>
                  <w:t>{{VOORWAARDEN_CISO}}</w:t>
                </w:r>
              </w:sdtContent>
            </w:sdt>
          </w:p>
        </w:tc>
      </w:tr>
      <w:tr w:rsidR="00151075" w14:paraId="77E6B9C7" w14:textId="77777777" w:rsidTr="005A6DD4">
        <w:trPr>
          <w:jc w:val="center"/>
        </w:trPr>
        <w:tc>
          <w:tcPr>
            <w:tcW w:w="3889" w:type="dxa"/>
            <w:shd w:val="clear" w:color="auto" w:fill="F3F6F8"/>
          </w:tcPr>
          <w:p w14:paraId="7CE7ED6C" w14:textId="77777777" w:rsidR="00151075" w:rsidRDefault="00D76B7D">
            <w:pPr>
              <w:spacing w:after="0"/>
            </w:pPr>
            <w:r>
              <w:rPr>
                <w:b/>
                <w:sz w:val="16"/>
              </w:rPr>
              <w:t>Datum en naam CISO/security</w:t>
            </w:r>
          </w:p>
        </w:tc>
        <w:tc>
          <w:tcPr>
            <w:tcW w:w="6577" w:type="dxa"/>
          </w:tcPr>
          <w:p w14:paraId="688C4058" w14:textId="77777777" w:rsidR="00151075" w:rsidRDefault="00000000">
            <w:pPr>
              <w:spacing w:after="0"/>
            </w:pPr>
            <w:sdt>
              <w:sdtPr>
                <w:alias w:val="DATUM_NAAM_CISO"/>
                <w:tag w:val="DATUM_NAAM_CISO"/>
                <w:id w:val="-820418908"/>
                <w:text/>
              </w:sdtPr>
              <w:sdtContent>
                <w:r w:rsidR="00D76B7D">
                  <w:rPr>
                    <w:color w:val="646464"/>
                    <w:sz w:val="16"/>
                  </w:rPr>
                  <w:t>{{DATUM_NAAM_CISO}}</w:t>
                </w:r>
              </w:sdtContent>
            </w:sdt>
          </w:p>
        </w:tc>
      </w:tr>
      <w:tr w:rsidR="00151075" w14:paraId="4E318D9E" w14:textId="77777777" w:rsidTr="005A6DD4">
        <w:trPr>
          <w:jc w:val="center"/>
        </w:trPr>
        <w:tc>
          <w:tcPr>
            <w:tcW w:w="3889" w:type="dxa"/>
            <w:shd w:val="clear" w:color="auto" w:fill="F3F6F8"/>
          </w:tcPr>
          <w:p w14:paraId="6971F67C" w14:textId="77777777" w:rsidR="00151075" w:rsidRDefault="00D76B7D">
            <w:pPr>
              <w:spacing w:after="0"/>
            </w:pPr>
            <w:r>
              <w:rPr>
                <w:b/>
                <w:sz w:val="16"/>
              </w:rPr>
              <w:t>Besluit proceseigenaar/directie/bestuur</w:t>
            </w:r>
          </w:p>
        </w:tc>
        <w:tc>
          <w:tcPr>
            <w:tcW w:w="6577" w:type="dxa"/>
          </w:tcPr>
          <w:p w14:paraId="5409E22A" w14:textId="77777777" w:rsidR="00151075" w:rsidRDefault="00000000">
            <w:pPr>
              <w:spacing w:after="0"/>
            </w:pPr>
            <w:sdt>
              <w:sdtPr>
                <w:alias w:val="BESLUIT"/>
                <w:tag w:val="BESLUIT"/>
                <w:id w:val="879517832"/>
                <w:text/>
              </w:sdtPr>
              <w:sdtContent>
                <w:r w:rsidR="00D76B7D">
                  <w:rPr>
                    <w:color w:val="646464"/>
                    <w:sz w:val="16"/>
                  </w:rPr>
                  <w:t>{{BESLUIT}}</w:t>
                </w:r>
              </w:sdtContent>
            </w:sdt>
          </w:p>
        </w:tc>
      </w:tr>
      <w:tr w:rsidR="00151075" w14:paraId="4C0E15C5" w14:textId="77777777" w:rsidTr="005A6DD4">
        <w:trPr>
          <w:jc w:val="center"/>
        </w:trPr>
        <w:tc>
          <w:tcPr>
            <w:tcW w:w="3889" w:type="dxa"/>
            <w:shd w:val="clear" w:color="auto" w:fill="F3F6F8"/>
          </w:tcPr>
          <w:p w14:paraId="5E12D5D1" w14:textId="77777777" w:rsidR="00151075" w:rsidRDefault="00D76B7D">
            <w:pPr>
              <w:spacing w:after="0"/>
            </w:pPr>
            <w:r>
              <w:rPr>
                <w:b/>
                <w:sz w:val="16"/>
              </w:rPr>
              <w:t>Motivatie besluit</w:t>
            </w:r>
          </w:p>
        </w:tc>
        <w:tc>
          <w:tcPr>
            <w:tcW w:w="6577" w:type="dxa"/>
          </w:tcPr>
          <w:p w14:paraId="13A19097" w14:textId="77777777" w:rsidR="00151075" w:rsidRDefault="00000000">
            <w:pPr>
              <w:spacing w:after="0"/>
            </w:pPr>
            <w:sdt>
              <w:sdtPr>
                <w:alias w:val="MOTIVATIE_BESLUIT"/>
                <w:tag w:val="MOTIVATIE_BESLUIT"/>
                <w:id w:val="1885908407"/>
                <w:text/>
              </w:sdtPr>
              <w:sdtContent>
                <w:r w:rsidR="00D76B7D">
                  <w:rPr>
                    <w:color w:val="646464"/>
                    <w:sz w:val="16"/>
                  </w:rPr>
                  <w:t>{{MOTIVATIE_BESLUIT}}</w:t>
                </w:r>
              </w:sdtContent>
            </w:sdt>
          </w:p>
        </w:tc>
      </w:tr>
      <w:tr w:rsidR="00151075" w14:paraId="1C0F7362" w14:textId="77777777" w:rsidTr="005A6DD4">
        <w:trPr>
          <w:jc w:val="center"/>
        </w:trPr>
        <w:tc>
          <w:tcPr>
            <w:tcW w:w="3889" w:type="dxa"/>
            <w:shd w:val="clear" w:color="auto" w:fill="F3F6F8"/>
          </w:tcPr>
          <w:p w14:paraId="5365FE88" w14:textId="77777777" w:rsidR="00151075" w:rsidRDefault="00D76B7D">
            <w:pPr>
              <w:spacing w:after="0"/>
            </w:pPr>
            <w:r>
              <w:rPr>
                <w:b/>
                <w:sz w:val="16"/>
              </w:rPr>
              <w:t>Datum besluit</w:t>
            </w:r>
          </w:p>
        </w:tc>
        <w:tc>
          <w:tcPr>
            <w:tcW w:w="6577" w:type="dxa"/>
          </w:tcPr>
          <w:p w14:paraId="0AE28AB1" w14:textId="77777777" w:rsidR="00151075" w:rsidRDefault="00000000">
            <w:pPr>
              <w:spacing w:after="0"/>
            </w:pPr>
            <w:sdt>
              <w:sdtPr>
                <w:alias w:val="DATUM_BESLUIT_2"/>
                <w:tag w:val="DATUM_BESLUIT_2"/>
                <w:id w:val="1608390017"/>
                <w:text/>
              </w:sdtPr>
              <w:sdtContent>
                <w:r w:rsidR="00D76B7D">
                  <w:rPr>
                    <w:color w:val="646464"/>
                    <w:sz w:val="16"/>
                  </w:rPr>
                  <w:t>{{DATUM_BESLUIT_2}}</w:t>
                </w:r>
              </w:sdtContent>
            </w:sdt>
          </w:p>
        </w:tc>
      </w:tr>
    </w:tbl>
    <w:p w14:paraId="17CA2CA1" w14:textId="77777777" w:rsidR="00151075" w:rsidRDefault="00151075"/>
    <w:p w14:paraId="421ECE8A" w14:textId="77777777" w:rsidR="00151075" w:rsidRDefault="00D76B7D">
      <w:pPr>
        <w:pStyle w:val="Heading2"/>
      </w:pPr>
      <w:r>
        <w:t>21. Herbeoordeling, monitoring en auditplanning</w:t>
      </w:r>
    </w:p>
    <w:tbl>
      <w:tblPr>
        <w:tblStyle w:val="TableGrid"/>
        <w:tblW w:w="0" w:type="auto"/>
        <w:jc w:val="center"/>
        <w:tblLook w:val="04A0" w:firstRow="1" w:lastRow="0" w:firstColumn="1" w:lastColumn="0" w:noHBand="0" w:noVBand="1"/>
      </w:tblPr>
      <w:tblGrid>
        <w:gridCol w:w="3889"/>
        <w:gridCol w:w="6577"/>
      </w:tblGrid>
      <w:tr w:rsidR="00151075" w14:paraId="712B4F92" w14:textId="77777777" w:rsidTr="005A6DD4">
        <w:trPr>
          <w:tblHeader/>
          <w:jc w:val="center"/>
        </w:trPr>
        <w:tc>
          <w:tcPr>
            <w:tcW w:w="3889" w:type="dxa"/>
            <w:shd w:val="clear" w:color="auto" w:fill="1F4E79"/>
            <w:tcMar>
              <w:top w:w="80" w:type="dxa"/>
              <w:left w:w="80" w:type="dxa"/>
              <w:bottom w:w="80" w:type="dxa"/>
              <w:right w:w="80" w:type="dxa"/>
            </w:tcMar>
            <w:vAlign w:val="center"/>
          </w:tcPr>
          <w:p w14:paraId="32E66ADC" w14:textId="77777777" w:rsidR="00151075" w:rsidRDefault="00D76B7D">
            <w:pPr>
              <w:spacing w:after="0"/>
            </w:pPr>
            <w:r>
              <w:rPr>
                <w:b/>
                <w:color w:val="FFFFFF"/>
                <w:sz w:val="17"/>
              </w:rPr>
              <w:t>Vraag</w:t>
            </w:r>
          </w:p>
        </w:tc>
        <w:tc>
          <w:tcPr>
            <w:tcW w:w="6577" w:type="dxa"/>
            <w:shd w:val="clear" w:color="auto" w:fill="1F4E79"/>
            <w:tcMar>
              <w:top w:w="80" w:type="dxa"/>
              <w:left w:w="80" w:type="dxa"/>
              <w:bottom w:w="80" w:type="dxa"/>
              <w:right w:w="80" w:type="dxa"/>
            </w:tcMar>
            <w:vAlign w:val="center"/>
          </w:tcPr>
          <w:p w14:paraId="4C9E54E2" w14:textId="77777777" w:rsidR="00151075" w:rsidRDefault="00D76B7D">
            <w:pPr>
              <w:spacing w:after="0"/>
            </w:pPr>
            <w:r>
              <w:rPr>
                <w:b/>
                <w:color w:val="FFFFFF"/>
                <w:sz w:val="17"/>
              </w:rPr>
              <w:t>Antwoord</w:t>
            </w:r>
          </w:p>
        </w:tc>
      </w:tr>
      <w:tr w:rsidR="00151075" w14:paraId="69DDE89A" w14:textId="77777777" w:rsidTr="005A6DD4">
        <w:trPr>
          <w:jc w:val="center"/>
        </w:trPr>
        <w:tc>
          <w:tcPr>
            <w:tcW w:w="3889" w:type="dxa"/>
            <w:shd w:val="clear" w:color="auto" w:fill="F3F6F8"/>
          </w:tcPr>
          <w:p w14:paraId="25987C57" w14:textId="77777777" w:rsidR="00151075" w:rsidRDefault="00D76B7D">
            <w:pPr>
              <w:spacing w:after="0"/>
            </w:pPr>
            <w:r>
              <w:rPr>
                <w:b/>
                <w:sz w:val="16"/>
              </w:rPr>
              <w:t>Volgende herbeoordeling gepland op</w:t>
            </w:r>
          </w:p>
        </w:tc>
        <w:tc>
          <w:tcPr>
            <w:tcW w:w="6577" w:type="dxa"/>
          </w:tcPr>
          <w:p w14:paraId="65E6E973" w14:textId="77777777" w:rsidR="00151075" w:rsidRDefault="00000000">
            <w:pPr>
              <w:spacing w:after="0"/>
            </w:pPr>
            <w:sdt>
              <w:sdtPr>
                <w:alias w:val="HERZIENING_DATUM"/>
                <w:tag w:val="HERZIENING_DATUM"/>
                <w:id w:val="-852721164"/>
                <w:text/>
              </w:sdtPr>
              <w:sdtContent>
                <w:r w:rsidR="00D76B7D">
                  <w:rPr>
                    <w:color w:val="646464"/>
                    <w:sz w:val="16"/>
                  </w:rPr>
                  <w:t>{{HERZIENING_DATUM}}</w:t>
                </w:r>
              </w:sdtContent>
            </w:sdt>
          </w:p>
        </w:tc>
      </w:tr>
      <w:tr w:rsidR="00151075" w14:paraId="4FA18781" w14:textId="77777777" w:rsidTr="005A6DD4">
        <w:trPr>
          <w:jc w:val="center"/>
        </w:trPr>
        <w:tc>
          <w:tcPr>
            <w:tcW w:w="3889" w:type="dxa"/>
            <w:shd w:val="clear" w:color="auto" w:fill="F3F6F8"/>
          </w:tcPr>
          <w:p w14:paraId="01315B41" w14:textId="77777777" w:rsidR="00151075" w:rsidRDefault="00D76B7D">
            <w:pPr>
              <w:spacing w:after="0"/>
            </w:pPr>
            <w:r>
              <w:rPr>
                <w:b/>
                <w:sz w:val="16"/>
              </w:rPr>
              <w:t>Triggers voor directe herbeoordeling</w:t>
            </w:r>
          </w:p>
        </w:tc>
        <w:tc>
          <w:tcPr>
            <w:tcW w:w="6577" w:type="dxa"/>
          </w:tcPr>
          <w:p w14:paraId="5D867107" w14:textId="77777777" w:rsidR="00151075" w:rsidRDefault="00000000">
            <w:pPr>
              <w:spacing w:after="0"/>
            </w:pPr>
            <w:sdt>
              <w:sdtPr>
                <w:alias w:val="TRIGGERS_HERBEOORDELING"/>
                <w:tag w:val="TRIGGERS_HERBEOORDELING"/>
                <w:id w:val="324403135"/>
                <w:text/>
              </w:sdtPr>
              <w:sdtContent>
                <w:r w:rsidR="00D76B7D">
                  <w:rPr>
                    <w:color w:val="646464"/>
                    <w:sz w:val="16"/>
                  </w:rPr>
                  <w:t>{{TRIGGERS_HERBEOORDELING}}</w:t>
                </w:r>
              </w:sdtContent>
            </w:sdt>
          </w:p>
        </w:tc>
      </w:tr>
      <w:tr w:rsidR="00151075" w14:paraId="7E9C9D73" w14:textId="77777777" w:rsidTr="005A6DD4">
        <w:trPr>
          <w:jc w:val="center"/>
        </w:trPr>
        <w:tc>
          <w:tcPr>
            <w:tcW w:w="3889" w:type="dxa"/>
            <w:shd w:val="clear" w:color="auto" w:fill="F3F6F8"/>
          </w:tcPr>
          <w:p w14:paraId="02D85295" w14:textId="77777777" w:rsidR="00151075" w:rsidRDefault="00D76B7D">
            <w:pPr>
              <w:spacing w:after="0"/>
            </w:pPr>
            <w:r>
              <w:rPr>
                <w:b/>
                <w:sz w:val="16"/>
              </w:rPr>
              <w:t>Eigenaar opvolging maatregelen</w:t>
            </w:r>
          </w:p>
        </w:tc>
        <w:tc>
          <w:tcPr>
            <w:tcW w:w="6577" w:type="dxa"/>
          </w:tcPr>
          <w:p w14:paraId="3FE4D520" w14:textId="77777777" w:rsidR="00151075" w:rsidRDefault="00000000">
            <w:pPr>
              <w:spacing w:after="0"/>
            </w:pPr>
            <w:sdt>
              <w:sdtPr>
                <w:alias w:val="BEWAAKT_OPVOLGING"/>
                <w:tag w:val="BEWAAKT_OPVOLGING"/>
                <w:id w:val="-1851707491"/>
                <w:text/>
              </w:sdtPr>
              <w:sdtContent>
                <w:r w:rsidR="00D76B7D">
                  <w:rPr>
                    <w:color w:val="646464"/>
                    <w:sz w:val="16"/>
                  </w:rPr>
                  <w:t>{{BEWAAKT_OPVOLGING}}</w:t>
                </w:r>
              </w:sdtContent>
            </w:sdt>
          </w:p>
        </w:tc>
      </w:tr>
      <w:tr w:rsidR="00151075" w14:paraId="67ED4F06" w14:textId="77777777" w:rsidTr="005A6DD4">
        <w:trPr>
          <w:jc w:val="center"/>
        </w:trPr>
        <w:tc>
          <w:tcPr>
            <w:tcW w:w="3889" w:type="dxa"/>
            <w:shd w:val="clear" w:color="auto" w:fill="F3F6F8"/>
          </w:tcPr>
          <w:p w14:paraId="59515204" w14:textId="77777777" w:rsidR="00151075" w:rsidRDefault="00D76B7D">
            <w:pPr>
              <w:spacing w:after="0"/>
            </w:pPr>
            <w:r>
              <w:rPr>
                <w:b/>
                <w:sz w:val="16"/>
              </w:rPr>
              <w:t>Koppeling aan verwerkingsregister</w:t>
            </w:r>
          </w:p>
        </w:tc>
        <w:tc>
          <w:tcPr>
            <w:tcW w:w="6577" w:type="dxa"/>
          </w:tcPr>
          <w:p w14:paraId="1FC44C6E" w14:textId="77777777" w:rsidR="00151075" w:rsidRDefault="00000000">
            <w:pPr>
              <w:spacing w:after="0"/>
            </w:pPr>
            <w:sdt>
              <w:sdtPr>
                <w:alias w:val="KOPPELING_VERWERKINGSREGISTER"/>
                <w:tag w:val="KOPPELING_VERWERKINGSREGISTER"/>
                <w:id w:val="-1855341734"/>
                <w:text/>
              </w:sdtPr>
              <w:sdtContent>
                <w:r w:rsidR="00D76B7D">
                  <w:rPr>
                    <w:color w:val="646464"/>
                    <w:sz w:val="16"/>
                  </w:rPr>
                  <w:t>{{KOPPELING_VERWERKINGSREGISTER}}</w:t>
                </w:r>
              </w:sdtContent>
            </w:sdt>
          </w:p>
        </w:tc>
      </w:tr>
      <w:tr w:rsidR="00151075" w14:paraId="198CEBE8" w14:textId="77777777" w:rsidTr="005A6DD4">
        <w:trPr>
          <w:jc w:val="center"/>
        </w:trPr>
        <w:tc>
          <w:tcPr>
            <w:tcW w:w="3889" w:type="dxa"/>
            <w:shd w:val="clear" w:color="auto" w:fill="F3F6F8"/>
          </w:tcPr>
          <w:p w14:paraId="15FD7678" w14:textId="77777777" w:rsidR="00151075" w:rsidRDefault="00D76B7D">
            <w:pPr>
              <w:spacing w:after="0"/>
            </w:pPr>
            <w:r>
              <w:rPr>
                <w:b/>
                <w:sz w:val="16"/>
              </w:rPr>
              <w:t>Koppeling aan ISMS-risicoregister</w:t>
            </w:r>
          </w:p>
        </w:tc>
        <w:tc>
          <w:tcPr>
            <w:tcW w:w="6577" w:type="dxa"/>
          </w:tcPr>
          <w:p w14:paraId="37B6928A" w14:textId="77777777" w:rsidR="00151075" w:rsidRDefault="00000000">
            <w:pPr>
              <w:spacing w:after="0"/>
            </w:pPr>
            <w:sdt>
              <w:sdtPr>
                <w:alias w:val="KOPPELING_ISMS"/>
                <w:tag w:val="KOPPELING_ISMS"/>
                <w:id w:val="-465515102"/>
                <w:text/>
              </w:sdtPr>
              <w:sdtContent>
                <w:r w:rsidR="00D76B7D">
                  <w:rPr>
                    <w:color w:val="646464"/>
                    <w:sz w:val="16"/>
                  </w:rPr>
                  <w:t>{{KOPPELING_ISMS}}</w:t>
                </w:r>
              </w:sdtContent>
            </w:sdt>
          </w:p>
        </w:tc>
      </w:tr>
      <w:tr w:rsidR="00151075" w14:paraId="3B6CB9CD" w14:textId="77777777" w:rsidTr="005A6DD4">
        <w:trPr>
          <w:jc w:val="center"/>
        </w:trPr>
        <w:tc>
          <w:tcPr>
            <w:tcW w:w="3889" w:type="dxa"/>
            <w:shd w:val="clear" w:color="auto" w:fill="F3F6F8"/>
          </w:tcPr>
          <w:p w14:paraId="4E42E212" w14:textId="77777777" w:rsidR="00151075" w:rsidRDefault="00D76B7D">
            <w:pPr>
              <w:spacing w:after="0"/>
            </w:pPr>
            <w:r>
              <w:rPr>
                <w:b/>
                <w:sz w:val="16"/>
              </w:rPr>
              <w:t>Koppeling aan leveranciersmanagement</w:t>
            </w:r>
          </w:p>
        </w:tc>
        <w:tc>
          <w:tcPr>
            <w:tcW w:w="6577" w:type="dxa"/>
          </w:tcPr>
          <w:p w14:paraId="76E7AE9E" w14:textId="77777777" w:rsidR="00151075" w:rsidRDefault="00000000">
            <w:pPr>
              <w:spacing w:after="0"/>
            </w:pPr>
            <w:sdt>
              <w:sdtPr>
                <w:alias w:val="KOPPELING_LEVERANCIERSMANAGEMENT"/>
                <w:tag w:val="KOPPELING_LEVERANCIERSMANAGEMENT"/>
                <w:id w:val="1648706136"/>
                <w:text/>
              </w:sdtPr>
              <w:sdtContent>
                <w:r w:rsidR="00D76B7D">
                  <w:rPr>
                    <w:color w:val="646464"/>
                    <w:sz w:val="16"/>
                  </w:rPr>
                  <w:t>{{KOPPELING_LEVERANCIERSMANAGEMENT}}</w:t>
                </w:r>
              </w:sdtContent>
            </w:sdt>
          </w:p>
        </w:tc>
      </w:tr>
      <w:tr w:rsidR="00151075" w14:paraId="38BFFD31" w14:textId="77777777" w:rsidTr="005A6DD4">
        <w:trPr>
          <w:jc w:val="center"/>
        </w:trPr>
        <w:tc>
          <w:tcPr>
            <w:tcW w:w="3889" w:type="dxa"/>
            <w:shd w:val="clear" w:color="auto" w:fill="F3F6F8"/>
          </w:tcPr>
          <w:p w14:paraId="5520B57A" w14:textId="77777777" w:rsidR="00151075" w:rsidRDefault="00D76B7D">
            <w:pPr>
              <w:spacing w:after="0"/>
            </w:pPr>
            <w:r>
              <w:rPr>
                <w:b/>
                <w:sz w:val="16"/>
              </w:rPr>
              <w:t>Koppeling aan datalek-/incidentproces</w:t>
            </w:r>
          </w:p>
        </w:tc>
        <w:tc>
          <w:tcPr>
            <w:tcW w:w="6577" w:type="dxa"/>
          </w:tcPr>
          <w:p w14:paraId="62DEF883" w14:textId="77777777" w:rsidR="00151075" w:rsidRDefault="00000000">
            <w:pPr>
              <w:spacing w:after="0"/>
            </w:pPr>
            <w:sdt>
              <w:sdtPr>
                <w:alias w:val="KOPPELING_INCIDENTPROCES"/>
                <w:tag w:val="KOPPELING_INCIDENTPROCES"/>
                <w:id w:val="1038164745"/>
                <w:text/>
              </w:sdtPr>
              <w:sdtContent>
                <w:r w:rsidR="00D76B7D">
                  <w:rPr>
                    <w:color w:val="646464"/>
                    <w:sz w:val="16"/>
                  </w:rPr>
                  <w:t>{{KOPPELING_INCIDENTPROCES}}</w:t>
                </w:r>
              </w:sdtContent>
            </w:sdt>
          </w:p>
        </w:tc>
      </w:tr>
      <w:tr w:rsidR="00151075" w14:paraId="3B94CD55" w14:textId="77777777" w:rsidTr="005A6DD4">
        <w:trPr>
          <w:jc w:val="center"/>
        </w:trPr>
        <w:tc>
          <w:tcPr>
            <w:tcW w:w="3889" w:type="dxa"/>
            <w:shd w:val="clear" w:color="auto" w:fill="F3F6F8"/>
          </w:tcPr>
          <w:p w14:paraId="38610656" w14:textId="77777777" w:rsidR="00151075" w:rsidRDefault="00D76B7D">
            <w:pPr>
              <w:spacing w:after="0"/>
            </w:pPr>
            <w:r>
              <w:rPr>
                <w:b/>
                <w:sz w:val="16"/>
              </w:rPr>
              <w:t>Interne audit gepland?</w:t>
            </w:r>
          </w:p>
        </w:tc>
        <w:tc>
          <w:tcPr>
            <w:tcW w:w="6577" w:type="dxa"/>
          </w:tcPr>
          <w:p w14:paraId="7D3CDA4B" w14:textId="77777777" w:rsidR="00151075" w:rsidRDefault="00000000">
            <w:pPr>
              <w:spacing w:after="0"/>
            </w:pPr>
            <w:sdt>
              <w:sdtPr>
                <w:alias w:val="INTERNE_AUDIT_GEPLAND"/>
                <w:tag w:val="INTERNE_AUDIT_GEPLAND"/>
                <w:id w:val="1159653515"/>
                <w:text/>
              </w:sdtPr>
              <w:sdtContent>
                <w:r w:rsidR="00D76B7D">
                  <w:rPr>
                    <w:color w:val="646464"/>
                    <w:sz w:val="16"/>
                  </w:rPr>
                  <w:t>{{INTERNE_AUDIT_GEPLAND}}</w:t>
                </w:r>
              </w:sdtContent>
            </w:sdt>
          </w:p>
        </w:tc>
      </w:tr>
    </w:tbl>
    <w:p w14:paraId="56960F1E" w14:textId="77777777" w:rsidR="00151075" w:rsidRDefault="00151075"/>
    <w:p w14:paraId="55CED88D" w14:textId="77777777" w:rsidR="00151075" w:rsidRDefault="00D76B7D">
      <w:pPr>
        <w:pStyle w:val="Heading2"/>
      </w:pPr>
      <w:r>
        <w:t>22. Auditdossier: vereiste bewijsstukken</w:t>
      </w:r>
    </w:p>
    <w:p w14:paraId="7B566D37" w14:textId="77777777" w:rsidR="00151075" w:rsidRPr="005A6DD4" w:rsidRDefault="00D76B7D">
      <w:pPr>
        <w:pStyle w:val="Heading3"/>
        <w:rPr>
          <w:lang w:val="nl-NL"/>
        </w:rPr>
      </w:pPr>
      <w:r w:rsidRPr="005A6DD4">
        <w:rPr>
          <w:lang w:val="nl-NL"/>
        </w:rPr>
        <w:t>Bewijslijst voor auditor of interne controle</w:t>
      </w:r>
    </w:p>
    <w:tbl>
      <w:tblPr>
        <w:tblStyle w:val="TableGrid"/>
        <w:tblW w:w="0" w:type="auto"/>
        <w:jc w:val="center"/>
        <w:tblLook w:val="04A0" w:firstRow="1" w:lastRow="0" w:firstColumn="1" w:lastColumn="0" w:noHBand="0" w:noVBand="1"/>
      </w:tblPr>
      <w:tblGrid>
        <w:gridCol w:w="3385"/>
        <w:gridCol w:w="2489"/>
        <w:gridCol w:w="2410"/>
        <w:gridCol w:w="2188"/>
      </w:tblGrid>
      <w:tr w:rsidR="00151075" w14:paraId="3E9BD81D" w14:textId="77777777">
        <w:trPr>
          <w:tblHeader/>
          <w:jc w:val="center"/>
        </w:trPr>
        <w:tc>
          <w:tcPr>
            <w:tcW w:w="3628" w:type="dxa"/>
            <w:shd w:val="clear" w:color="auto" w:fill="1F4E79"/>
            <w:tcMar>
              <w:top w:w="80" w:type="dxa"/>
              <w:left w:w="80" w:type="dxa"/>
              <w:bottom w:w="80" w:type="dxa"/>
              <w:right w:w="80" w:type="dxa"/>
            </w:tcMar>
            <w:vAlign w:val="center"/>
          </w:tcPr>
          <w:p w14:paraId="3DA8C892" w14:textId="77777777" w:rsidR="00151075" w:rsidRDefault="00D76B7D">
            <w:pPr>
              <w:spacing w:after="0"/>
            </w:pPr>
            <w:r>
              <w:rPr>
                <w:b/>
                <w:color w:val="FFFFFF"/>
                <w:sz w:val="15"/>
              </w:rPr>
              <w:t>Controlepunt</w:t>
            </w:r>
          </w:p>
        </w:tc>
        <w:tc>
          <w:tcPr>
            <w:tcW w:w="2948" w:type="dxa"/>
            <w:shd w:val="clear" w:color="auto" w:fill="1F4E79"/>
            <w:tcMar>
              <w:top w:w="80" w:type="dxa"/>
              <w:left w:w="80" w:type="dxa"/>
              <w:bottom w:w="80" w:type="dxa"/>
              <w:right w:w="80" w:type="dxa"/>
            </w:tcMar>
            <w:vAlign w:val="center"/>
          </w:tcPr>
          <w:p w14:paraId="0F2370F8" w14:textId="77777777" w:rsidR="00151075" w:rsidRDefault="00D76B7D">
            <w:pPr>
              <w:spacing w:after="0"/>
            </w:pPr>
            <w:r>
              <w:rPr>
                <w:b/>
                <w:color w:val="FFFFFF"/>
                <w:sz w:val="15"/>
              </w:rPr>
              <w:t>Bewijsstuk / bron</w:t>
            </w:r>
          </w:p>
        </w:tc>
        <w:tc>
          <w:tcPr>
            <w:tcW w:w="1360" w:type="dxa"/>
            <w:shd w:val="clear" w:color="auto" w:fill="1F4E79"/>
            <w:tcMar>
              <w:top w:w="80" w:type="dxa"/>
              <w:left w:w="80" w:type="dxa"/>
              <w:bottom w:w="80" w:type="dxa"/>
              <w:right w:w="80" w:type="dxa"/>
            </w:tcMar>
            <w:vAlign w:val="center"/>
          </w:tcPr>
          <w:p w14:paraId="5DB18B18" w14:textId="77777777" w:rsidR="00151075" w:rsidRDefault="00D76B7D">
            <w:pPr>
              <w:spacing w:after="0"/>
            </w:pPr>
            <w:r>
              <w:rPr>
                <w:b/>
                <w:color w:val="FFFFFF"/>
                <w:sz w:val="15"/>
              </w:rPr>
              <w:t>Eigenaar</w:t>
            </w:r>
          </w:p>
        </w:tc>
        <w:tc>
          <w:tcPr>
            <w:tcW w:w="1417" w:type="dxa"/>
            <w:shd w:val="clear" w:color="auto" w:fill="1F4E79"/>
            <w:tcMar>
              <w:top w:w="80" w:type="dxa"/>
              <w:left w:w="80" w:type="dxa"/>
              <w:bottom w:w="80" w:type="dxa"/>
              <w:right w:w="80" w:type="dxa"/>
            </w:tcMar>
            <w:vAlign w:val="center"/>
          </w:tcPr>
          <w:p w14:paraId="7F320FFA" w14:textId="77777777" w:rsidR="00151075" w:rsidRDefault="00D76B7D">
            <w:pPr>
              <w:spacing w:after="0"/>
            </w:pPr>
            <w:r>
              <w:rPr>
                <w:b/>
                <w:color w:val="FFFFFF"/>
                <w:sz w:val="15"/>
              </w:rPr>
              <w:t>Status</w:t>
            </w:r>
          </w:p>
        </w:tc>
      </w:tr>
      <w:tr w:rsidR="00151075" w14:paraId="452F52E6" w14:textId="77777777">
        <w:trPr>
          <w:jc w:val="center"/>
        </w:trPr>
        <w:tc>
          <w:tcPr>
            <w:tcW w:w="2620" w:type="dxa"/>
          </w:tcPr>
          <w:p w14:paraId="7BBEB8C2" w14:textId="77777777" w:rsidR="00151075" w:rsidRDefault="00D76B7D">
            <w:pPr>
              <w:spacing w:after="0"/>
            </w:pPr>
            <w:r>
              <w:rPr>
                <w:sz w:val="15"/>
              </w:rPr>
              <w:t>Vastgestelde DPIA inclusief besluitvorming</w:t>
            </w:r>
          </w:p>
        </w:tc>
        <w:tc>
          <w:tcPr>
            <w:tcW w:w="2620" w:type="dxa"/>
          </w:tcPr>
          <w:p w14:paraId="5EC2DDB7" w14:textId="77777777" w:rsidR="00151075" w:rsidRDefault="00000000">
            <w:pPr>
              <w:spacing w:after="0"/>
            </w:pPr>
            <w:sdt>
              <w:sdtPr>
                <w:alias w:val="BEWIJS_1"/>
                <w:tag w:val="BEWIJS_1"/>
                <w:id w:val="-377472826"/>
                <w:text/>
              </w:sdtPr>
              <w:sdtContent>
                <w:r w:rsidR="00D76B7D">
                  <w:rPr>
                    <w:color w:val="646464"/>
                    <w:sz w:val="14"/>
                  </w:rPr>
                  <w:t>{{BEWIJS_1}}</w:t>
                </w:r>
              </w:sdtContent>
            </w:sdt>
          </w:p>
        </w:tc>
        <w:tc>
          <w:tcPr>
            <w:tcW w:w="2620" w:type="dxa"/>
          </w:tcPr>
          <w:p w14:paraId="2EB861DA" w14:textId="77777777" w:rsidR="00151075" w:rsidRDefault="00000000">
            <w:pPr>
              <w:spacing w:after="0"/>
            </w:pPr>
            <w:sdt>
              <w:sdtPr>
                <w:alias w:val="EIGENAAR_BEWIJS_1"/>
                <w:tag w:val="EIGENAAR_BEWIJS_1"/>
                <w:id w:val="-451096005"/>
                <w:text/>
              </w:sdtPr>
              <w:sdtContent>
                <w:r w:rsidR="00D76B7D">
                  <w:rPr>
                    <w:color w:val="646464"/>
                    <w:sz w:val="14"/>
                  </w:rPr>
                  <w:t>{{EIGENAAR_BEWIJS_1}}</w:t>
                </w:r>
              </w:sdtContent>
            </w:sdt>
          </w:p>
        </w:tc>
        <w:tc>
          <w:tcPr>
            <w:tcW w:w="2620" w:type="dxa"/>
          </w:tcPr>
          <w:p w14:paraId="4A4E9ECF" w14:textId="77777777" w:rsidR="00151075" w:rsidRDefault="00D76B7D">
            <w:pPr>
              <w:spacing w:after="0"/>
            </w:pPr>
            <w:r>
              <w:rPr>
                <w:sz w:val="14"/>
              </w:rPr>
              <w:t>☐ Ontbreekt</w:t>
            </w:r>
            <w:r>
              <w:rPr>
                <w:sz w:val="14"/>
              </w:rPr>
              <w:br/>
              <w:t>☐ Concept</w:t>
            </w:r>
            <w:r>
              <w:rPr>
                <w:sz w:val="14"/>
              </w:rPr>
              <w:br/>
              <w:t>☐ Gereed</w:t>
            </w:r>
          </w:p>
        </w:tc>
      </w:tr>
      <w:tr w:rsidR="00151075" w14:paraId="1A714AD7" w14:textId="77777777">
        <w:trPr>
          <w:jc w:val="center"/>
        </w:trPr>
        <w:tc>
          <w:tcPr>
            <w:tcW w:w="2620" w:type="dxa"/>
          </w:tcPr>
          <w:p w14:paraId="438C2A61" w14:textId="77777777" w:rsidR="00151075" w:rsidRDefault="00D76B7D">
            <w:pPr>
              <w:spacing w:after="0"/>
            </w:pPr>
            <w:r>
              <w:rPr>
                <w:sz w:val="15"/>
              </w:rPr>
              <w:t>Dataflow / architectuurschets / koppelingenoverzicht</w:t>
            </w:r>
          </w:p>
        </w:tc>
        <w:tc>
          <w:tcPr>
            <w:tcW w:w="2620" w:type="dxa"/>
          </w:tcPr>
          <w:p w14:paraId="7342A97F" w14:textId="77777777" w:rsidR="00151075" w:rsidRDefault="00000000">
            <w:pPr>
              <w:spacing w:after="0"/>
            </w:pPr>
            <w:sdt>
              <w:sdtPr>
                <w:alias w:val="BEWIJS_2"/>
                <w:tag w:val="BEWIJS_2"/>
                <w:id w:val="-1093074340"/>
                <w:text/>
              </w:sdtPr>
              <w:sdtContent>
                <w:r w:rsidR="00D76B7D">
                  <w:rPr>
                    <w:color w:val="646464"/>
                    <w:sz w:val="14"/>
                  </w:rPr>
                  <w:t>{{BEWIJS_2}}</w:t>
                </w:r>
              </w:sdtContent>
            </w:sdt>
          </w:p>
        </w:tc>
        <w:tc>
          <w:tcPr>
            <w:tcW w:w="2620" w:type="dxa"/>
          </w:tcPr>
          <w:p w14:paraId="698770D3" w14:textId="77777777" w:rsidR="00151075" w:rsidRDefault="00000000">
            <w:pPr>
              <w:spacing w:after="0"/>
            </w:pPr>
            <w:sdt>
              <w:sdtPr>
                <w:alias w:val="EIGENAAR_BEWIJS_2"/>
                <w:tag w:val="EIGENAAR_BEWIJS_2"/>
                <w:id w:val="402717565"/>
                <w:text/>
              </w:sdtPr>
              <w:sdtContent>
                <w:r w:rsidR="00D76B7D">
                  <w:rPr>
                    <w:color w:val="646464"/>
                    <w:sz w:val="14"/>
                  </w:rPr>
                  <w:t>{{EIGENAAR_BEWIJS_2}}</w:t>
                </w:r>
              </w:sdtContent>
            </w:sdt>
          </w:p>
        </w:tc>
        <w:tc>
          <w:tcPr>
            <w:tcW w:w="2620" w:type="dxa"/>
          </w:tcPr>
          <w:p w14:paraId="2CFA53E5" w14:textId="77777777" w:rsidR="00151075" w:rsidRDefault="00D76B7D">
            <w:pPr>
              <w:spacing w:after="0"/>
            </w:pPr>
            <w:r>
              <w:rPr>
                <w:sz w:val="14"/>
              </w:rPr>
              <w:t>☐ Ontbreekt</w:t>
            </w:r>
            <w:r>
              <w:rPr>
                <w:sz w:val="14"/>
              </w:rPr>
              <w:br/>
              <w:t>☐ Concept</w:t>
            </w:r>
            <w:r>
              <w:rPr>
                <w:sz w:val="14"/>
              </w:rPr>
              <w:br/>
              <w:t>☐ Gereed</w:t>
            </w:r>
          </w:p>
        </w:tc>
      </w:tr>
      <w:tr w:rsidR="00151075" w14:paraId="421374F1" w14:textId="77777777">
        <w:trPr>
          <w:jc w:val="center"/>
        </w:trPr>
        <w:tc>
          <w:tcPr>
            <w:tcW w:w="2620" w:type="dxa"/>
          </w:tcPr>
          <w:p w14:paraId="0750DAFF" w14:textId="77777777" w:rsidR="00151075" w:rsidRDefault="00D76B7D">
            <w:pPr>
              <w:spacing w:after="0"/>
            </w:pPr>
            <w:r>
              <w:rPr>
                <w:sz w:val="15"/>
              </w:rPr>
              <w:t>Verwerkingsregisterreferentie</w:t>
            </w:r>
          </w:p>
        </w:tc>
        <w:tc>
          <w:tcPr>
            <w:tcW w:w="2620" w:type="dxa"/>
          </w:tcPr>
          <w:p w14:paraId="43EE27A7" w14:textId="77777777" w:rsidR="00151075" w:rsidRDefault="00000000">
            <w:pPr>
              <w:spacing w:after="0"/>
            </w:pPr>
            <w:sdt>
              <w:sdtPr>
                <w:alias w:val="BEWIJS_3"/>
                <w:tag w:val="BEWIJS_3"/>
                <w:id w:val="1156034320"/>
                <w:text/>
              </w:sdtPr>
              <w:sdtContent>
                <w:r w:rsidR="00D76B7D">
                  <w:rPr>
                    <w:color w:val="646464"/>
                    <w:sz w:val="14"/>
                  </w:rPr>
                  <w:t>{{BEWIJS_3}}</w:t>
                </w:r>
              </w:sdtContent>
            </w:sdt>
          </w:p>
        </w:tc>
        <w:tc>
          <w:tcPr>
            <w:tcW w:w="2620" w:type="dxa"/>
          </w:tcPr>
          <w:p w14:paraId="3399AF65" w14:textId="77777777" w:rsidR="00151075" w:rsidRDefault="00000000">
            <w:pPr>
              <w:spacing w:after="0"/>
            </w:pPr>
            <w:sdt>
              <w:sdtPr>
                <w:alias w:val="EIGENAAR_BEWIJS_3"/>
                <w:tag w:val="EIGENAAR_BEWIJS_3"/>
                <w:id w:val="1406420822"/>
                <w:text/>
              </w:sdtPr>
              <w:sdtContent>
                <w:r w:rsidR="00D76B7D">
                  <w:rPr>
                    <w:color w:val="646464"/>
                    <w:sz w:val="14"/>
                  </w:rPr>
                  <w:t>{{EIGENAAR_BEWIJS_3}}</w:t>
                </w:r>
              </w:sdtContent>
            </w:sdt>
          </w:p>
        </w:tc>
        <w:tc>
          <w:tcPr>
            <w:tcW w:w="2620" w:type="dxa"/>
          </w:tcPr>
          <w:p w14:paraId="0677EEDE" w14:textId="77777777" w:rsidR="00151075" w:rsidRDefault="00D76B7D">
            <w:pPr>
              <w:spacing w:after="0"/>
            </w:pPr>
            <w:r>
              <w:rPr>
                <w:sz w:val="14"/>
              </w:rPr>
              <w:t>☐ Ontbreekt</w:t>
            </w:r>
            <w:r>
              <w:rPr>
                <w:sz w:val="14"/>
              </w:rPr>
              <w:br/>
              <w:t>☐ Concept</w:t>
            </w:r>
            <w:r>
              <w:rPr>
                <w:sz w:val="14"/>
              </w:rPr>
              <w:br/>
              <w:t>☐ Gereed</w:t>
            </w:r>
          </w:p>
        </w:tc>
      </w:tr>
      <w:tr w:rsidR="00151075" w14:paraId="2D7FC991" w14:textId="77777777">
        <w:trPr>
          <w:jc w:val="center"/>
        </w:trPr>
        <w:tc>
          <w:tcPr>
            <w:tcW w:w="2620" w:type="dxa"/>
          </w:tcPr>
          <w:p w14:paraId="7F7A2786" w14:textId="77777777" w:rsidR="00151075" w:rsidRDefault="00D76B7D">
            <w:pPr>
              <w:spacing w:after="0"/>
            </w:pPr>
            <w:r>
              <w:rPr>
                <w:sz w:val="15"/>
              </w:rPr>
              <w:t>BIV-classificatie en risicobeoordeling</w:t>
            </w:r>
          </w:p>
        </w:tc>
        <w:tc>
          <w:tcPr>
            <w:tcW w:w="2620" w:type="dxa"/>
          </w:tcPr>
          <w:p w14:paraId="0C4B480D" w14:textId="77777777" w:rsidR="00151075" w:rsidRDefault="00000000">
            <w:pPr>
              <w:spacing w:after="0"/>
            </w:pPr>
            <w:sdt>
              <w:sdtPr>
                <w:alias w:val="BEWIJS_4"/>
                <w:tag w:val="BEWIJS_4"/>
                <w:id w:val="2117018969"/>
                <w:text/>
              </w:sdtPr>
              <w:sdtContent>
                <w:r w:rsidR="00D76B7D">
                  <w:rPr>
                    <w:color w:val="646464"/>
                    <w:sz w:val="14"/>
                  </w:rPr>
                  <w:t>{{BEWIJS_4}}</w:t>
                </w:r>
              </w:sdtContent>
            </w:sdt>
          </w:p>
        </w:tc>
        <w:tc>
          <w:tcPr>
            <w:tcW w:w="2620" w:type="dxa"/>
          </w:tcPr>
          <w:p w14:paraId="0452311F" w14:textId="77777777" w:rsidR="00151075" w:rsidRDefault="00000000">
            <w:pPr>
              <w:spacing w:after="0"/>
            </w:pPr>
            <w:sdt>
              <w:sdtPr>
                <w:alias w:val="EIGENAAR_BEWIJS_4"/>
                <w:tag w:val="EIGENAAR_BEWIJS_4"/>
                <w:id w:val="-1067104724"/>
                <w:text/>
              </w:sdtPr>
              <w:sdtContent>
                <w:r w:rsidR="00D76B7D">
                  <w:rPr>
                    <w:color w:val="646464"/>
                    <w:sz w:val="14"/>
                  </w:rPr>
                  <w:t>{{EIGENAAR_BEWIJS_4}}</w:t>
                </w:r>
              </w:sdtContent>
            </w:sdt>
          </w:p>
        </w:tc>
        <w:tc>
          <w:tcPr>
            <w:tcW w:w="2620" w:type="dxa"/>
          </w:tcPr>
          <w:p w14:paraId="3353B627" w14:textId="77777777" w:rsidR="00151075" w:rsidRDefault="00D76B7D">
            <w:pPr>
              <w:spacing w:after="0"/>
            </w:pPr>
            <w:r>
              <w:rPr>
                <w:sz w:val="14"/>
              </w:rPr>
              <w:t>☐ Ontbreekt</w:t>
            </w:r>
            <w:r>
              <w:rPr>
                <w:sz w:val="14"/>
              </w:rPr>
              <w:br/>
              <w:t>☐ Concept</w:t>
            </w:r>
            <w:r>
              <w:rPr>
                <w:sz w:val="14"/>
              </w:rPr>
              <w:br/>
              <w:t>☐ Gereed</w:t>
            </w:r>
          </w:p>
        </w:tc>
      </w:tr>
      <w:tr w:rsidR="00151075" w14:paraId="154B9305" w14:textId="77777777">
        <w:trPr>
          <w:jc w:val="center"/>
        </w:trPr>
        <w:tc>
          <w:tcPr>
            <w:tcW w:w="2620" w:type="dxa"/>
          </w:tcPr>
          <w:p w14:paraId="1A647986" w14:textId="77777777" w:rsidR="00151075" w:rsidRDefault="00D76B7D">
            <w:pPr>
              <w:spacing w:after="0"/>
            </w:pPr>
            <w:r>
              <w:rPr>
                <w:sz w:val="15"/>
              </w:rPr>
              <w:t>Autorisatiematrix en rollenmodel</w:t>
            </w:r>
          </w:p>
        </w:tc>
        <w:tc>
          <w:tcPr>
            <w:tcW w:w="2620" w:type="dxa"/>
          </w:tcPr>
          <w:p w14:paraId="1B96C5DA" w14:textId="77777777" w:rsidR="00151075" w:rsidRDefault="00000000">
            <w:pPr>
              <w:spacing w:after="0"/>
            </w:pPr>
            <w:sdt>
              <w:sdtPr>
                <w:alias w:val="BEWIJS_5"/>
                <w:tag w:val="BEWIJS_5"/>
                <w:id w:val="73487146"/>
                <w:text/>
              </w:sdtPr>
              <w:sdtContent>
                <w:r w:rsidR="00D76B7D">
                  <w:rPr>
                    <w:color w:val="646464"/>
                    <w:sz w:val="14"/>
                  </w:rPr>
                  <w:t>{{BEWIJS_5}}</w:t>
                </w:r>
              </w:sdtContent>
            </w:sdt>
          </w:p>
        </w:tc>
        <w:tc>
          <w:tcPr>
            <w:tcW w:w="2620" w:type="dxa"/>
          </w:tcPr>
          <w:p w14:paraId="6A7284E7" w14:textId="77777777" w:rsidR="00151075" w:rsidRDefault="00000000">
            <w:pPr>
              <w:spacing w:after="0"/>
            </w:pPr>
            <w:sdt>
              <w:sdtPr>
                <w:alias w:val="EIGENAAR_BEWIJS_5"/>
                <w:tag w:val="EIGENAAR_BEWIJS_5"/>
                <w:id w:val="-1933423722"/>
                <w:text/>
              </w:sdtPr>
              <w:sdtContent>
                <w:r w:rsidR="00D76B7D">
                  <w:rPr>
                    <w:color w:val="646464"/>
                    <w:sz w:val="14"/>
                  </w:rPr>
                  <w:t>{{EIGENAAR_BEWIJS_5}}</w:t>
                </w:r>
              </w:sdtContent>
            </w:sdt>
          </w:p>
        </w:tc>
        <w:tc>
          <w:tcPr>
            <w:tcW w:w="2620" w:type="dxa"/>
          </w:tcPr>
          <w:p w14:paraId="00DC0F82" w14:textId="77777777" w:rsidR="00151075" w:rsidRDefault="00D76B7D">
            <w:pPr>
              <w:spacing w:after="0"/>
            </w:pPr>
            <w:r>
              <w:rPr>
                <w:sz w:val="14"/>
              </w:rPr>
              <w:t>☐ Ontbreekt</w:t>
            </w:r>
            <w:r>
              <w:rPr>
                <w:sz w:val="14"/>
              </w:rPr>
              <w:br/>
              <w:t>☐ Concept</w:t>
            </w:r>
            <w:r>
              <w:rPr>
                <w:sz w:val="14"/>
              </w:rPr>
              <w:br/>
              <w:t>☐ Gereed</w:t>
            </w:r>
          </w:p>
        </w:tc>
      </w:tr>
      <w:tr w:rsidR="00151075" w14:paraId="590EF42F" w14:textId="77777777">
        <w:trPr>
          <w:jc w:val="center"/>
        </w:trPr>
        <w:tc>
          <w:tcPr>
            <w:tcW w:w="2620" w:type="dxa"/>
          </w:tcPr>
          <w:p w14:paraId="0F53E16A" w14:textId="77777777" w:rsidR="00151075" w:rsidRDefault="00D76B7D">
            <w:pPr>
              <w:spacing w:after="0"/>
            </w:pPr>
            <w:r>
              <w:rPr>
                <w:sz w:val="15"/>
              </w:rPr>
              <w:t>Leveranciersbeoordeling / securityverklaring / verwerkersovereenkomst</w:t>
            </w:r>
          </w:p>
        </w:tc>
        <w:tc>
          <w:tcPr>
            <w:tcW w:w="2620" w:type="dxa"/>
          </w:tcPr>
          <w:p w14:paraId="1FFB6023" w14:textId="77777777" w:rsidR="00151075" w:rsidRDefault="00000000">
            <w:pPr>
              <w:spacing w:after="0"/>
            </w:pPr>
            <w:sdt>
              <w:sdtPr>
                <w:alias w:val="BEWIJS_6"/>
                <w:tag w:val="BEWIJS_6"/>
                <w:id w:val="323476331"/>
                <w:text/>
              </w:sdtPr>
              <w:sdtContent>
                <w:r w:rsidR="00D76B7D">
                  <w:rPr>
                    <w:color w:val="646464"/>
                    <w:sz w:val="14"/>
                  </w:rPr>
                  <w:t>{{BEWIJS_6}}</w:t>
                </w:r>
              </w:sdtContent>
            </w:sdt>
          </w:p>
        </w:tc>
        <w:tc>
          <w:tcPr>
            <w:tcW w:w="2620" w:type="dxa"/>
          </w:tcPr>
          <w:p w14:paraId="076FB61C" w14:textId="77777777" w:rsidR="00151075" w:rsidRDefault="00000000">
            <w:pPr>
              <w:spacing w:after="0"/>
            </w:pPr>
            <w:sdt>
              <w:sdtPr>
                <w:alias w:val="EIGENAAR_BEWIJS_6"/>
                <w:tag w:val="EIGENAAR_BEWIJS_6"/>
                <w:id w:val="-950853958"/>
                <w:text/>
              </w:sdtPr>
              <w:sdtContent>
                <w:r w:rsidR="00D76B7D">
                  <w:rPr>
                    <w:color w:val="646464"/>
                    <w:sz w:val="14"/>
                  </w:rPr>
                  <w:t>{{EIGENAAR_BEWIJS_6}}</w:t>
                </w:r>
              </w:sdtContent>
            </w:sdt>
          </w:p>
        </w:tc>
        <w:tc>
          <w:tcPr>
            <w:tcW w:w="2620" w:type="dxa"/>
          </w:tcPr>
          <w:p w14:paraId="0393D2E9" w14:textId="77777777" w:rsidR="00151075" w:rsidRDefault="00D76B7D">
            <w:pPr>
              <w:spacing w:after="0"/>
            </w:pPr>
            <w:r>
              <w:rPr>
                <w:sz w:val="14"/>
              </w:rPr>
              <w:t>☐ Ontbreekt</w:t>
            </w:r>
            <w:r>
              <w:rPr>
                <w:sz w:val="14"/>
              </w:rPr>
              <w:br/>
              <w:t>☐ Concept</w:t>
            </w:r>
            <w:r>
              <w:rPr>
                <w:sz w:val="14"/>
              </w:rPr>
              <w:br/>
              <w:t>☐ Gereed</w:t>
            </w:r>
          </w:p>
        </w:tc>
      </w:tr>
      <w:tr w:rsidR="00151075" w14:paraId="7A9B6698" w14:textId="77777777">
        <w:trPr>
          <w:jc w:val="center"/>
        </w:trPr>
        <w:tc>
          <w:tcPr>
            <w:tcW w:w="2620" w:type="dxa"/>
          </w:tcPr>
          <w:p w14:paraId="2DBA8A1D" w14:textId="77777777" w:rsidR="00151075" w:rsidRDefault="00D76B7D">
            <w:pPr>
              <w:spacing w:after="0"/>
            </w:pPr>
            <w:r>
              <w:rPr>
                <w:sz w:val="15"/>
              </w:rPr>
              <w:t>Gegevensuitwisselingsovereenkomst of ketenafspraken</w:t>
            </w:r>
          </w:p>
        </w:tc>
        <w:tc>
          <w:tcPr>
            <w:tcW w:w="2620" w:type="dxa"/>
          </w:tcPr>
          <w:p w14:paraId="6851489C" w14:textId="77777777" w:rsidR="00151075" w:rsidRDefault="00000000">
            <w:pPr>
              <w:spacing w:after="0"/>
            </w:pPr>
            <w:sdt>
              <w:sdtPr>
                <w:alias w:val="BEWIJS_7"/>
                <w:tag w:val="BEWIJS_7"/>
                <w:id w:val="582416086"/>
                <w:text/>
              </w:sdtPr>
              <w:sdtContent>
                <w:r w:rsidR="00D76B7D">
                  <w:rPr>
                    <w:color w:val="646464"/>
                    <w:sz w:val="14"/>
                  </w:rPr>
                  <w:t>{{BEWIJS_7}}</w:t>
                </w:r>
              </w:sdtContent>
            </w:sdt>
          </w:p>
        </w:tc>
        <w:tc>
          <w:tcPr>
            <w:tcW w:w="2620" w:type="dxa"/>
          </w:tcPr>
          <w:p w14:paraId="6F01B1A3" w14:textId="77777777" w:rsidR="00151075" w:rsidRDefault="00000000">
            <w:pPr>
              <w:spacing w:after="0"/>
            </w:pPr>
            <w:sdt>
              <w:sdtPr>
                <w:alias w:val="EIGENAAR_BEWIJS_7"/>
                <w:tag w:val="EIGENAAR_BEWIJS_7"/>
                <w:id w:val="1578236497"/>
                <w:text/>
              </w:sdtPr>
              <w:sdtContent>
                <w:r w:rsidR="00D76B7D">
                  <w:rPr>
                    <w:color w:val="646464"/>
                    <w:sz w:val="14"/>
                  </w:rPr>
                  <w:t>{{EIGENAAR_BEWIJS_7}}</w:t>
                </w:r>
              </w:sdtContent>
            </w:sdt>
          </w:p>
        </w:tc>
        <w:tc>
          <w:tcPr>
            <w:tcW w:w="2620" w:type="dxa"/>
          </w:tcPr>
          <w:p w14:paraId="38C1B722" w14:textId="77777777" w:rsidR="00151075" w:rsidRDefault="00D76B7D">
            <w:pPr>
              <w:spacing w:after="0"/>
            </w:pPr>
            <w:r>
              <w:rPr>
                <w:sz w:val="14"/>
              </w:rPr>
              <w:t>☐ Ontbreekt</w:t>
            </w:r>
            <w:r>
              <w:rPr>
                <w:sz w:val="14"/>
              </w:rPr>
              <w:br/>
              <w:t>☐ Concept</w:t>
            </w:r>
            <w:r>
              <w:rPr>
                <w:sz w:val="14"/>
              </w:rPr>
              <w:br/>
              <w:t>☐ Gereed</w:t>
            </w:r>
          </w:p>
        </w:tc>
      </w:tr>
      <w:tr w:rsidR="00151075" w14:paraId="740E9206" w14:textId="77777777">
        <w:trPr>
          <w:jc w:val="center"/>
        </w:trPr>
        <w:tc>
          <w:tcPr>
            <w:tcW w:w="2620" w:type="dxa"/>
          </w:tcPr>
          <w:p w14:paraId="36BBCDDB" w14:textId="77777777" w:rsidR="00151075" w:rsidRDefault="00D76B7D">
            <w:pPr>
              <w:spacing w:after="0"/>
            </w:pPr>
            <w:r>
              <w:rPr>
                <w:sz w:val="15"/>
              </w:rPr>
              <w:t>Loggingbeleid en logconfiguratiebewijs</w:t>
            </w:r>
          </w:p>
        </w:tc>
        <w:tc>
          <w:tcPr>
            <w:tcW w:w="2620" w:type="dxa"/>
          </w:tcPr>
          <w:p w14:paraId="5DD50F1E" w14:textId="77777777" w:rsidR="00151075" w:rsidRDefault="00000000">
            <w:pPr>
              <w:spacing w:after="0"/>
            </w:pPr>
            <w:sdt>
              <w:sdtPr>
                <w:alias w:val="BEWIJS_8"/>
                <w:tag w:val="BEWIJS_8"/>
                <w:id w:val="-1290207751"/>
                <w:text/>
              </w:sdtPr>
              <w:sdtContent>
                <w:r w:rsidR="00D76B7D">
                  <w:rPr>
                    <w:color w:val="646464"/>
                    <w:sz w:val="14"/>
                  </w:rPr>
                  <w:t>{{BEWIJS_8}}</w:t>
                </w:r>
              </w:sdtContent>
            </w:sdt>
          </w:p>
        </w:tc>
        <w:tc>
          <w:tcPr>
            <w:tcW w:w="2620" w:type="dxa"/>
          </w:tcPr>
          <w:p w14:paraId="5B436376" w14:textId="77777777" w:rsidR="00151075" w:rsidRDefault="00000000">
            <w:pPr>
              <w:spacing w:after="0"/>
            </w:pPr>
            <w:sdt>
              <w:sdtPr>
                <w:alias w:val="EIGENAAR_BEWIJS_8"/>
                <w:tag w:val="EIGENAAR_BEWIJS_8"/>
                <w:id w:val="-2036953674"/>
                <w:text/>
              </w:sdtPr>
              <w:sdtContent>
                <w:r w:rsidR="00D76B7D">
                  <w:rPr>
                    <w:color w:val="646464"/>
                    <w:sz w:val="14"/>
                  </w:rPr>
                  <w:t>{{EIGENAAR_BEWIJS_8}}</w:t>
                </w:r>
              </w:sdtContent>
            </w:sdt>
          </w:p>
        </w:tc>
        <w:tc>
          <w:tcPr>
            <w:tcW w:w="2620" w:type="dxa"/>
          </w:tcPr>
          <w:p w14:paraId="72CE6BE8" w14:textId="77777777" w:rsidR="00151075" w:rsidRDefault="00D76B7D">
            <w:pPr>
              <w:spacing w:after="0"/>
            </w:pPr>
            <w:r>
              <w:rPr>
                <w:sz w:val="14"/>
              </w:rPr>
              <w:t>☐ Ontbreekt</w:t>
            </w:r>
            <w:r>
              <w:rPr>
                <w:sz w:val="14"/>
              </w:rPr>
              <w:br/>
              <w:t>☐ Concept</w:t>
            </w:r>
            <w:r>
              <w:rPr>
                <w:sz w:val="14"/>
              </w:rPr>
              <w:br/>
              <w:t>☐ Gereed</w:t>
            </w:r>
          </w:p>
        </w:tc>
      </w:tr>
      <w:tr w:rsidR="00151075" w14:paraId="2E08E511" w14:textId="77777777">
        <w:trPr>
          <w:jc w:val="center"/>
        </w:trPr>
        <w:tc>
          <w:tcPr>
            <w:tcW w:w="2620" w:type="dxa"/>
          </w:tcPr>
          <w:p w14:paraId="6E04DC00" w14:textId="77777777" w:rsidR="00151075" w:rsidRDefault="00D76B7D">
            <w:pPr>
              <w:spacing w:after="0"/>
            </w:pPr>
            <w:r>
              <w:rPr>
                <w:sz w:val="15"/>
              </w:rPr>
              <w:t>Bewaartermijnenbeleid en vernietigingsprocedure</w:t>
            </w:r>
          </w:p>
        </w:tc>
        <w:tc>
          <w:tcPr>
            <w:tcW w:w="2620" w:type="dxa"/>
          </w:tcPr>
          <w:p w14:paraId="4B78D486" w14:textId="77777777" w:rsidR="00151075" w:rsidRDefault="00000000">
            <w:pPr>
              <w:spacing w:after="0"/>
            </w:pPr>
            <w:sdt>
              <w:sdtPr>
                <w:alias w:val="BEWIJS_9"/>
                <w:tag w:val="BEWIJS_9"/>
                <w:id w:val="-352584680"/>
                <w:text/>
              </w:sdtPr>
              <w:sdtContent>
                <w:r w:rsidR="00D76B7D">
                  <w:rPr>
                    <w:color w:val="646464"/>
                    <w:sz w:val="14"/>
                  </w:rPr>
                  <w:t>{{BEWIJS_9}}</w:t>
                </w:r>
              </w:sdtContent>
            </w:sdt>
          </w:p>
        </w:tc>
        <w:tc>
          <w:tcPr>
            <w:tcW w:w="2620" w:type="dxa"/>
          </w:tcPr>
          <w:p w14:paraId="4301E295" w14:textId="77777777" w:rsidR="00151075" w:rsidRDefault="00000000">
            <w:pPr>
              <w:spacing w:after="0"/>
            </w:pPr>
            <w:sdt>
              <w:sdtPr>
                <w:alias w:val="EIGENAAR_BEWIJS_9"/>
                <w:tag w:val="EIGENAAR_BEWIJS_9"/>
                <w:id w:val="1958517796"/>
                <w:text/>
              </w:sdtPr>
              <w:sdtContent>
                <w:r w:rsidR="00D76B7D">
                  <w:rPr>
                    <w:color w:val="646464"/>
                    <w:sz w:val="14"/>
                  </w:rPr>
                  <w:t>{{EIGENAAR_BEWIJS_9}}</w:t>
                </w:r>
              </w:sdtContent>
            </w:sdt>
          </w:p>
        </w:tc>
        <w:tc>
          <w:tcPr>
            <w:tcW w:w="2620" w:type="dxa"/>
          </w:tcPr>
          <w:p w14:paraId="413875B8" w14:textId="77777777" w:rsidR="00151075" w:rsidRDefault="00D76B7D">
            <w:pPr>
              <w:spacing w:after="0"/>
            </w:pPr>
            <w:r>
              <w:rPr>
                <w:sz w:val="14"/>
              </w:rPr>
              <w:t>☐ Ontbreekt</w:t>
            </w:r>
            <w:r>
              <w:rPr>
                <w:sz w:val="14"/>
              </w:rPr>
              <w:br/>
              <w:t>☐ Concept</w:t>
            </w:r>
            <w:r>
              <w:rPr>
                <w:sz w:val="14"/>
              </w:rPr>
              <w:br/>
              <w:t>☐ Gereed</w:t>
            </w:r>
          </w:p>
        </w:tc>
      </w:tr>
      <w:tr w:rsidR="00151075" w14:paraId="4CC99FA7" w14:textId="77777777">
        <w:trPr>
          <w:jc w:val="center"/>
        </w:trPr>
        <w:tc>
          <w:tcPr>
            <w:tcW w:w="2620" w:type="dxa"/>
          </w:tcPr>
          <w:p w14:paraId="2648931F" w14:textId="77777777" w:rsidR="00151075" w:rsidRDefault="00D76B7D">
            <w:pPr>
              <w:spacing w:after="0"/>
            </w:pPr>
            <w:r>
              <w:rPr>
                <w:sz w:val="15"/>
              </w:rPr>
              <w:t>Privacyverklaring of informatiebrief betrokkenen</w:t>
            </w:r>
          </w:p>
        </w:tc>
        <w:tc>
          <w:tcPr>
            <w:tcW w:w="2620" w:type="dxa"/>
          </w:tcPr>
          <w:p w14:paraId="4940CCDA" w14:textId="77777777" w:rsidR="00151075" w:rsidRDefault="00000000">
            <w:pPr>
              <w:spacing w:after="0"/>
            </w:pPr>
            <w:sdt>
              <w:sdtPr>
                <w:alias w:val="BEWIJS_10"/>
                <w:tag w:val="BEWIJS_10"/>
                <w:id w:val="-1409380163"/>
                <w:text/>
              </w:sdtPr>
              <w:sdtContent>
                <w:r w:rsidR="00D76B7D">
                  <w:rPr>
                    <w:color w:val="646464"/>
                    <w:sz w:val="14"/>
                  </w:rPr>
                  <w:t>{{BEWIJS_10}}</w:t>
                </w:r>
              </w:sdtContent>
            </w:sdt>
          </w:p>
        </w:tc>
        <w:tc>
          <w:tcPr>
            <w:tcW w:w="2620" w:type="dxa"/>
          </w:tcPr>
          <w:p w14:paraId="002E75C8" w14:textId="77777777" w:rsidR="00151075" w:rsidRDefault="00000000">
            <w:pPr>
              <w:spacing w:after="0"/>
            </w:pPr>
            <w:sdt>
              <w:sdtPr>
                <w:alias w:val="EIGENAAR_BEWIJS_10"/>
                <w:tag w:val="EIGENAAR_BEWIJS_10"/>
                <w:id w:val="584192243"/>
                <w:text/>
              </w:sdtPr>
              <w:sdtContent>
                <w:r w:rsidR="00D76B7D">
                  <w:rPr>
                    <w:color w:val="646464"/>
                    <w:sz w:val="14"/>
                  </w:rPr>
                  <w:t>{{EIGENAAR_BEWIJS_10}}</w:t>
                </w:r>
              </w:sdtContent>
            </w:sdt>
          </w:p>
        </w:tc>
        <w:tc>
          <w:tcPr>
            <w:tcW w:w="2620" w:type="dxa"/>
          </w:tcPr>
          <w:p w14:paraId="4B4FBB1A" w14:textId="77777777" w:rsidR="00151075" w:rsidRDefault="00D76B7D">
            <w:pPr>
              <w:spacing w:after="0"/>
            </w:pPr>
            <w:r>
              <w:rPr>
                <w:sz w:val="14"/>
              </w:rPr>
              <w:t>☐ Ontbreekt</w:t>
            </w:r>
            <w:r>
              <w:rPr>
                <w:sz w:val="14"/>
              </w:rPr>
              <w:br/>
              <w:t>☐ Concept</w:t>
            </w:r>
            <w:r>
              <w:rPr>
                <w:sz w:val="14"/>
              </w:rPr>
              <w:br/>
              <w:t>☐ Gereed</w:t>
            </w:r>
          </w:p>
        </w:tc>
      </w:tr>
      <w:tr w:rsidR="00151075" w14:paraId="7600BAD6" w14:textId="77777777">
        <w:trPr>
          <w:jc w:val="center"/>
        </w:trPr>
        <w:tc>
          <w:tcPr>
            <w:tcW w:w="2620" w:type="dxa"/>
          </w:tcPr>
          <w:p w14:paraId="6DFEB975" w14:textId="77777777" w:rsidR="00151075" w:rsidRDefault="00D76B7D">
            <w:pPr>
              <w:spacing w:after="0"/>
            </w:pPr>
            <w:r>
              <w:rPr>
                <w:sz w:val="15"/>
              </w:rPr>
              <w:lastRenderedPageBreak/>
              <w:t>FG-advies en CISO/security-advies</w:t>
            </w:r>
          </w:p>
        </w:tc>
        <w:tc>
          <w:tcPr>
            <w:tcW w:w="2620" w:type="dxa"/>
          </w:tcPr>
          <w:p w14:paraId="601DBE01" w14:textId="77777777" w:rsidR="00151075" w:rsidRDefault="00000000">
            <w:pPr>
              <w:spacing w:after="0"/>
            </w:pPr>
            <w:sdt>
              <w:sdtPr>
                <w:alias w:val="BEWIJS_11"/>
                <w:tag w:val="BEWIJS_11"/>
                <w:id w:val="-534962999"/>
                <w:text/>
              </w:sdtPr>
              <w:sdtContent>
                <w:r w:rsidR="00D76B7D">
                  <w:rPr>
                    <w:color w:val="646464"/>
                    <w:sz w:val="14"/>
                  </w:rPr>
                  <w:t>{{BEWIJS_11}}</w:t>
                </w:r>
              </w:sdtContent>
            </w:sdt>
          </w:p>
        </w:tc>
        <w:tc>
          <w:tcPr>
            <w:tcW w:w="2620" w:type="dxa"/>
          </w:tcPr>
          <w:p w14:paraId="469E02FD" w14:textId="77777777" w:rsidR="00151075" w:rsidRDefault="00000000">
            <w:pPr>
              <w:spacing w:after="0"/>
            </w:pPr>
            <w:sdt>
              <w:sdtPr>
                <w:alias w:val="EIGENAAR_BEWIJS_11"/>
                <w:tag w:val="EIGENAAR_BEWIJS_11"/>
                <w:id w:val="1841968644"/>
                <w:text/>
              </w:sdtPr>
              <w:sdtContent>
                <w:r w:rsidR="00D76B7D">
                  <w:rPr>
                    <w:color w:val="646464"/>
                    <w:sz w:val="14"/>
                  </w:rPr>
                  <w:t>{{EIGENAAR_BEWIJS_11}}</w:t>
                </w:r>
              </w:sdtContent>
            </w:sdt>
          </w:p>
        </w:tc>
        <w:tc>
          <w:tcPr>
            <w:tcW w:w="2620" w:type="dxa"/>
          </w:tcPr>
          <w:p w14:paraId="3F3882DA" w14:textId="77777777" w:rsidR="00151075" w:rsidRDefault="00D76B7D">
            <w:pPr>
              <w:spacing w:after="0"/>
            </w:pPr>
            <w:r>
              <w:rPr>
                <w:sz w:val="14"/>
              </w:rPr>
              <w:t>☐ Ontbreekt</w:t>
            </w:r>
            <w:r>
              <w:rPr>
                <w:sz w:val="14"/>
              </w:rPr>
              <w:br/>
              <w:t>☐ Concept</w:t>
            </w:r>
            <w:r>
              <w:rPr>
                <w:sz w:val="14"/>
              </w:rPr>
              <w:br/>
              <w:t>☐ Gereed</w:t>
            </w:r>
          </w:p>
        </w:tc>
      </w:tr>
      <w:tr w:rsidR="00151075" w14:paraId="675CFD2F" w14:textId="77777777">
        <w:trPr>
          <w:jc w:val="center"/>
        </w:trPr>
        <w:tc>
          <w:tcPr>
            <w:tcW w:w="2620" w:type="dxa"/>
          </w:tcPr>
          <w:p w14:paraId="150C9530" w14:textId="77777777" w:rsidR="00151075" w:rsidRPr="005A6DD4" w:rsidRDefault="00D76B7D">
            <w:pPr>
              <w:spacing w:after="0"/>
              <w:rPr>
                <w:lang w:val="nl-NL"/>
              </w:rPr>
            </w:pPr>
            <w:r w:rsidRPr="005A6DD4">
              <w:rPr>
                <w:sz w:val="15"/>
                <w:lang w:val="nl-NL"/>
              </w:rPr>
              <w:t>Maatregelenplan met status en bewijs</w:t>
            </w:r>
          </w:p>
        </w:tc>
        <w:tc>
          <w:tcPr>
            <w:tcW w:w="2620" w:type="dxa"/>
          </w:tcPr>
          <w:p w14:paraId="1EC40637" w14:textId="77777777" w:rsidR="00151075" w:rsidRDefault="00000000">
            <w:pPr>
              <w:spacing w:after="0"/>
            </w:pPr>
            <w:sdt>
              <w:sdtPr>
                <w:alias w:val="BEWIJS_12"/>
                <w:tag w:val="BEWIJS_12"/>
                <w:id w:val="-1034037868"/>
                <w:text/>
              </w:sdtPr>
              <w:sdtContent>
                <w:r w:rsidR="00D76B7D">
                  <w:rPr>
                    <w:color w:val="646464"/>
                    <w:sz w:val="14"/>
                  </w:rPr>
                  <w:t>{{BEWIJS_12}}</w:t>
                </w:r>
              </w:sdtContent>
            </w:sdt>
          </w:p>
        </w:tc>
        <w:tc>
          <w:tcPr>
            <w:tcW w:w="2620" w:type="dxa"/>
          </w:tcPr>
          <w:p w14:paraId="79AF69FA" w14:textId="77777777" w:rsidR="00151075" w:rsidRDefault="00000000">
            <w:pPr>
              <w:spacing w:after="0"/>
            </w:pPr>
            <w:sdt>
              <w:sdtPr>
                <w:alias w:val="EIGENAAR_BEWIJS_12"/>
                <w:tag w:val="EIGENAAR_BEWIJS_12"/>
                <w:id w:val="-1291666525"/>
                <w:text/>
              </w:sdtPr>
              <w:sdtContent>
                <w:r w:rsidR="00D76B7D">
                  <w:rPr>
                    <w:color w:val="646464"/>
                    <w:sz w:val="14"/>
                  </w:rPr>
                  <w:t>{{EIGENAAR_BEWIJS_12}}</w:t>
                </w:r>
              </w:sdtContent>
            </w:sdt>
          </w:p>
        </w:tc>
        <w:tc>
          <w:tcPr>
            <w:tcW w:w="2620" w:type="dxa"/>
          </w:tcPr>
          <w:p w14:paraId="68AD9C95" w14:textId="77777777" w:rsidR="00151075" w:rsidRDefault="00D76B7D">
            <w:pPr>
              <w:spacing w:after="0"/>
            </w:pPr>
            <w:r>
              <w:rPr>
                <w:sz w:val="14"/>
              </w:rPr>
              <w:t>☐ Ontbreekt</w:t>
            </w:r>
            <w:r>
              <w:rPr>
                <w:sz w:val="14"/>
              </w:rPr>
              <w:br/>
              <w:t>☐ Concept</w:t>
            </w:r>
            <w:r>
              <w:rPr>
                <w:sz w:val="14"/>
              </w:rPr>
              <w:br/>
              <w:t>☐ Gereed</w:t>
            </w:r>
          </w:p>
        </w:tc>
      </w:tr>
      <w:tr w:rsidR="00151075" w14:paraId="708C6D45" w14:textId="77777777">
        <w:trPr>
          <w:jc w:val="center"/>
        </w:trPr>
        <w:tc>
          <w:tcPr>
            <w:tcW w:w="2620" w:type="dxa"/>
          </w:tcPr>
          <w:p w14:paraId="7569D3FB" w14:textId="77777777" w:rsidR="00151075" w:rsidRDefault="00D76B7D">
            <w:pPr>
              <w:spacing w:after="0"/>
            </w:pPr>
            <w:r>
              <w:rPr>
                <w:sz w:val="15"/>
              </w:rPr>
              <w:t>Incident- en datalekprocedure</w:t>
            </w:r>
          </w:p>
        </w:tc>
        <w:tc>
          <w:tcPr>
            <w:tcW w:w="2620" w:type="dxa"/>
          </w:tcPr>
          <w:p w14:paraId="77F63134" w14:textId="77777777" w:rsidR="00151075" w:rsidRDefault="00000000">
            <w:pPr>
              <w:spacing w:after="0"/>
            </w:pPr>
            <w:sdt>
              <w:sdtPr>
                <w:alias w:val="BEWIJS_13"/>
                <w:tag w:val="BEWIJS_13"/>
                <w:id w:val="1972636230"/>
                <w:text/>
              </w:sdtPr>
              <w:sdtContent>
                <w:r w:rsidR="00D76B7D">
                  <w:rPr>
                    <w:color w:val="646464"/>
                    <w:sz w:val="14"/>
                  </w:rPr>
                  <w:t>{{BEWIJS_13}}</w:t>
                </w:r>
              </w:sdtContent>
            </w:sdt>
          </w:p>
        </w:tc>
        <w:tc>
          <w:tcPr>
            <w:tcW w:w="2620" w:type="dxa"/>
          </w:tcPr>
          <w:p w14:paraId="36FBFF63" w14:textId="77777777" w:rsidR="00151075" w:rsidRDefault="00000000">
            <w:pPr>
              <w:spacing w:after="0"/>
            </w:pPr>
            <w:sdt>
              <w:sdtPr>
                <w:alias w:val="EIGENAAR_BEWIJS_13"/>
                <w:tag w:val="EIGENAAR_BEWIJS_13"/>
                <w:id w:val="-117370612"/>
                <w:text/>
              </w:sdtPr>
              <w:sdtContent>
                <w:r w:rsidR="00D76B7D">
                  <w:rPr>
                    <w:color w:val="646464"/>
                    <w:sz w:val="14"/>
                  </w:rPr>
                  <w:t>{{EIGENAAR_BEWIJS_13}}</w:t>
                </w:r>
              </w:sdtContent>
            </w:sdt>
          </w:p>
        </w:tc>
        <w:tc>
          <w:tcPr>
            <w:tcW w:w="2620" w:type="dxa"/>
          </w:tcPr>
          <w:p w14:paraId="202618A6" w14:textId="77777777" w:rsidR="00151075" w:rsidRDefault="00D76B7D">
            <w:pPr>
              <w:spacing w:after="0"/>
            </w:pPr>
            <w:r>
              <w:rPr>
                <w:sz w:val="14"/>
              </w:rPr>
              <w:t>☐ Ontbreekt</w:t>
            </w:r>
            <w:r>
              <w:rPr>
                <w:sz w:val="14"/>
              </w:rPr>
              <w:br/>
              <w:t>☐ Concept</w:t>
            </w:r>
            <w:r>
              <w:rPr>
                <w:sz w:val="14"/>
              </w:rPr>
              <w:br/>
              <w:t>☐ Gereed</w:t>
            </w:r>
          </w:p>
        </w:tc>
      </w:tr>
      <w:tr w:rsidR="00151075" w14:paraId="770FCAC3" w14:textId="77777777">
        <w:trPr>
          <w:jc w:val="center"/>
        </w:trPr>
        <w:tc>
          <w:tcPr>
            <w:tcW w:w="2620" w:type="dxa"/>
          </w:tcPr>
          <w:p w14:paraId="5648EF85" w14:textId="77777777" w:rsidR="00151075" w:rsidRPr="005A6DD4" w:rsidRDefault="00D76B7D">
            <w:pPr>
              <w:spacing w:after="0"/>
              <w:rPr>
                <w:lang w:val="nl-NL"/>
              </w:rPr>
            </w:pPr>
            <w:r w:rsidRPr="005A6DD4">
              <w:rPr>
                <w:sz w:val="15"/>
                <w:lang w:val="nl-NL"/>
              </w:rPr>
              <w:t>Back-up/continuïteitsbewijs of hersteltest</w:t>
            </w:r>
          </w:p>
        </w:tc>
        <w:tc>
          <w:tcPr>
            <w:tcW w:w="2620" w:type="dxa"/>
          </w:tcPr>
          <w:p w14:paraId="47199A1B" w14:textId="77777777" w:rsidR="00151075" w:rsidRDefault="00000000">
            <w:pPr>
              <w:spacing w:after="0"/>
            </w:pPr>
            <w:sdt>
              <w:sdtPr>
                <w:alias w:val="BEWIJS_14"/>
                <w:tag w:val="BEWIJS_14"/>
                <w:id w:val="2020812532"/>
                <w:text/>
              </w:sdtPr>
              <w:sdtContent>
                <w:r w:rsidR="00D76B7D">
                  <w:rPr>
                    <w:color w:val="646464"/>
                    <w:sz w:val="14"/>
                  </w:rPr>
                  <w:t>{{BEWIJS_14}}</w:t>
                </w:r>
              </w:sdtContent>
            </w:sdt>
          </w:p>
        </w:tc>
        <w:tc>
          <w:tcPr>
            <w:tcW w:w="2620" w:type="dxa"/>
          </w:tcPr>
          <w:p w14:paraId="4EB0208B" w14:textId="77777777" w:rsidR="00151075" w:rsidRDefault="00000000">
            <w:pPr>
              <w:spacing w:after="0"/>
            </w:pPr>
            <w:sdt>
              <w:sdtPr>
                <w:alias w:val="EIGENAAR_BEWIJS_14"/>
                <w:tag w:val="EIGENAAR_BEWIJS_14"/>
                <w:id w:val="-1413919948"/>
                <w:text/>
              </w:sdtPr>
              <w:sdtContent>
                <w:r w:rsidR="00D76B7D">
                  <w:rPr>
                    <w:color w:val="646464"/>
                    <w:sz w:val="14"/>
                  </w:rPr>
                  <w:t>{{EIGENAAR_BEWIJS_14}}</w:t>
                </w:r>
              </w:sdtContent>
            </w:sdt>
          </w:p>
        </w:tc>
        <w:tc>
          <w:tcPr>
            <w:tcW w:w="2620" w:type="dxa"/>
          </w:tcPr>
          <w:p w14:paraId="2C092CFE" w14:textId="77777777" w:rsidR="00151075" w:rsidRDefault="00D76B7D">
            <w:pPr>
              <w:spacing w:after="0"/>
            </w:pPr>
            <w:r>
              <w:rPr>
                <w:sz w:val="14"/>
              </w:rPr>
              <w:t>☐ Ontbreekt</w:t>
            </w:r>
            <w:r>
              <w:rPr>
                <w:sz w:val="14"/>
              </w:rPr>
              <w:br/>
              <w:t>☐ Concept</w:t>
            </w:r>
            <w:r>
              <w:rPr>
                <w:sz w:val="14"/>
              </w:rPr>
              <w:br/>
              <w:t>☐ Gereed</w:t>
            </w:r>
          </w:p>
        </w:tc>
      </w:tr>
      <w:tr w:rsidR="00151075" w14:paraId="5A2F0C4F" w14:textId="77777777">
        <w:trPr>
          <w:jc w:val="center"/>
        </w:trPr>
        <w:tc>
          <w:tcPr>
            <w:tcW w:w="2620" w:type="dxa"/>
          </w:tcPr>
          <w:p w14:paraId="33E28769" w14:textId="77777777" w:rsidR="00151075" w:rsidRPr="005A6DD4" w:rsidRDefault="00D76B7D">
            <w:pPr>
              <w:spacing w:after="0"/>
              <w:rPr>
                <w:lang w:val="nl-NL"/>
              </w:rPr>
            </w:pPr>
            <w:r w:rsidRPr="005A6DD4">
              <w:rPr>
                <w:sz w:val="15"/>
                <w:lang w:val="nl-NL"/>
              </w:rPr>
              <w:t>AI/algoritmebeoordeling indien van toepassing</w:t>
            </w:r>
          </w:p>
        </w:tc>
        <w:tc>
          <w:tcPr>
            <w:tcW w:w="2620" w:type="dxa"/>
          </w:tcPr>
          <w:p w14:paraId="1471A8A1" w14:textId="77777777" w:rsidR="00151075" w:rsidRDefault="00000000">
            <w:pPr>
              <w:spacing w:after="0"/>
            </w:pPr>
            <w:sdt>
              <w:sdtPr>
                <w:alias w:val="BEWIJS_15"/>
                <w:tag w:val="BEWIJS_15"/>
                <w:id w:val="-826442257"/>
                <w:text/>
              </w:sdtPr>
              <w:sdtContent>
                <w:r w:rsidR="00D76B7D">
                  <w:rPr>
                    <w:color w:val="646464"/>
                    <w:sz w:val="14"/>
                  </w:rPr>
                  <w:t>{{BEWIJS_15}}</w:t>
                </w:r>
              </w:sdtContent>
            </w:sdt>
          </w:p>
        </w:tc>
        <w:tc>
          <w:tcPr>
            <w:tcW w:w="2620" w:type="dxa"/>
          </w:tcPr>
          <w:p w14:paraId="52463534" w14:textId="77777777" w:rsidR="00151075" w:rsidRDefault="00000000">
            <w:pPr>
              <w:spacing w:after="0"/>
            </w:pPr>
            <w:sdt>
              <w:sdtPr>
                <w:alias w:val="EIGENAAR_BEWIJS_15"/>
                <w:tag w:val="EIGENAAR_BEWIJS_15"/>
                <w:id w:val="-722994790"/>
                <w:text/>
              </w:sdtPr>
              <w:sdtContent>
                <w:r w:rsidR="00D76B7D">
                  <w:rPr>
                    <w:color w:val="646464"/>
                    <w:sz w:val="14"/>
                  </w:rPr>
                  <w:t>{{EIGENAAR_BEWIJS_15}}</w:t>
                </w:r>
              </w:sdtContent>
            </w:sdt>
          </w:p>
        </w:tc>
        <w:tc>
          <w:tcPr>
            <w:tcW w:w="2620" w:type="dxa"/>
          </w:tcPr>
          <w:p w14:paraId="7AE9109B" w14:textId="77777777" w:rsidR="00151075" w:rsidRDefault="00D76B7D">
            <w:pPr>
              <w:spacing w:after="0"/>
            </w:pPr>
            <w:r>
              <w:rPr>
                <w:sz w:val="14"/>
              </w:rPr>
              <w:t>☐ Ontbreekt</w:t>
            </w:r>
            <w:r>
              <w:rPr>
                <w:sz w:val="14"/>
              </w:rPr>
              <w:br/>
              <w:t>☐ Concept</w:t>
            </w:r>
            <w:r>
              <w:rPr>
                <w:sz w:val="14"/>
              </w:rPr>
              <w:br/>
              <w:t>☐ Gereed</w:t>
            </w:r>
          </w:p>
        </w:tc>
      </w:tr>
      <w:tr w:rsidR="00151075" w14:paraId="1B2D4FDA" w14:textId="77777777">
        <w:trPr>
          <w:jc w:val="center"/>
        </w:trPr>
        <w:tc>
          <w:tcPr>
            <w:tcW w:w="2620" w:type="dxa"/>
          </w:tcPr>
          <w:p w14:paraId="59F8123B" w14:textId="77777777" w:rsidR="00151075" w:rsidRDefault="00D76B7D">
            <w:pPr>
              <w:spacing w:after="0"/>
            </w:pPr>
            <w:r>
              <w:rPr>
                <w:sz w:val="15"/>
              </w:rPr>
              <w:t>Transfer Impact Assessment indien van toepassing</w:t>
            </w:r>
          </w:p>
        </w:tc>
        <w:tc>
          <w:tcPr>
            <w:tcW w:w="2620" w:type="dxa"/>
          </w:tcPr>
          <w:p w14:paraId="1CE051FA" w14:textId="77777777" w:rsidR="00151075" w:rsidRDefault="00000000">
            <w:pPr>
              <w:spacing w:after="0"/>
            </w:pPr>
            <w:sdt>
              <w:sdtPr>
                <w:alias w:val="BEWIJS_16"/>
                <w:tag w:val="BEWIJS_16"/>
                <w:id w:val="-915778451"/>
                <w:text/>
              </w:sdtPr>
              <w:sdtContent>
                <w:r w:rsidR="00D76B7D">
                  <w:rPr>
                    <w:color w:val="646464"/>
                    <w:sz w:val="14"/>
                  </w:rPr>
                  <w:t>{{BEWIJS_16}}</w:t>
                </w:r>
              </w:sdtContent>
            </w:sdt>
          </w:p>
        </w:tc>
        <w:tc>
          <w:tcPr>
            <w:tcW w:w="2620" w:type="dxa"/>
          </w:tcPr>
          <w:p w14:paraId="1EE20168" w14:textId="77777777" w:rsidR="00151075" w:rsidRDefault="00000000">
            <w:pPr>
              <w:spacing w:after="0"/>
            </w:pPr>
            <w:sdt>
              <w:sdtPr>
                <w:alias w:val="EIGENAAR_BEWIJS_16"/>
                <w:tag w:val="EIGENAAR_BEWIJS_16"/>
                <w:id w:val="-1095235026"/>
                <w:text/>
              </w:sdtPr>
              <w:sdtContent>
                <w:r w:rsidR="00D76B7D">
                  <w:rPr>
                    <w:color w:val="646464"/>
                    <w:sz w:val="14"/>
                  </w:rPr>
                  <w:t>{{EIGENAAR_BEWIJS_16}}</w:t>
                </w:r>
              </w:sdtContent>
            </w:sdt>
          </w:p>
        </w:tc>
        <w:tc>
          <w:tcPr>
            <w:tcW w:w="2620" w:type="dxa"/>
          </w:tcPr>
          <w:p w14:paraId="6ECF20E1" w14:textId="77777777" w:rsidR="00151075" w:rsidRDefault="00D76B7D">
            <w:pPr>
              <w:spacing w:after="0"/>
            </w:pPr>
            <w:r>
              <w:rPr>
                <w:sz w:val="14"/>
              </w:rPr>
              <w:t>☐ Ontbreekt</w:t>
            </w:r>
            <w:r>
              <w:rPr>
                <w:sz w:val="14"/>
              </w:rPr>
              <w:br/>
              <w:t>☐ Concept</w:t>
            </w:r>
            <w:r>
              <w:rPr>
                <w:sz w:val="14"/>
              </w:rPr>
              <w:br/>
              <w:t>☐ Gereed</w:t>
            </w:r>
          </w:p>
        </w:tc>
      </w:tr>
    </w:tbl>
    <w:p w14:paraId="345D1844" w14:textId="77777777" w:rsidR="00151075" w:rsidRDefault="00151075"/>
    <w:p w14:paraId="7278B9C6" w14:textId="77777777" w:rsidR="00151075" w:rsidRDefault="00D76B7D">
      <w:pPr>
        <w:pStyle w:val="Heading2"/>
      </w:pPr>
      <w:r>
        <w:t>Bijlage A. Normkoppeling en auditcriteria</w:t>
      </w:r>
    </w:p>
    <w:tbl>
      <w:tblPr>
        <w:tblStyle w:val="TableGrid"/>
        <w:tblW w:w="0" w:type="auto"/>
        <w:jc w:val="center"/>
        <w:tblLook w:val="04A0" w:firstRow="1" w:lastRow="0" w:firstColumn="1" w:lastColumn="0" w:noHBand="0" w:noVBand="1"/>
      </w:tblPr>
      <w:tblGrid>
        <w:gridCol w:w="2095"/>
        <w:gridCol w:w="2094"/>
        <w:gridCol w:w="2095"/>
        <w:gridCol w:w="2094"/>
        <w:gridCol w:w="2094"/>
      </w:tblGrid>
      <w:tr w:rsidR="00151075" w14:paraId="140AFD1F" w14:textId="77777777">
        <w:trPr>
          <w:tblHeader/>
          <w:jc w:val="center"/>
        </w:trPr>
        <w:tc>
          <w:tcPr>
            <w:tcW w:w="1814" w:type="dxa"/>
            <w:shd w:val="clear" w:color="auto" w:fill="1F4E79"/>
            <w:tcMar>
              <w:top w:w="80" w:type="dxa"/>
              <w:left w:w="80" w:type="dxa"/>
              <w:bottom w:w="80" w:type="dxa"/>
              <w:right w:w="80" w:type="dxa"/>
            </w:tcMar>
            <w:vAlign w:val="center"/>
          </w:tcPr>
          <w:p w14:paraId="1C7BCF4D" w14:textId="77777777" w:rsidR="00151075" w:rsidRDefault="00D76B7D">
            <w:pPr>
              <w:spacing w:after="0"/>
            </w:pPr>
            <w:r>
              <w:rPr>
                <w:b/>
                <w:color w:val="FFFFFF"/>
                <w:sz w:val="14"/>
              </w:rPr>
              <w:t>DPIA-onderdeel</w:t>
            </w:r>
          </w:p>
        </w:tc>
        <w:tc>
          <w:tcPr>
            <w:tcW w:w="1927" w:type="dxa"/>
            <w:shd w:val="clear" w:color="auto" w:fill="1F4E79"/>
            <w:tcMar>
              <w:top w:w="80" w:type="dxa"/>
              <w:left w:w="80" w:type="dxa"/>
              <w:bottom w:w="80" w:type="dxa"/>
              <w:right w:w="80" w:type="dxa"/>
            </w:tcMar>
            <w:vAlign w:val="center"/>
          </w:tcPr>
          <w:p w14:paraId="54CC85E0" w14:textId="77777777" w:rsidR="00151075" w:rsidRDefault="00D76B7D">
            <w:pPr>
              <w:spacing w:after="0"/>
            </w:pPr>
            <w:r>
              <w:rPr>
                <w:b/>
                <w:color w:val="FFFFFF"/>
                <w:sz w:val="14"/>
              </w:rPr>
              <w:t>AVG-focus</w:t>
            </w:r>
          </w:p>
        </w:tc>
        <w:tc>
          <w:tcPr>
            <w:tcW w:w="1927" w:type="dxa"/>
            <w:shd w:val="clear" w:color="auto" w:fill="1F4E79"/>
            <w:tcMar>
              <w:top w:w="80" w:type="dxa"/>
              <w:left w:w="80" w:type="dxa"/>
              <w:bottom w:w="80" w:type="dxa"/>
              <w:right w:w="80" w:type="dxa"/>
            </w:tcMar>
            <w:vAlign w:val="center"/>
          </w:tcPr>
          <w:p w14:paraId="4538D876" w14:textId="77777777" w:rsidR="00151075" w:rsidRDefault="00D76B7D">
            <w:pPr>
              <w:spacing w:after="0"/>
            </w:pPr>
            <w:r>
              <w:rPr>
                <w:b/>
                <w:color w:val="FFFFFF"/>
                <w:sz w:val="14"/>
              </w:rPr>
              <w:t>NEN 7510</w:t>
            </w:r>
          </w:p>
        </w:tc>
        <w:tc>
          <w:tcPr>
            <w:tcW w:w="1927" w:type="dxa"/>
            <w:shd w:val="clear" w:color="auto" w:fill="1F4E79"/>
            <w:tcMar>
              <w:top w:w="80" w:type="dxa"/>
              <w:left w:w="80" w:type="dxa"/>
              <w:bottom w:w="80" w:type="dxa"/>
              <w:right w:w="80" w:type="dxa"/>
            </w:tcMar>
            <w:vAlign w:val="center"/>
          </w:tcPr>
          <w:p w14:paraId="30D50AE6" w14:textId="77777777" w:rsidR="00151075" w:rsidRDefault="00D76B7D">
            <w:pPr>
              <w:spacing w:after="0"/>
            </w:pPr>
            <w:r>
              <w:rPr>
                <w:b/>
                <w:color w:val="FFFFFF"/>
                <w:sz w:val="14"/>
              </w:rPr>
              <w:t>NEN 7512</w:t>
            </w:r>
          </w:p>
        </w:tc>
        <w:tc>
          <w:tcPr>
            <w:tcW w:w="1927" w:type="dxa"/>
            <w:shd w:val="clear" w:color="auto" w:fill="1F4E79"/>
            <w:tcMar>
              <w:top w:w="80" w:type="dxa"/>
              <w:left w:w="80" w:type="dxa"/>
              <w:bottom w:w="80" w:type="dxa"/>
              <w:right w:w="80" w:type="dxa"/>
            </w:tcMar>
            <w:vAlign w:val="center"/>
          </w:tcPr>
          <w:p w14:paraId="780FDFD6" w14:textId="77777777" w:rsidR="00151075" w:rsidRDefault="00D76B7D">
            <w:pPr>
              <w:spacing w:after="0"/>
            </w:pPr>
            <w:r>
              <w:rPr>
                <w:b/>
                <w:color w:val="FFFFFF"/>
                <w:sz w:val="14"/>
              </w:rPr>
              <w:t>NEN 7513</w:t>
            </w:r>
          </w:p>
        </w:tc>
      </w:tr>
      <w:tr w:rsidR="00151075" w14:paraId="404645AB" w14:textId="77777777">
        <w:trPr>
          <w:jc w:val="center"/>
        </w:trPr>
        <w:tc>
          <w:tcPr>
            <w:tcW w:w="2096" w:type="dxa"/>
          </w:tcPr>
          <w:p w14:paraId="049D42CA" w14:textId="77777777" w:rsidR="00151075" w:rsidRDefault="00D76B7D">
            <w:pPr>
              <w:spacing w:after="0"/>
            </w:pPr>
            <w:r>
              <w:rPr>
                <w:sz w:val="13"/>
              </w:rPr>
              <w:t>DPIA-trigger</w:t>
            </w:r>
          </w:p>
        </w:tc>
        <w:tc>
          <w:tcPr>
            <w:tcW w:w="2096" w:type="dxa"/>
          </w:tcPr>
          <w:p w14:paraId="2017FF86" w14:textId="77777777" w:rsidR="00151075" w:rsidRDefault="00D76B7D">
            <w:pPr>
              <w:spacing w:after="0"/>
            </w:pPr>
            <w:r>
              <w:rPr>
                <w:sz w:val="13"/>
              </w:rPr>
              <w:t>Hoog risico vooraf bepalen</w:t>
            </w:r>
          </w:p>
        </w:tc>
        <w:tc>
          <w:tcPr>
            <w:tcW w:w="2096" w:type="dxa"/>
          </w:tcPr>
          <w:p w14:paraId="53B27DBD" w14:textId="77777777" w:rsidR="00151075" w:rsidRDefault="00D76B7D">
            <w:pPr>
              <w:spacing w:after="0"/>
            </w:pPr>
            <w:r>
              <w:rPr>
                <w:sz w:val="13"/>
              </w:rPr>
              <w:t>ISMS-scope en risicomanagement</w:t>
            </w:r>
          </w:p>
        </w:tc>
        <w:tc>
          <w:tcPr>
            <w:tcW w:w="2096" w:type="dxa"/>
          </w:tcPr>
          <w:p w14:paraId="018E8F22" w14:textId="77777777" w:rsidR="00151075" w:rsidRDefault="00D76B7D">
            <w:pPr>
              <w:spacing w:after="0"/>
            </w:pPr>
            <w:r>
              <w:rPr>
                <w:sz w:val="13"/>
              </w:rPr>
              <w:t>Ketenuitwisseling als risicofactor</w:t>
            </w:r>
          </w:p>
        </w:tc>
        <w:tc>
          <w:tcPr>
            <w:tcW w:w="2096" w:type="dxa"/>
          </w:tcPr>
          <w:p w14:paraId="5515CC2A" w14:textId="77777777" w:rsidR="00151075" w:rsidRDefault="00D76B7D">
            <w:pPr>
              <w:spacing w:after="0"/>
            </w:pPr>
            <w:r>
              <w:rPr>
                <w:sz w:val="13"/>
              </w:rPr>
              <w:t>Loggingbehoefte bepalen</w:t>
            </w:r>
          </w:p>
        </w:tc>
      </w:tr>
      <w:tr w:rsidR="00151075" w14:paraId="6212F22A" w14:textId="77777777">
        <w:trPr>
          <w:jc w:val="center"/>
        </w:trPr>
        <w:tc>
          <w:tcPr>
            <w:tcW w:w="2096" w:type="dxa"/>
          </w:tcPr>
          <w:p w14:paraId="62EB9154" w14:textId="77777777" w:rsidR="00151075" w:rsidRDefault="00D76B7D">
            <w:pPr>
              <w:spacing w:after="0"/>
            </w:pPr>
            <w:r>
              <w:rPr>
                <w:sz w:val="13"/>
              </w:rPr>
              <w:t>Verwerkingsbeschrijving</w:t>
            </w:r>
          </w:p>
        </w:tc>
        <w:tc>
          <w:tcPr>
            <w:tcW w:w="2096" w:type="dxa"/>
          </w:tcPr>
          <w:p w14:paraId="0233260D" w14:textId="77777777" w:rsidR="00151075" w:rsidRDefault="00D76B7D">
            <w:pPr>
              <w:spacing w:after="0"/>
            </w:pPr>
            <w:r>
              <w:rPr>
                <w:sz w:val="13"/>
              </w:rPr>
              <w:t>Doel, gegevens, betrokkenen</w:t>
            </w:r>
          </w:p>
        </w:tc>
        <w:tc>
          <w:tcPr>
            <w:tcW w:w="2096" w:type="dxa"/>
          </w:tcPr>
          <w:p w14:paraId="7F476EBA" w14:textId="77777777" w:rsidR="00151075" w:rsidRDefault="00D76B7D">
            <w:pPr>
              <w:spacing w:after="0"/>
            </w:pPr>
            <w:r>
              <w:rPr>
                <w:sz w:val="13"/>
              </w:rPr>
              <w:t>Classificatie en beheer</w:t>
            </w:r>
          </w:p>
        </w:tc>
        <w:tc>
          <w:tcPr>
            <w:tcW w:w="2096" w:type="dxa"/>
          </w:tcPr>
          <w:p w14:paraId="726FC3A4" w14:textId="77777777" w:rsidR="00151075" w:rsidRDefault="00D76B7D">
            <w:pPr>
              <w:spacing w:after="0"/>
            </w:pPr>
            <w:r>
              <w:rPr>
                <w:sz w:val="13"/>
              </w:rPr>
              <w:t>Partijen en uitwisselingscontext</w:t>
            </w:r>
          </w:p>
        </w:tc>
        <w:tc>
          <w:tcPr>
            <w:tcW w:w="2096" w:type="dxa"/>
          </w:tcPr>
          <w:p w14:paraId="44B154E7" w14:textId="77777777" w:rsidR="00151075" w:rsidRDefault="00D76B7D">
            <w:pPr>
              <w:spacing w:after="0"/>
            </w:pPr>
            <w:r>
              <w:rPr>
                <w:sz w:val="13"/>
              </w:rPr>
              <w:t>Acties op gezondheidsinformatie</w:t>
            </w:r>
          </w:p>
        </w:tc>
      </w:tr>
      <w:tr w:rsidR="00151075" w14:paraId="05A52A6D" w14:textId="77777777">
        <w:trPr>
          <w:jc w:val="center"/>
        </w:trPr>
        <w:tc>
          <w:tcPr>
            <w:tcW w:w="2096" w:type="dxa"/>
          </w:tcPr>
          <w:p w14:paraId="0BE123B5" w14:textId="77777777" w:rsidR="00151075" w:rsidRDefault="00D76B7D">
            <w:pPr>
              <w:spacing w:after="0"/>
            </w:pPr>
            <w:r>
              <w:rPr>
                <w:sz w:val="13"/>
              </w:rPr>
              <w:t>Rechtmatigheid</w:t>
            </w:r>
          </w:p>
        </w:tc>
        <w:tc>
          <w:tcPr>
            <w:tcW w:w="2096" w:type="dxa"/>
          </w:tcPr>
          <w:p w14:paraId="57238030" w14:textId="77777777" w:rsidR="00151075" w:rsidRDefault="00D76B7D">
            <w:pPr>
              <w:spacing w:after="0"/>
            </w:pPr>
            <w:r>
              <w:rPr>
                <w:sz w:val="13"/>
              </w:rPr>
              <w:t>Grondslag, doelbinding, transparantie</w:t>
            </w:r>
          </w:p>
        </w:tc>
        <w:tc>
          <w:tcPr>
            <w:tcW w:w="2096" w:type="dxa"/>
          </w:tcPr>
          <w:p w14:paraId="07F99C70" w14:textId="77777777" w:rsidR="00151075" w:rsidRDefault="00D76B7D">
            <w:pPr>
              <w:spacing w:after="0"/>
            </w:pPr>
            <w:r>
              <w:rPr>
                <w:sz w:val="13"/>
              </w:rPr>
              <w:t>Beleid en rollen</w:t>
            </w:r>
          </w:p>
        </w:tc>
        <w:tc>
          <w:tcPr>
            <w:tcW w:w="2096" w:type="dxa"/>
          </w:tcPr>
          <w:p w14:paraId="0DF336DA" w14:textId="77777777" w:rsidR="00151075" w:rsidRDefault="00D76B7D">
            <w:pPr>
              <w:spacing w:after="0"/>
            </w:pPr>
            <w:r>
              <w:rPr>
                <w:sz w:val="13"/>
              </w:rPr>
              <w:t>Afspraken tussen partijen</w:t>
            </w:r>
          </w:p>
        </w:tc>
        <w:tc>
          <w:tcPr>
            <w:tcW w:w="2096" w:type="dxa"/>
          </w:tcPr>
          <w:p w14:paraId="468C0B95" w14:textId="77777777" w:rsidR="00151075" w:rsidRDefault="00D76B7D">
            <w:pPr>
              <w:spacing w:after="0"/>
            </w:pPr>
            <w:r>
              <w:rPr>
                <w:sz w:val="13"/>
              </w:rPr>
              <w:t>Aantoonbaarheid</w:t>
            </w:r>
          </w:p>
        </w:tc>
      </w:tr>
      <w:tr w:rsidR="00151075" w14:paraId="6E213AFE" w14:textId="77777777">
        <w:trPr>
          <w:jc w:val="center"/>
        </w:trPr>
        <w:tc>
          <w:tcPr>
            <w:tcW w:w="2096" w:type="dxa"/>
          </w:tcPr>
          <w:p w14:paraId="2C593C2A" w14:textId="77777777" w:rsidR="00151075" w:rsidRDefault="00D76B7D">
            <w:pPr>
              <w:spacing w:after="0"/>
            </w:pPr>
            <w:r>
              <w:rPr>
                <w:sz w:val="13"/>
              </w:rPr>
              <w:t>Beveiliging</w:t>
            </w:r>
          </w:p>
        </w:tc>
        <w:tc>
          <w:tcPr>
            <w:tcW w:w="2096" w:type="dxa"/>
          </w:tcPr>
          <w:p w14:paraId="7665E34F" w14:textId="77777777" w:rsidR="00151075" w:rsidRDefault="00D76B7D">
            <w:pPr>
              <w:spacing w:after="0"/>
            </w:pPr>
            <w:r>
              <w:rPr>
                <w:sz w:val="13"/>
              </w:rPr>
              <w:t>Passende TOMs</w:t>
            </w:r>
          </w:p>
        </w:tc>
        <w:tc>
          <w:tcPr>
            <w:tcW w:w="2096" w:type="dxa"/>
          </w:tcPr>
          <w:p w14:paraId="3DCE358D" w14:textId="77777777" w:rsidR="00151075" w:rsidRDefault="00D76B7D">
            <w:pPr>
              <w:spacing w:after="0"/>
            </w:pPr>
            <w:r>
              <w:rPr>
                <w:sz w:val="13"/>
              </w:rPr>
              <w:t>Kernonderwerp</w:t>
            </w:r>
          </w:p>
        </w:tc>
        <w:tc>
          <w:tcPr>
            <w:tcW w:w="2096" w:type="dxa"/>
          </w:tcPr>
          <w:p w14:paraId="2AE932C6" w14:textId="77777777" w:rsidR="00151075" w:rsidRDefault="00D76B7D">
            <w:pPr>
              <w:spacing w:after="0"/>
            </w:pPr>
            <w:r>
              <w:rPr>
                <w:sz w:val="13"/>
              </w:rPr>
              <w:t>Beveiliging van uitwisseling</w:t>
            </w:r>
          </w:p>
        </w:tc>
        <w:tc>
          <w:tcPr>
            <w:tcW w:w="2096" w:type="dxa"/>
          </w:tcPr>
          <w:p w14:paraId="4F4D9385" w14:textId="77777777" w:rsidR="00151075" w:rsidRDefault="00D76B7D">
            <w:pPr>
              <w:spacing w:after="0"/>
            </w:pPr>
            <w:r>
              <w:rPr>
                <w:sz w:val="13"/>
              </w:rPr>
              <w:t>Bescherming van logs</w:t>
            </w:r>
          </w:p>
        </w:tc>
      </w:tr>
      <w:tr w:rsidR="00151075" w14:paraId="39F7BB8F" w14:textId="77777777">
        <w:trPr>
          <w:jc w:val="center"/>
        </w:trPr>
        <w:tc>
          <w:tcPr>
            <w:tcW w:w="2096" w:type="dxa"/>
          </w:tcPr>
          <w:p w14:paraId="0BE10EC6" w14:textId="77777777" w:rsidR="00151075" w:rsidRDefault="00D76B7D">
            <w:pPr>
              <w:spacing w:after="0"/>
            </w:pPr>
            <w:r>
              <w:rPr>
                <w:sz w:val="13"/>
              </w:rPr>
              <w:t>Rechten betrokkenen</w:t>
            </w:r>
          </w:p>
        </w:tc>
        <w:tc>
          <w:tcPr>
            <w:tcW w:w="2096" w:type="dxa"/>
          </w:tcPr>
          <w:p w14:paraId="54007601" w14:textId="77777777" w:rsidR="00151075" w:rsidRDefault="00D76B7D">
            <w:pPr>
              <w:spacing w:after="0"/>
            </w:pPr>
            <w:r>
              <w:rPr>
                <w:sz w:val="13"/>
              </w:rPr>
              <w:t>Inzage, correctie, bezwaar</w:t>
            </w:r>
          </w:p>
        </w:tc>
        <w:tc>
          <w:tcPr>
            <w:tcW w:w="2096" w:type="dxa"/>
          </w:tcPr>
          <w:p w14:paraId="30BBE76B" w14:textId="77777777" w:rsidR="00151075" w:rsidRDefault="00D76B7D">
            <w:pPr>
              <w:spacing w:after="0"/>
            </w:pPr>
            <w:r>
              <w:rPr>
                <w:sz w:val="13"/>
              </w:rPr>
              <w:t>Processen en verantwoordelijkheden</w:t>
            </w:r>
          </w:p>
        </w:tc>
        <w:tc>
          <w:tcPr>
            <w:tcW w:w="2096" w:type="dxa"/>
          </w:tcPr>
          <w:p w14:paraId="33A9D2A8" w14:textId="77777777" w:rsidR="00151075" w:rsidRDefault="00D76B7D">
            <w:pPr>
              <w:spacing w:after="0"/>
            </w:pPr>
            <w:r>
              <w:rPr>
                <w:sz w:val="13"/>
              </w:rPr>
              <w:t>Afspraken na uitwisseling</w:t>
            </w:r>
          </w:p>
        </w:tc>
        <w:tc>
          <w:tcPr>
            <w:tcW w:w="2096" w:type="dxa"/>
          </w:tcPr>
          <w:p w14:paraId="15034842" w14:textId="77777777" w:rsidR="00151075" w:rsidRDefault="00D76B7D">
            <w:pPr>
              <w:spacing w:after="0"/>
            </w:pPr>
            <w:r>
              <w:rPr>
                <w:sz w:val="13"/>
              </w:rPr>
              <w:t>Dossierinzage en logcontrole</w:t>
            </w:r>
          </w:p>
        </w:tc>
      </w:tr>
      <w:tr w:rsidR="00151075" w14:paraId="7932ACA2" w14:textId="77777777">
        <w:trPr>
          <w:jc w:val="center"/>
        </w:trPr>
        <w:tc>
          <w:tcPr>
            <w:tcW w:w="2096" w:type="dxa"/>
          </w:tcPr>
          <w:p w14:paraId="6FE31D89" w14:textId="77777777" w:rsidR="00151075" w:rsidRDefault="00D76B7D">
            <w:pPr>
              <w:spacing w:after="0"/>
            </w:pPr>
            <w:r>
              <w:rPr>
                <w:sz w:val="13"/>
              </w:rPr>
              <w:t>Risico en maatregelen</w:t>
            </w:r>
          </w:p>
        </w:tc>
        <w:tc>
          <w:tcPr>
            <w:tcW w:w="2096" w:type="dxa"/>
          </w:tcPr>
          <w:p w14:paraId="76F100A2" w14:textId="77777777" w:rsidR="00151075" w:rsidRDefault="00D76B7D">
            <w:pPr>
              <w:spacing w:after="0"/>
            </w:pPr>
            <w:r>
              <w:rPr>
                <w:sz w:val="13"/>
              </w:rPr>
              <w:t>Risico’s voor rechten/vrijheden</w:t>
            </w:r>
          </w:p>
        </w:tc>
        <w:tc>
          <w:tcPr>
            <w:tcW w:w="2096" w:type="dxa"/>
          </w:tcPr>
          <w:p w14:paraId="16B24E66" w14:textId="77777777" w:rsidR="00151075" w:rsidRDefault="00D76B7D">
            <w:pPr>
              <w:spacing w:after="0"/>
            </w:pPr>
            <w:r>
              <w:rPr>
                <w:sz w:val="13"/>
              </w:rPr>
              <w:t>Risicoanalyse en verbeteracties</w:t>
            </w:r>
          </w:p>
        </w:tc>
        <w:tc>
          <w:tcPr>
            <w:tcW w:w="2096" w:type="dxa"/>
          </w:tcPr>
          <w:p w14:paraId="51766928" w14:textId="77777777" w:rsidR="00151075" w:rsidRDefault="00D76B7D">
            <w:pPr>
              <w:spacing w:after="0"/>
            </w:pPr>
            <w:r>
              <w:rPr>
                <w:sz w:val="13"/>
              </w:rPr>
              <w:t>Ketenrisico’s</w:t>
            </w:r>
          </w:p>
        </w:tc>
        <w:tc>
          <w:tcPr>
            <w:tcW w:w="2096" w:type="dxa"/>
          </w:tcPr>
          <w:p w14:paraId="46AD1606" w14:textId="77777777" w:rsidR="00151075" w:rsidRDefault="00D76B7D">
            <w:pPr>
              <w:spacing w:after="0"/>
            </w:pPr>
            <w:r>
              <w:rPr>
                <w:sz w:val="13"/>
              </w:rPr>
              <w:t>Controleerbaarheid</w:t>
            </w:r>
          </w:p>
        </w:tc>
      </w:tr>
      <w:tr w:rsidR="00151075" w14:paraId="733831A3" w14:textId="77777777">
        <w:trPr>
          <w:jc w:val="center"/>
        </w:trPr>
        <w:tc>
          <w:tcPr>
            <w:tcW w:w="2096" w:type="dxa"/>
          </w:tcPr>
          <w:p w14:paraId="2815B57E" w14:textId="77777777" w:rsidR="00151075" w:rsidRDefault="00D76B7D">
            <w:pPr>
              <w:spacing w:after="0"/>
            </w:pPr>
            <w:r>
              <w:rPr>
                <w:sz w:val="13"/>
              </w:rPr>
              <w:t>Besluitvorming</w:t>
            </w:r>
          </w:p>
        </w:tc>
        <w:tc>
          <w:tcPr>
            <w:tcW w:w="2096" w:type="dxa"/>
          </w:tcPr>
          <w:p w14:paraId="63E07950" w14:textId="77777777" w:rsidR="00151075" w:rsidRDefault="00D76B7D">
            <w:pPr>
              <w:spacing w:after="0"/>
            </w:pPr>
            <w:r>
              <w:rPr>
                <w:sz w:val="13"/>
              </w:rPr>
              <w:t>Restrisico en AP-raadpleging</w:t>
            </w:r>
          </w:p>
        </w:tc>
        <w:tc>
          <w:tcPr>
            <w:tcW w:w="2096" w:type="dxa"/>
          </w:tcPr>
          <w:p w14:paraId="359AEA66" w14:textId="77777777" w:rsidR="00151075" w:rsidRDefault="00D76B7D">
            <w:pPr>
              <w:spacing w:after="0"/>
            </w:pPr>
            <w:r>
              <w:rPr>
                <w:sz w:val="13"/>
              </w:rPr>
              <w:t>Managementreview/PDCA</w:t>
            </w:r>
          </w:p>
        </w:tc>
        <w:tc>
          <w:tcPr>
            <w:tcW w:w="2096" w:type="dxa"/>
          </w:tcPr>
          <w:p w14:paraId="131F19F5" w14:textId="77777777" w:rsidR="00151075" w:rsidRDefault="00D76B7D">
            <w:pPr>
              <w:spacing w:after="0"/>
            </w:pPr>
            <w:r>
              <w:rPr>
                <w:sz w:val="13"/>
              </w:rPr>
              <w:t>Contractuele beheersing</w:t>
            </w:r>
          </w:p>
        </w:tc>
        <w:tc>
          <w:tcPr>
            <w:tcW w:w="2096" w:type="dxa"/>
          </w:tcPr>
          <w:p w14:paraId="2B3389BF" w14:textId="77777777" w:rsidR="00151075" w:rsidRDefault="00D76B7D">
            <w:pPr>
              <w:spacing w:after="0"/>
            </w:pPr>
            <w:r>
              <w:rPr>
                <w:sz w:val="13"/>
              </w:rPr>
              <w:t>Loggingbeleid en opvolging</w:t>
            </w:r>
          </w:p>
        </w:tc>
      </w:tr>
    </w:tbl>
    <w:p w14:paraId="4DD51E78" w14:textId="77777777" w:rsidR="00151075" w:rsidRDefault="00151075"/>
    <w:p w14:paraId="03FEBCEF" w14:textId="77777777" w:rsidR="00151075" w:rsidRDefault="00D76B7D">
      <w:pPr>
        <w:pStyle w:val="Heading2"/>
      </w:pPr>
      <w:r>
        <w:t>Bijlage B. Bronnen en referentiekaders</w:t>
      </w:r>
    </w:p>
    <w:tbl>
      <w:tblPr>
        <w:tblStyle w:val="TableGrid"/>
        <w:tblW w:w="0" w:type="auto"/>
        <w:jc w:val="center"/>
        <w:tblLook w:val="04A0" w:firstRow="1" w:lastRow="0" w:firstColumn="1" w:lastColumn="0" w:noHBand="0" w:noVBand="1"/>
      </w:tblPr>
      <w:tblGrid>
        <w:gridCol w:w="3974"/>
        <w:gridCol w:w="6498"/>
      </w:tblGrid>
      <w:tr w:rsidR="00151075" w14:paraId="5F08E0D2" w14:textId="77777777" w:rsidTr="005A6DD4">
        <w:trPr>
          <w:tblHeader/>
          <w:jc w:val="center"/>
        </w:trPr>
        <w:tc>
          <w:tcPr>
            <w:tcW w:w="4030" w:type="dxa"/>
            <w:shd w:val="clear" w:color="auto" w:fill="1F4E79"/>
            <w:tcMar>
              <w:top w:w="80" w:type="dxa"/>
              <w:left w:w="80" w:type="dxa"/>
              <w:bottom w:w="80" w:type="dxa"/>
              <w:right w:w="80" w:type="dxa"/>
            </w:tcMar>
            <w:vAlign w:val="center"/>
          </w:tcPr>
          <w:p w14:paraId="5EA2E068" w14:textId="77777777" w:rsidR="00151075" w:rsidRDefault="00D76B7D">
            <w:pPr>
              <w:spacing w:after="0"/>
            </w:pPr>
            <w:r>
              <w:rPr>
                <w:b/>
                <w:color w:val="FFFFFF"/>
                <w:sz w:val="17"/>
              </w:rPr>
              <w:t>Referentiekader</w:t>
            </w:r>
          </w:p>
        </w:tc>
        <w:tc>
          <w:tcPr>
            <w:tcW w:w="6577" w:type="dxa"/>
            <w:shd w:val="clear" w:color="auto" w:fill="1F4E79"/>
            <w:tcMar>
              <w:top w:w="80" w:type="dxa"/>
              <w:left w:w="80" w:type="dxa"/>
              <w:bottom w:w="80" w:type="dxa"/>
              <w:right w:w="80" w:type="dxa"/>
            </w:tcMar>
            <w:vAlign w:val="center"/>
          </w:tcPr>
          <w:p w14:paraId="2987EFD7" w14:textId="77777777" w:rsidR="00151075" w:rsidRDefault="00D76B7D">
            <w:pPr>
              <w:spacing w:after="0"/>
            </w:pPr>
            <w:r>
              <w:rPr>
                <w:b/>
                <w:color w:val="FFFFFF"/>
                <w:sz w:val="17"/>
              </w:rPr>
              <w:t>Toepassing in dit formulier</w:t>
            </w:r>
          </w:p>
        </w:tc>
      </w:tr>
      <w:tr w:rsidR="00151075" w:rsidRPr="004502CA" w14:paraId="7A478952" w14:textId="77777777" w:rsidTr="005A6DD4">
        <w:trPr>
          <w:jc w:val="center"/>
        </w:trPr>
        <w:tc>
          <w:tcPr>
            <w:tcW w:w="4030" w:type="dxa"/>
            <w:shd w:val="clear" w:color="auto" w:fill="F3F6F8"/>
          </w:tcPr>
          <w:p w14:paraId="72A5D0B2" w14:textId="77777777" w:rsidR="00151075" w:rsidRDefault="00D76B7D">
            <w:pPr>
              <w:spacing w:after="0"/>
            </w:pPr>
            <w:r>
              <w:rPr>
                <w:b/>
                <w:sz w:val="16"/>
              </w:rPr>
              <w:t>AVG / GDPR</w:t>
            </w:r>
          </w:p>
        </w:tc>
        <w:tc>
          <w:tcPr>
            <w:tcW w:w="6577" w:type="dxa"/>
          </w:tcPr>
          <w:p w14:paraId="5E4438E5" w14:textId="77777777" w:rsidR="00151075" w:rsidRPr="005A6DD4" w:rsidRDefault="00D76B7D">
            <w:pPr>
              <w:spacing w:after="0"/>
              <w:rPr>
                <w:lang w:val="nl-NL"/>
              </w:rPr>
            </w:pPr>
            <w:r w:rsidRPr="005A6DD4">
              <w:rPr>
                <w:color w:val="646464"/>
                <w:sz w:val="16"/>
                <w:lang w:val="nl-NL"/>
              </w:rPr>
              <w:t>{{AVG art. 35 DPIA, art. 30 verwerkingsregister, art. 32 beveiliging en art. 36 voorafgaande raadpleging}}</w:t>
            </w:r>
          </w:p>
        </w:tc>
      </w:tr>
      <w:tr w:rsidR="00151075" w:rsidRPr="004502CA" w14:paraId="0C991B89" w14:textId="77777777" w:rsidTr="005A6DD4">
        <w:trPr>
          <w:jc w:val="center"/>
        </w:trPr>
        <w:tc>
          <w:tcPr>
            <w:tcW w:w="4030" w:type="dxa"/>
            <w:shd w:val="clear" w:color="auto" w:fill="F3F6F8"/>
          </w:tcPr>
          <w:p w14:paraId="256C10B7" w14:textId="77777777" w:rsidR="00151075" w:rsidRDefault="00D76B7D">
            <w:pPr>
              <w:spacing w:after="0"/>
            </w:pPr>
            <w:r>
              <w:rPr>
                <w:b/>
                <w:sz w:val="16"/>
              </w:rPr>
              <w:t>Autoriteit Persoonsgegevens</w:t>
            </w:r>
          </w:p>
        </w:tc>
        <w:tc>
          <w:tcPr>
            <w:tcW w:w="6577" w:type="dxa"/>
          </w:tcPr>
          <w:p w14:paraId="3DCA151F" w14:textId="77777777" w:rsidR="00151075" w:rsidRPr="005A6DD4" w:rsidRDefault="00D76B7D">
            <w:pPr>
              <w:spacing w:after="0"/>
              <w:rPr>
                <w:lang w:val="nl-NL"/>
              </w:rPr>
            </w:pPr>
            <w:r w:rsidRPr="005A6DD4">
              <w:rPr>
                <w:color w:val="646464"/>
                <w:sz w:val="16"/>
                <w:lang w:val="nl-NL"/>
              </w:rPr>
              <w:t>{{DPIA/GEB: uitvoeren bij waarschijnlijk hoog privacyrisico en voorafgaand aan verwerking}}</w:t>
            </w:r>
          </w:p>
        </w:tc>
      </w:tr>
      <w:tr w:rsidR="00151075" w:rsidRPr="004502CA" w14:paraId="1A7E0FBE" w14:textId="77777777" w:rsidTr="005A6DD4">
        <w:trPr>
          <w:jc w:val="center"/>
        </w:trPr>
        <w:tc>
          <w:tcPr>
            <w:tcW w:w="4030" w:type="dxa"/>
            <w:shd w:val="clear" w:color="auto" w:fill="F3F6F8"/>
          </w:tcPr>
          <w:p w14:paraId="68C1FF01" w14:textId="77777777" w:rsidR="00151075" w:rsidRDefault="00D76B7D">
            <w:pPr>
              <w:spacing w:after="0"/>
            </w:pPr>
            <w:r>
              <w:rPr>
                <w:b/>
                <w:sz w:val="16"/>
              </w:rPr>
              <w:t>NEN 7510</w:t>
            </w:r>
          </w:p>
        </w:tc>
        <w:tc>
          <w:tcPr>
            <w:tcW w:w="6577" w:type="dxa"/>
          </w:tcPr>
          <w:p w14:paraId="7560B7F4" w14:textId="77777777" w:rsidR="00151075" w:rsidRPr="005A6DD4" w:rsidRDefault="00D76B7D">
            <w:pPr>
              <w:spacing w:after="0"/>
              <w:rPr>
                <w:lang w:val="nl-NL"/>
              </w:rPr>
            </w:pPr>
            <w:r w:rsidRPr="005A6DD4">
              <w:rPr>
                <w:color w:val="646464"/>
                <w:sz w:val="16"/>
                <w:lang w:val="nl-NL"/>
              </w:rPr>
              <w:t>{{Managementsysteem en beheersmaatregelen voor informatiebeveiliging in de zorg}}</w:t>
            </w:r>
          </w:p>
        </w:tc>
      </w:tr>
      <w:tr w:rsidR="00151075" w:rsidRPr="004502CA" w14:paraId="50B2EB67" w14:textId="77777777" w:rsidTr="005A6DD4">
        <w:trPr>
          <w:jc w:val="center"/>
        </w:trPr>
        <w:tc>
          <w:tcPr>
            <w:tcW w:w="4030" w:type="dxa"/>
            <w:shd w:val="clear" w:color="auto" w:fill="F3F6F8"/>
          </w:tcPr>
          <w:p w14:paraId="712EA87D" w14:textId="77777777" w:rsidR="00151075" w:rsidRDefault="00D76B7D">
            <w:pPr>
              <w:spacing w:after="0"/>
            </w:pPr>
            <w:r>
              <w:rPr>
                <w:b/>
                <w:sz w:val="16"/>
              </w:rPr>
              <w:t>NEN 7512</w:t>
            </w:r>
          </w:p>
        </w:tc>
        <w:tc>
          <w:tcPr>
            <w:tcW w:w="6577" w:type="dxa"/>
          </w:tcPr>
          <w:p w14:paraId="2602B3A8" w14:textId="77777777" w:rsidR="00151075" w:rsidRPr="005A6DD4" w:rsidRDefault="00D76B7D">
            <w:pPr>
              <w:spacing w:after="0"/>
              <w:rPr>
                <w:lang w:val="nl-NL"/>
              </w:rPr>
            </w:pPr>
            <w:r w:rsidRPr="005A6DD4">
              <w:rPr>
                <w:color w:val="646464"/>
                <w:sz w:val="16"/>
                <w:lang w:val="nl-NL"/>
              </w:rPr>
              <w:t xml:space="preserve">{{Veilige gegevensuitwisseling tussen </w:t>
            </w:r>
            <w:proofErr w:type="gramStart"/>
            <w:r w:rsidRPr="005A6DD4">
              <w:rPr>
                <w:color w:val="646464"/>
                <w:sz w:val="16"/>
                <w:lang w:val="nl-NL"/>
              </w:rPr>
              <w:t>communicatiepartijen /</w:t>
            </w:r>
            <w:proofErr w:type="gramEnd"/>
            <w:r w:rsidRPr="005A6DD4">
              <w:rPr>
                <w:color w:val="646464"/>
                <w:sz w:val="16"/>
                <w:lang w:val="nl-NL"/>
              </w:rPr>
              <w:t xml:space="preserve"> beveiligingsdomeinen}}</w:t>
            </w:r>
          </w:p>
        </w:tc>
      </w:tr>
      <w:tr w:rsidR="00151075" w:rsidRPr="004502CA" w14:paraId="422F9BC2" w14:textId="77777777" w:rsidTr="005A6DD4">
        <w:trPr>
          <w:jc w:val="center"/>
        </w:trPr>
        <w:tc>
          <w:tcPr>
            <w:tcW w:w="4030" w:type="dxa"/>
            <w:shd w:val="clear" w:color="auto" w:fill="F3F6F8"/>
          </w:tcPr>
          <w:p w14:paraId="7AFDB12C" w14:textId="77777777" w:rsidR="00151075" w:rsidRDefault="00D76B7D">
            <w:pPr>
              <w:spacing w:after="0"/>
            </w:pPr>
            <w:r>
              <w:rPr>
                <w:b/>
                <w:sz w:val="16"/>
              </w:rPr>
              <w:t>NEN 7513</w:t>
            </w:r>
          </w:p>
        </w:tc>
        <w:tc>
          <w:tcPr>
            <w:tcW w:w="6577" w:type="dxa"/>
          </w:tcPr>
          <w:p w14:paraId="7182CE42" w14:textId="77777777" w:rsidR="00151075" w:rsidRPr="005A6DD4" w:rsidRDefault="00D76B7D">
            <w:pPr>
              <w:spacing w:after="0"/>
              <w:rPr>
                <w:lang w:val="nl-NL"/>
              </w:rPr>
            </w:pPr>
            <w:r w:rsidRPr="005A6DD4">
              <w:rPr>
                <w:color w:val="646464"/>
                <w:sz w:val="16"/>
                <w:lang w:val="nl-NL"/>
              </w:rPr>
              <w:t>{{Logging van acties op persoonlijke gezondheidsinformatie}}</w:t>
            </w:r>
          </w:p>
        </w:tc>
      </w:tr>
      <w:tr w:rsidR="00151075" w14:paraId="1DFEB4D1" w14:textId="77777777" w:rsidTr="005A6DD4">
        <w:trPr>
          <w:jc w:val="center"/>
        </w:trPr>
        <w:tc>
          <w:tcPr>
            <w:tcW w:w="4030" w:type="dxa"/>
            <w:shd w:val="clear" w:color="auto" w:fill="F3F6F8"/>
          </w:tcPr>
          <w:p w14:paraId="37773CF7" w14:textId="77777777" w:rsidR="00151075" w:rsidRDefault="00D76B7D">
            <w:pPr>
              <w:spacing w:after="0"/>
            </w:pPr>
            <w:r>
              <w:rPr>
                <w:b/>
                <w:sz w:val="16"/>
              </w:rPr>
              <w:t>Organisatiebeleid</w:t>
            </w:r>
          </w:p>
        </w:tc>
        <w:tc>
          <w:tcPr>
            <w:tcW w:w="6577" w:type="dxa"/>
          </w:tcPr>
          <w:p w14:paraId="746AA140" w14:textId="77777777" w:rsidR="00151075" w:rsidRDefault="00D76B7D">
            <w:pPr>
              <w:spacing w:after="0"/>
            </w:pPr>
            <w:r>
              <w:rPr>
                <w:color w:val="646464"/>
                <w:sz w:val="16"/>
              </w:rPr>
              <w:t>{{</w:t>
            </w:r>
            <w:sdt>
              <w:sdtPr>
                <w:alias w:val="ORGANISATIEBELEID_REFERENTIES"/>
                <w:tag w:val="ORGANISATIEBELEID_REFERENTIES"/>
                <w:id w:val="1936790613"/>
                <w:text/>
              </w:sdtPr>
              <w:sdtContent>
                <w:r>
                  <w:rPr>
                    <w:color w:val="646464"/>
                    <w:sz w:val="16"/>
                  </w:rPr>
                  <w:t>{{ORGANISATIEBELEID_REFERENTIES}}</w:t>
                </w:r>
              </w:sdtContent>
            </w:sdt>
            <w:r>
              <w:rPr>
                <w:color w:val="646464"/>
                <w:sz w:val="16"/>
              </w:rPr>
              <w:t>}}</w:t>
            </w:r>
          </w:p>
        </w:tc>
      </w:tr>
    </w:tbl>
    <w:p w14:paraId="4F6B84D3" w14:textId="77777777" w:rsidR="00151075" w:rsidRDefault="00151075"/>
    <w:tbl>
      <w:tblPr>
        <w:tblStyle w:val="TableGrid"/>
        <w:tblW w:w="0" w:type="auto"/>
        <w:jc w:val="center"/>
        <w:tblLook w:val="04A0" w:firstRow="1" w:lastRow="0" w:firstColumn="1" w:lastColumn="0" w:noHBand="0" w:noVBand="1"/>
      </w:tblPr>
      <w:tblGrid>
        <w:gridCol w:w="10472"/>
      </w:tblGrid>
      <w:tr w:rsidR="00151075" w:rsidRPr="004502CA" w14:paraId="4D7FBDBA" w14:textId="77777777">
        <w:trPr>
          <w:tblHeader/>
          <w:jc w:val="center"/>
        </w:trPr>
        <w:tc>
          <w:tcPr>
            <w:tcW w:w="10482" w:type="dxa"/>
            <w:shd w:val="clear" w:color="auto" w:fill="E2F0D9"/>
            <w:tcMar>
              <w:top w:w="80" w:type="dxa"/>
              <w:left w:w="80" w:type="dxa"/>
              <w:bottom w:w="80" w:type="dxa"/>
              <w:right w:w="80" w:type="dxa"/>
            </w:tcMar>
            <w:vAlign w:val="center"/>
          </w:tcPr>
          <w:p w14:paraId="6AD376C1" w14:textId="77777777" w:rsidR="00151075" w:rsidRPr="005A6DD4" w:rsidRDefault="00D76B7D">
            <w:pPr>
              <w:spacing w:after="0"/>
              <w:rPr>
                <w:lang w:val="nl-NL"/>
              </w:rPr>
            </w:pPr>
            <w:r w:rsidRPr="005A6DD4">
              <w:rPr>
                <w:color w:val="1F4E79"/>
                <w:sz w:val="17"/>
                <w:lang w:val="nl-NL"/>
              </w:rPr>
              <w:t>Eindcontrole: een DPIA is pas audit-ready wanneer de inhoud is ingevuld, risico’s en maatregelen zijn beoordeeld, bewijsstukken zijn gekoppeld, restrisico is geaccepteerd en FG/CISO/besluitvorming aantoonbaar zijn vastgelegd.</w:t>
            </w:r>
          </w:p>
        </w:tc>
      </w:tr>
    </w:tbl>
    <w:p w14:paraId="389E6CE6" w14:textId="77777777" w:rsidR="00151075" w:rsidRPr="005A6DD4" w:rsidRDefault="00151075">
      <w:pPr>
        <w:rPr>
          <w:lang w:val="nl-NL"/>
        </w:rPr>
      </w:pPr>
    </w:p>
    <w:sectPr w:rsidR="00151075" w:rsidRPr="005A6DD4" w:rsidSect="00034616">
      <w:headerReference w:type="default" r:id="rId8"/>
      <w:footerReference w:type="default" r:id="rId9"/>
      <w:pgSz w:w="12240" w:h="15840"/>
      <w:pgMar w:top="879" w:right="879" w:bottom="822" w:left="879"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781C4" w14:textId="77777777" w:rsidR="00CF2B48" w:rsidRDefault="00CF2B48">
      <w:pPr>
        <w:spacing w:after="0" w:line="240" w:lineRule="auto"/>
      </w:pPr>
      <w:r>
        <w:separator/>
      </w:r>
    </w:p>
  </w:endnote>
  <w:endnote w:type="continuationSeparator" w:id="0">
    <w:p w14:paraId="72D009BA" w14:textId="77777777" w:rsidR="00CF2B48" w:rsidRDefault="00CF2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EDB86" w14:textId="77777777" w:rsidR="00151075" w:rsidRPr="005D7D80" w:rsidRDefault="00D76B7D">
    <w:pPr>
      <w:pStyle w:val="Footer"/>
      <w:jc w:val="center"/>
      <w:rPr>
        <w:lang w:val="nl-NL"/>
      </w:rPr>
    </w:pPr>
    <w:r w:rsidRPr="005D7D80">
      <w:rPr>
        <w:color w:val="787878"/>
        <w:sz w:val="16"/>
        <w:lang w:val="nl-NL"/>
      </w:rPr>
      <w:t xml:space="preserve">Classificatie: vertrouwelijk | Versie </w:t>
    </w:r>
    <w:sdt>
      <w:sdtPr>
        <w:rPr>
          <w:lang w:val="nl-NL"/>
        </w:rPr>
        <w:alias w:val="DOCUMENT_VERSIE"/>
        <w:tag w:val="DOCUMENT_VERSIE"/>
        <w:id w:val="2035307612"/>
        <w:text/>
      </w:sdtPr>
      <w:sdtContent>
        <w:r w:rsidRPr="005D7D80">
          <w:rPr>
            <w:color w:val="787878"/>
            <w:sz w:val="16"/>
            <w:lang w:val="nl-NL"/>
          </w:rPr>
          <w:t>{{DOCUMENT_VERSIE}}</w:t>
        </w:r>
      </w:sdtContent>
    </w:sdt>
    <w:r w:rsidRPr="005D7D80">
      <w:rPr>
        <w:color w:val="787878"/>
        <w:sz w:val="16"/>
        <w:lang w:val="nl-NL"/>
      </w:rPr>
      <w:t xml:space="preserve"> | Pagina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CA405" w14:textId="77777777" w:rsidR="00CF2B48" w:rsidRDefault="00CF2B48">
      <w:pPr>
        <w:spacing w:after="0" w:line="240" w:lineRule="auto"/>
      </w:pPr>
      <w:r>
        <w:separator/>
      </w:r>
    </w:p>
  </w:footnote>
  <w:footnote w:type="continuationSeparator" w:id="0">
    <w:p w14:paraId="61A16824" w14:textId="77777777" w:rsidR="00CF2B48" w:rsidRDefault="00CF2B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3C35F" w14:textId="77777777" w:rsidR="00151075" w:rsidRDefault="00D76B7D">
    <w:pPr>
      <w:pStyle w:val="Header"/>
      <w:jc w:val="right"/>
    </w:pPr>
    <w:r>
      <w:rPr>
        <w:color w:val="787878"/>
        <w:sz w:val="16"/>
      </w:rPr>
      <w:t>Audit-ready DPIA-formulier v2.0 | AVG | NEN 7510/7512/7513 | Zorg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8960545">
    <w:abstractNumId w:val="8"/>
  </w:num>
  <w:num w:numId="2" w16cid:durableId="927664278">
    <w:abstractNumId w:val="6"/>
  </w:num>
  <w:num w:numId="3" w16cid:durableId="1893610807">
    <w:abstractNumId w:val="5"/>
  </w:num>
  <w:num w:numId="4" w16cid:durableId="2136172187">
    <w:abstractNumId w:val="4"/>
  </w:num>
  <w:num w:numId="5" w16cid:durableId="690843792">
    <w:abstractNumId w:val="7"/>
  </w:num>
  <w:num w:numId="6" w16cid:durableId="196551050">
    <w:abstractNumId w:val="3"/>
  </w:num>
  <w:num w:numId="7" w16cid:durableId="1776319289">
    <w:abstractNumId w:val="2"/>
  </w:num>
  <w:num w:numId="8" w16cid:durableId="1584559947">
    <w:abstractNumId w:val="1"/>
  </w:num>
  <w:num w:numId="9" w16cid:durableId="747650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1075"/>
    <w:rsid w:val="00213EB7"/>
    <w:rsid w:val="0029639D"/>
    <w:rsid w:val="00326F90"/>
    <w:rsid w:val="003845FC"/>
    <w:rsid w:val="004502CA"/>
    <w:rsid w:val="00555C00"/>
    <w:rsid w:val="005A6DD4"/>
    <w:rsid w:val="005D7D80"/>
    <w:rsid w:val="007A3F3C"/>
    <w:rsid w:val="008D0FC4"/>
    <w:rsid w:val="00A6024E"/>
    <w:rsid w:val="00AA1D8D"/>
    <w:rsid w:val="00B47730"/>
    <w:rsid w:val="00CB0664"/>
    <w:rsid w:val="00CE3FF7"/>
    <w:rsid w:val="00CF2B48"/>
    <w:rsid w:val="00D76B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6A1C76E-9C80-48B7-AB0B-2C3E0C33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7" w:lineRule="auto"/>
    </w:pPr>
    <w:rPr>
      <w:rFonts w:ascii="Aptos" w:eastAsia="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2424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2767</Words>
  <Characters>25180</Characters>
  <Application>Microsoft Office Word</Application>
  <DocSecurity>0</DocSecurity>
  <Lines>1573</Lines>
  <Paragraphs>1330</Paragraphs>
  <ScaleCrop>false</ScaleCrop>
  <HeadingPairs>
    <vt:vector size="2" baseType="variant">
      <vt:variant>
        <vt:lpstr>Title</vt:lpstr>
      </vt:variant>
      <vt:variant>
        <vt:i4>1</vt:i4>
      </vt:variant>
    </vt:vector>
  </HeadingPairs>
  <TitlesOfParts>
    <vt:vector size="1" baseType="lpstr">
      <vt:lpstr/>
    </vt:vector>
  </TitlesOfParts>
  <Manager/>
  <Company>zorgenvoor Info</Company>
  <LinksUpToDate>false</LinksUpToDate>
  <CharactersWithSpaces>26617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dc:title>
  <dc:subject>DPIA</dc:subject>
  <dc:creator>Ralph Blokpoel</dc:creator>
  <cp:keywords>NEN7510</cp:keywords>
  <dc:description>generated by python-docx
for ZorgenVoor.Info</dc:description>
  <cp:lastModifiedBy>Ralph Blokpoel</cp:lastModifiedBy>
  <cp:revision>6</cp:revision>
  <dcterms:created xsi:type="dcterms:W3CDTF">2026-07-21T10:12:00Z</dcterms:created>
  <dcterms:modified xsi:type="dcterms:W3CDTF">2026-09-18T09:14:00Z</dcterms:modified>
  <cp:category>Informatiebeveiliging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043c5d-582a-4f17-aa9e-a7e7f510fb11_Enabled">
    <vt:lpwstr>true</vt:lpwstr>
  </property>
  <property fmtid="{D5CDD505-2E9C-101B-9397-08002B2CF9AE}" pid="3" name="MSIP_Label_76043c5d-582a-4f17-aa9e-a7e7f510fb11_SetDate">
    <vt:lpwstr>2026-07-21T10:06:22Z</vt:lpwstr>
  </property>
  <property fmtid="{D5CDD505-2E9C-101B-9397-08002B2CF9AE}" pid="4" name="MSIP_Label_76043c5d-582a-4f17-aa9e-a7e7f510fb11_Method">
    <vt:lpwstr>Standard</vt:lpwstr>
  </property>
  <property fmtid="{D5CDD505-2E9C-101B-9397-08002B2CF9AE}" pid="5" name="MSIP_Label_76043c5d-582a-4f17-aa9e-a7e7f510fb11_Name">
    <vt:lpwstr>Personal</vt:lpwstr>
  </property>
  <property fmtid="{D5CDD505-2E9C-101B-9397-08002B2CF9AE}" pid="6" name="MSIP_Label_76043c5d-582a-4f17-aa9e-a7e7f510fb11_SiteId">
    <vt:lpwstr>ce1b5dc9-5cff-4465-b5c7-c5556b2728a8</vt:lpwstr>
  </property>
  <property fmtid="{D5CDD505-2E9C-101B-9397-08002B2CF9AE}" pid="7" name="MSIP_Label_76043c5d-582a-4f17-aa9e-a7e7f510fb11_ActionId">
    <vt:lpwstr>8345fb9e-0f03-4842-a3f0-556dfd27dbea</vt:lpwstr>
  </property>
  <property fmtid="{D5CDD505-2E9C-101B-9397-08002B2CF9AE}" pid="8" name="MSIP_Label_76043c5d-582a-4f17-aa9e-a7e7f510fb11_ContentBits">
    <vt:lpwstr>0</vt:lpwstr>
  </property>
</Properties>
</file>